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江南大学马克思主义学院2027年接收推荐免试研究生复试名单公示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姓名</w:t>
            </w:r>
          </w:p>
        </w:tc>
        <w:tc>
          <w:tcPr>
            <w:tcW w:type="dxa" w:w="4320"/>
          </w:tcPr>
          <w:p>
            <w:r>
              <w:t>身份证号</w:t>
            </w:r>
          </w:p>
        </w:tc>
      </w:tr>
      <w:tr>
        <w:tc>
          <w:tcPr>
            <w:tcW w:type="dxa" w:w="4320"/>
          </w:tcPr>
          <w:p>
            <w:r>
              <w:t>张琦钰</w:t>
            </w:r>
          </w:p>
        </w:tc>
        <w:tc>
          <w:tcPr>
            <w:tcW w:type="dxa" w:w="4320"/>
          </w:tcPr>
          <w:p>
            <w:r>
              <w:t>3208**********1445</w:t>
            </w:r>
          </w:p>
        </w:tc>
      </w:tr>
      <w:tr>
        <w:tc>
          <w:tcPr>
            <w:tcW w:type="dxa" w:w="4320"/>
          </w:tcPr>
          <w:p>
            <w:r>
              <w:t>甄芮瑶</w:t>
            </w:r>
          </w:p>
        </w:tc>
        <w:tc>
          <w:tcPr>
            <w:tcW w:type="dxa" w:w="4320"/>
          </w:tcPr>
          <w:p>
            <w:r>
              <w:t>1305**********2784</w:t>
            </w:r>
          </w:p>
        </w:tc>
      </w:tr>
      <w:tr>
        <w:tc>
          <w:tcPr>
            <w:tcW w:type="dxa" w:w="4320"/>
          </w:tcPr>
          <w:p>
            <w:r>
              <w:t>唐佳佳</w:t>
            </w:r>
          </w:p>
        </w:tc>
        <w:tc>
          <w:tcPr>
            <w:tcW w:type="dxa" w:w="4320"/>
          </w:tcPr>
          <w:p>
            <w:r>
              <w:t>5116**********1540</w:t>
            </w:r>
          </w:p>
        </w:tc>
      </w:tr>
      <w:tr>
        <w:tc>
          <w:tcPr>
            <w:tcW w:type="dxa" w:w="4320"/>
          </w:tcPr>
          <w:p>
            <w:r>
              <w:t>陈晓哲</w:t>
            </w:r>
          </w:p>
        </w:tc>
        <w:tc>
          <w:tcPr>
            <w:tcW w:type="dxa" w:w="4320"/>
          </w:tcPr>
          <w:p>
            <w:r>
              <w:t>4451**********2621</w:t>
            </w:r>
          </w:p>
        </w:tc>
      </w:tr>
      <w:tr>
        <w:tc>
          <w:tcPr>
            <w:tcW w:type="dxa" w:w="4320"/>
          </w:tcPr>
          <w:p>
            <w:r>
              <w:t>师可莹</w:t>
            </w:r>
          </w:p>
        </w:tc>
        <w:tc>
          <w:tcPr>
            <w:tcW w:type="dxa" w:w="4320"/>
          </w:tcPr>
          <w:p>
            <w:r>
              <w:t>1401**********6840</w:t>
            </w:r>
          </w:p>
        </w:tc>
      </w:tr>
      <w:tr>
        <w:tc>
          <w:tcPr>
            <w:tcW w:type="dxa" w:w="4320"/>
          </w:tcPr>
          <w:p>
            <w:r>
              <w:t>刘瑞</w:t>
            </w:r>
          </w:p>
        </w:tc>
        <w:tc>
          <w:tcPr>
            <w:tcW w:type="dxa" w:w="4320"/>
          </w:tcPr>
          <w:p>
            <w:r>
              <w:t>2301**********7929</w:t>
            </w:r>
          </w:p>
        </w:tc>
      </w:tr>
      <w:tr>
        <w:tc>
          <w:tcPr>
            <w:tcW w:type="dxa" w:w="4320"/>
          </w:tcPr>
          <w:p>
            <w:r>
              <w:t>李雨诺</w:t>
            </w:r>
          </w:p>
        </w:tc>
        <w:tc>
          <w:tcPr>
            <w:tcW w:type="dxa" w:w="4320"/>
          </w:tcPr>
          <w:p>
            <w:r>
              <w:t>4306**********0082</w:t>
            </w:r>
          </w:p>
        </w:tc>
      </w:tr>
      <w:tr>
        <w:tc>
          <w:tcPr>
            <w:tcW w:type="dxa" w:w="4320"/>
          </w:tcPr>
          <w:p>
            <w:r>
              <w:t>梁伟然</w:t>
            </w:r>
          </w:p>
        </w:tc>
        <w:tc>
          <w:tcPr>
            <w:tcW w:type="dxa" w:w="4320"/>
          </w:tcPr>
          <w:p>
            <w:r>
              <w:t>1301**********1547</w:t>
            </w:r>
          </w:p>
        </w:tc>
      </w:tr>
      <w:tr>
        <w:tc>
          <w:tcPr>
            <w:tcW w:type="dxa" w:w="4320"/>
          </w:tcPr>
          <w:p>
            <w:r>
              <w:t>崔欣悦</w:t>
            </w:r>
          </w:p>
        </w:tc>
        <w:tc>
          <w:tcPr>
            <w:tcW w:type="dxa" w:w="4320"/>
          </w:tcPr>
          <w:p>
            <w:r>
              <w:t>3701**********1087</w:t>
            </w:r>
          </w:p>
        </w:tc>
      </w:tr>
      <w:tr>
        <w:tc>
          <w:tcPr>
            <w:tcW w:type="dxa" w:w="4320"/>
          </w:tcPr>
          <w:p>
            <w:r>
              <w:t>许露凡</w:t>
            </w:r>
          </w:p>
        </w:tc>
        <w:tc>
          <w:tcPr>
            <w:tcW w:type="dxa" w:w="4320"/>
          </w:tcPr>
          <w:p>
            <w:r>
              <w:t>1308**********2629</w:t>
            </w:r>
          </w:p>
        </w:tc>
      </w:tr>
      <w:tr>
        <w:tc>
          <w:tcPr>
            <w:tcW w:type="dxa" w:w="4320"/>
          </w:tcPr>
          <w:p>
            <w:r>
              <w:t>华之琪</w:t>
            </w:r>
          </w:p>
        </w:tc>
        <w:tc>
          <w:tcPr>
            <w:tcW w:type="dxa" w:w="4320"/>
          </w:tcPr>
          <w:p>
            <w:r>
              <w:t>3202**********2846</w:t>
            </w:r>
          </w:p>
        </w:tc>
      </w:tr>
      <w:tr>
        <w:tc>
          <w:tcPr>
            <w:tcW w:type="dxa" w:w="4320"/>
          </w:tcPr>
          <w:p>
            <w:r>
              <w:t>董莹莹</w:t>
            </w:r>
          </w:p>
        </w:tc>
        <w:tc>
          <w:tcPr>
            <w:tcW w:type="dxa" w:w="4320"/>
          </w:tcPr>
          <w:p>
            <w:r>
              <w:t>3303**********2104</w:t>
            </w:r>
          </w:p>
        </w:tc>
      </w:tr>
      <w:tr>
        <w:tc>
          <w:tcPr>
            <w:tcW w:type="dxa" w:w="4320"/>
          </w:tcPr>
          <w:p>
            <w:r>
              <w:t>高宇婷</w:t>
            </w:r>
          </w:p>
        </w:tc>
        <w:tc>
          <w:tcPr>
            <w:tcW w:type="dxa" w:w="4320"/>
          </w:tcPr>
          <w:p>
            <w:r>
              <w:t>1411**********0029</w:t>
            </w:r>
          </w:p>
        </w:tc>
      </w:tr>
      <w:tr>
        <w:tc>
          <w:tcPr>
            <w:tcW w:type="dxa" w:w="4320"/>
          </w:tcPr>
          <w:p>
            <w:r>
              <w:t>刘思彤</w:t>
            </w:r>
          </w:p>
        </w:tc>
        <w:tc>
          <w:tcPr>
            <w:tcW w:type="dxa" w:w="4320"/>
          </w:tcPr>
          <w:p>
            <w:r>
              <w:t>1301**********0028</w:t>
            </w:r>
          </w:p>
        </w:tc>
      </w:tr>
      <w:tr>
        <w:tc>
          <w:tcPr>
            <w:tcW w:type="dxa" w:w="4320"/>
          </w:tcPr>
          <w:p>
            <w:r>
              <w:t>徐晓帆</w:t>
            </w:r>
          </w:p>
        </w:tc>
        <w:tc>
          <w:tcPr>
            <w:tcW w:type="dxa" w:w="4320"/>
          </w:tcPr>
          <w:p>
            <w:r>
              <w:t>3208**********3840</w:t>
            </w:r>
          </w:p>
        </w:tc>
      </w:tr>
      <w:tr>
        <w:tc>
          <w:tcPr>
            <w:tcW w:type="dxa" w:w="4320"/>
          </w:tcPr>
          <w:p>
            <w:r>
              <w:t>方紫欣</w:t>
            </w:r>
          </w:p>
        </w:tc>
        <w:tc>
          <w:tcPr>
            <w:tcW w:type="dxa" w:w="4320"/>
          </w:tcPr>
          <w:p>
            <w:r>
              <w:t>3202**********002X</w:t>
            </w:r>
          </w:p>
        </w:tc>
      </w:tr>
      <w:tr>
        <w:tc>
          <w:tcPr>
            <w:tcW w:type="dxa" w:w="4320"/>
          </w:tcPr>
          <w:p>
            <w:r>
              <w:t>罗艳红</w:t>
            </w:r>
          </w:p>
        </w:tc>
        <w:tc>
          <w:tcPr>
            <w:tcW w:type="dxa" w:w="4320"/>
          </w:tcPr>
          <w:p>
            <w:r>
              <w:t>5329**********0725</w:t>
            </w:r>
          </w:p>
        </w:tc>
      </w:tr>
      <w:tr>
        <w:tc>
          <w:tcPr>
            <w:tcW w:type="dxa" w:w="4320"/>
          </w:tcPr>
          <w:p>
            <w:r>
              <w:t>许珍妮</w:t>
            </w:r>
          </w:p>
        </w:tc>
        <w:tc>
          <w:tcPr>
            <w:tcW w:type="dxa" w:w="4320"/>
          </w:tcPr>
          <w:p>
            <w:r>
              <w:t>4306**********0123</w:t>
            </w:r>
          </w:p>
        </w:tc>
      </w:tr>
      <w:tr>
        <w:tc>
          <w:tcPr>
            <w:tcW w:type="dxa" w:w="4320"/>
          </w:tcPr>
          <w:p>
            <w:r>
              <w:t>宋子煜</w:t>
            </w:r>
          </w:p>
        </w:tc>
        <w:tc>
          <w:tcPr>
            <w:tcW w:type="dxa" w:w="4320"/>
          </w:tcPr>
          <w:p>
            <w:r>
              <w:t>1405**********9365</w:t>
            </w:r>
          </w:p>
        </w:tc>
      </w:tr>
      <w:tr>
        <w:tc>
          <w:tcPr>
            <w:tcW w:type="dxa" w:w="4320"/>
          </w:tcPr>
          <w:p>
            <w:r>
              <w:t>邱艺涵</w:t>
            </w:r>
          </w:p>
        </w:tc>
        <w:tc>
          <w:tcPr>
            <w:tcW w:type="dxa" w:w="4320"/>
          </w:tcPr>
          <w:p>
            <w:r>
              <w:t>3508**********6728</w:t>
            </w:r>
          </w:p>
        </w:tc>
      </w:tr>
      <w:tr>
        <w:tc>
          <w:tcPr>
            <w:tcW w:type="dxa" w:w="4320"/>
          </w:tcPr>
          <w:p>
            <w:r>
              <w:t>胡佳</w:t>
            </w:r>
          </w:p>
        </w:tc>
        <w:tc>
          <w:tcPr>
            <w:tcW w:type="dxa" w:w="4320"/>
          </w:tcPr>
          <w:p>
            <w:r>
              <w:t>5002**********726X</w:t>
            </w:r>
          </w:p>
        </w:tc>
      </w:tr>
      <w:tr>
        <w:tc>
          <w:tcPr>
            <w:tcW w:type="dxa" w:w="4320"/>
          </w:tcPr>
          <w:p>
            <w:r>
              <w:t>汤淑婷</w:t>
            </w:r>
          </w:p>
        </w:tc>
        <w:tc>
          <w:tcPr>
            <w:tcW w:type="dxa" w:w="4320"/>
          </w:tcPr>
          <w:p>
            <w:r>
              <w:t>3716**********6424</w:t>
            </w:r>
          </w:p>
        </w:tc>
      </w:tr>
      <w:tr>
        <w:tc>
          <w:tcPr>
            <w:tcW w:type="dxa" w:w="4320"/>
          </w:tcPr>
          <w:p>
            <w:r>
              <w:t>严琦</w:t>
            </w:r>
          </w:p>
        </w:tc>
        <w:tc>
          <w:tcPr>
            <w:tcW w:type="dxa" w:w="4320"/>
          </w:tcPr>
          <w:p>
            <w:r>
              <w:t>3201**********3225</w:t>
            </w:r>
          </w:p>
        </w:tc>
      </w:tr>
      <w:tr>
        <w:tc>
          <w:tcPr>
            <w:tcW w:type="dxa" w:w="4320"/>
          </w:tcPr>
          <w:p>
            <w:r>
              <w:t>李思晓</w:t>
            </w:r>
          </w:p>
        </w:tc>
        <w:tc>
          <w:tcPr>
            <w:tcW w:type="dxa" w:w="4320"/>
          </w:tcPr>
          <w:p>
            <w:r>
              <w:t>3203**********3321</w:t>
            </w:r>
          </w:p>
        </w:tc>
      </w:tr>
      <w:tr>
        <w:tc>
          <w:tcPr>
            <w:tcW w:type="dxa" w:w="4320"/>
          </w:tcPr>
          <w:p>
            <w:r>
              <w:t>姚琳</w:t>
            </w:r>
          </w:p>
        </w:tc>
        <w:tc>
          <w:tcPr>
            <w:tcW w:type="dxa" w:w="4320"/>
          </w:tcPr>
          <w:p>
            <w:r>
              <w:t>5107**********1924</w:t>
            </w:r>
          </w:p>
        </w:tc>
      </w:tr>
      <w:tr>
        <w:tc>
          <w:tcPr>
            <w:tcW w:type="dxa" w:w="4320"/>
          </w:tcPr>
          <w:p>
            <w:r>
              <w:t>宋思睿</w:t>
            </w:r>
          </w:p>
        </w:tc>
        <w:tc>
          <w:tcPr>
            <w:tcW w:type="dxa" w:w="4320"/>
          </w:tcPr>
          <w:p>
            <w:r>
              <w:t>4307**********0126</w:t>
            </w:r>
          </w:p>
        </w:tc>
      </w:tr>
      <w:tr>
        <w:tc>
          <w:tcPr>
            <w:tcW w:type="dxa" w:w="4320"/>
          </w:tcPr>
          <w:p>
            <w:r>
              <w:t>刘晓雨</w:t>
            </w:r>
          </w:p>
        </w:tc>
        <w:tc>
          <w:tcPr>
            <w:tcW w:type="dxa" w:w="4320"/>
          </w:tcPr>
          <w:p>
            <w:r>
              <w:t>3209**********0102</w:t>
            </w:r>
          </w:p>
        </w:tc>
      </w:tr>
      <w:tr>
        <w:tc>
          <w:tcPr>
            <w:tcW w:type="dxa" w:w="4320"/>
          </w:tcPr>
          <w:p>
            <w:r>
              <w:t>何学烨</w:t>
            </w:r>
          </w:p>
        </w:tc>
        <w:tc>
          <w:tcPr>
            <w:tcW w:type="dxa" w:w="4320"/>
          </w:tcPr>
          <w:p>
            <w:r>
              <w:t>3201**********0022</w:t>
            </w:r>
          </w:p>
        </w:tc>
      </w:tr>
      <w:tr>
        <w:tc>
          <w:tcPr>
            <w:tcW w:type="dxa" w:w="4320"/>
          </w:tcPr>
          <w:p>
            <w:r>
              <w:t>陈蔚</w:t>
            </w:r>
          </w:p>
        </w:tc>
        <w:tc>
          <w:tcPr>
            <w:tcW w:type="dxa" w:w="4320"/>
          </w:tcPr>
          <w:p>
            <w:r>
              <w:t>3301**********2120</w:t>
            </w:r>
          </w:p>
        </w:tc>
      </w:tr>
      <w:tr>
        <w:tc>
          <w:tcPr>
            <w:tcW w:type="dxa" w:w="4320"/>
          </w:tcPr>
          <w:p>
            <w:r>
              <w:t>汤金月</w:t>
            </w:r>
          </w:p>
        </w:tc>
        <w:tc>
          <w:tcPr>
            <w:tcW w:type="dxa" w:w="4320"/>
          </w:tcPr>
          <w:p>
            <w:r>
              <w:t>3203**********132X</w:t>
            </w:r>
          </w:p>
        </w:tc>
      </w:tr>
      <w:tr>
        <w:tc>
          <w:tcPr>
            <w:tcW w:type="dxa" w:w="4320"/>
          </w:tcPr>
          <w:p>
            <w:r>
              <w:t>朱星玥</w:t>
            </w:r>
          </w:p>
        </w:tc>
        <w:tc>
          <w:tcPr>
            <w:tcW w:type="dxa" w:w="4320"/>
          </w:tcPr>
          <w:p>
            <w:r>
              <w:t>3201**********3421</w:t>
            </w:r>
          </w:p>
        </w:tc>
      </w:tr>
      <w:tr>
        <w:tc>
          <w:tcPr>
            <w:tcW w:type="dxa" w:w="4320"/>
          </w:tcPr>
          <w:p>
            <w:r>
              <w:t>顾腾龙</w:t>
            </w:r>
          </w:p>
        </w:tc>
        <w:tc>
          <w:tcPr>
            <w:tcW w:type="dxa" w:w="4320"/>
          </w:tcPr>
          <w:p>
            <w:r>
              <w:t>3206**********1411</w:t>
            </w:r>
          </w:p>
        </w:tc>
      </w:tr>
      <w:tr>
        <w:tc>
          <w:tcPr>
            <w:tcW w:type="dxa" w:w="4320"/>
          </w:tcPr>
          <w:p>
            <w:r>
              <w:t>程刘娟</w:t>
            </w:r>
          </w:p>
        </w:tc>
        <w:tc>
          <w:tcPr>
            <w:tcW w:type="dxa" w:w="4320"/>
          </w:tcPr>
          <w:p>
            <w:r>
              <w:t>3203**********3629</w:t>
            </w:r>
          </w:p>
        </w:tc>
      </w:tr>
      <w:tr>
        <w:tc>
          <w:tcPr>
            <w:tcW w:type="dxa" w:w="4320"/>
          </w:tcPr>
          <w:p>
            <w:r>
              <w:t>严韶琦</w:t>
            </w:r>
          </w:p>
        </w:tc>
        <w:tc>
          <w:tcPr>
            <w:tcW w:type="dxa" w:w="4320"/>
          </w:tcPr>
          <w:p>
            <w:r>
              <w:t>3418**********6140</w:t>
            </w:r>
          </w:p>
        </w:tc>
      </w:tr>
      <w:tr>
        <w:tc>
          <w:tcPr>
            <w:tcW w:type="dxa" w:w="4320"/>
          </w:tcPr>
          <w:p>
            <w:r>
              <w:t>孙佳玲</w:t>
            </w:r>
          </w:p>
        </w:tc>
        <w:tc>
          <w:tcPr>
            <w:tcW w:type="dxa" w:w="4320"/>
          </w:tcPr>
          <w:p>
            <w:r>
              <w:t>3622**********2628</w:t>
            </w:r>
          </w:p>
        </w:tc>
      </w:tr>
      <w:tr>
        <w:tc>
          <w:tcPr>
            <w:tcW w:type="dxa" w:w="4320"/>
          </w:tcPr>
          <w:p>
            <w:r>
              <w:t>陈诗涵</w:t>
            </w:r>
          </w:p>
        </w:tc>
        <w:tc>
          <w:tcPr>
            <w:tcW w:type="dxa" w:w="4320"/>
          </w:tcPr>
          <w:p>
            <w:r>
              <w:t>3212**********1529</w:t>
            </w:r>
          </w:p>
        </w:tc>
      </w:tr>
      <w:tr>
        <w:tc>
          <w:tcPr>
            <w:tcW w:type="dxa" w:w="4320"/>
          </w:tcPr>
          <w:p>
            <w:r>
              <w:t>李佳怡</w:t>
            </w:r>
          </w:p>
        </w:tc>
        <w:tc>
          <w:tcPr>
            <w:tcW w:type="dxa" w:w="4320"/>
          </w:tcPr>
          <w:p>
            <w:r>
              <w:t>5002**********5207</w:t>
            </w:r>
          </w:p>
        </w:tc>
      </w:tr>
      <w:tr>
        <w:tc>
          <w:tcPr>
            <w:tcW w:type="dxa" w:w="4320"/>
          </w:tcPr>
          <w:p>
            <w:r>
              <w:t>郭书源</w:t>
            </w:r>
          </w:p>
        </w:tc>
        <w:tc>
          <w:tcPr>
            <w:tcW w:type="dxa" w:w="4320"/>
          </w:tcPr>
          <w:p>
            <w:r>
              <w:t>1504**********4427</w:t>
            </w:r>
          </w:p>
        </w:tc>
      </w:tr>
      <w:tr>
        <w:tc>
          <w:tcPr>
            <w:tcW w:type="dxa" w:w="4320"/>
          </w:tcPr>
          <w:p>
            <w:r>
              <w:t>刘慧敏</w:t>
            </w:r>
          </w:p>
        </w:tc>
        <w:tc>
          <w:tcPr>
            <w:tcW w:type="dxa" w:w="4320"/>
          </w:tcPr>
          <w:p>
            <w:r>
              <w:t>3208**********5224</w:t>
            </w:r>
          </w:p>
        </w:tc>
      </w:tr>
      <w:tr>
        <w:tc>
          <w:tcPr>
            <w:tcW w:type="dxa" w:w="4320"/>
          </w:tcPr>
          <w:p>
            <w:r>
              <w:t>高欣</w:t>
            </w:r>
          </w:p>
        </w:tc>
        <w:tc>
          <w:tcPr>
            <w:tcW w:type="dxa" w:w="4320"/>
          </w:tcPr>
          <w:p>
            <w:r>
              <w:t>1301**********1025</w:t>
            </w:r>
          </w:p>
        </w:tc>
      </w:tr>
      <w:tr>
        <w:tc>
          <w:tcPr>
            <w:tcW w:type="dxa" w:w="4320"/>
          </w:tcPr>
          <w:p>
            <w:r>
              <w:t>黄子涵</w:t>
            </w:r>
          </w:p>
        </w:tc>
        <w:tc>
          <w:tcPr>
            <w:tcW w:type="dxa" w:w="4320"/>
          </w:tcPr>
          <w:p>
            <w:r>
              <w:t>3209**********0968</w:t>
            </w:r>
          </w:p>
        </w:tc>
      </w:tr>
      <w:tr>
        <w:tc>
          <w:tcPr>
            <w:tcW w:type="dxa" w:w="4320"/>
          </w:tcPr>
          <w:p>
            <w:r>
              <w:t>陈睿</w:t>
            </w:r>
          </w:p>
        </w:tc>
        <w:tc>
          <w:tcPr>
            <w:tcW w:type="dxa" w:w="4320"/>
          </w:tcPr>
          <w:p>
            <w:r>
              <w:t>3202**********3432</w:t>
            </w:r>
          </w:p>
        </w:tc>
      </w:tr>
      <w:tr>
        <w:tc>
          <w:tcPr>
            <w:tcW w:type="dxa" w:w="4320"/>
          </w:tcPr>
          <w:p>
            <w:r>
              <w:t>陈一鸣</w:t>
            </w:r>
          </w:p>
        </w:tc>
        <w:tc>
          <w:tcPr>
            <w:tcW w:type="dxa" w:w="4320"/>
          </w:tcPr>
          <w:p>
            <w:r>
              <w:t>4115**********6434</w:t>
            </w:r>
          </w:p>
        </w:tc>
      </w:tr>
      <w:tr>
        <w:tc>
          <w:tcPr>
            <w:tcW w:type="dxa" w:w="4320"/>
          </w:tcPr>
          <w:p>
            <w:r>
              <w:t>杨雪</w:t>
            </w:r>
          </w:p>
        </w:tc>
        <w:tc>
          <w:tcPr>
            <w:tcW w:type="dxa" w:w="4320"/>
          </w:tcPr>
          <w:p>
            <w:r>
              <w:t>3205**********3825</w:t>
            </w:r>
          </w:p>
        </w:tc>
      </w:tr>
      <w:tr>
        <w:tc>
          <w:tcPr>
            <w:tcW w:type="dxa" w:w="4320"/>
          </w:tcPr>
          <w:p>
            <w:r>
              <w:t>杨绍杭</w:t>
            </w:r>
          </w:p>
        </w:tc>
        <w:tc>
          <w:tcPr>
            <w:tcW w:type="dxa" w:w="4320"/>
          </w:tcPr>
          <w:p>
            <w:r>
              <w:t>1304**********3570</w:t>
            </w:r>
          </w:p>
        </w:tc>
      </w:tr>
      <w:tr>
        <w:tc>
          <w:tcPr>
            <w:tcW w:type="dxa" w:w="4320"/>
          </w:tcPr>
          <w:p>
            <w:r>
              <w:t>董子畅</w:t>
            </w:r>
          </w:p>
        </w:tc>
        <w:tc>
          <w:tcPr>
            <w:tcW w:type="dxa" w:w="4320"/>
          </w:tcPr>
          <w:p>
            <w:r>
              <w:t>3207**********0061</w:t>
            </w:r>
          </w:p>
        </w:tc>
      </w:tr>
      <w:tr>
        <w:tc>
          <w:tcPr>
            <w:tcW w:type="dxa" w:w="4320"/>
          </w:tcPr>
          <w:p>
            <w:r>
              <w:t>方艺璇</w:t>
            </w:r>
          </w:p>
        </w:tc>
        <w:tc>
          <w:tcPr>
            <w:tcW w:type="dxa" w:w="4320"/>
          </w:tcPr>
          <w:p>
            <w:r>
              <w:t>3504**********1525</w:t>
            </w:r>
          </w:p>
        </w:tc>
      </w:tr>
      <w:tr>
        <w:tc>
          <w:tcPr>
            <w:tcW w:type="dxa" w:w="4320"/>
          </w:tcPr>
          <w:p>
            <w:r>
              <w:t>陈若兮</w:t>
            </w:r>
          </w:p>
        </w:tc>
        <w:tc>
          <w:tcPr>
            <w:tcW w:type="dxa" w:w="4320"/>
          </w:tcPr>
          <w:p>
            <w:r>
              <w:t>3203**********3623</w:t>
            </w:r>
          </w:p>
        </w:tc>
      </w:tr>
      <w:tr>
        <w:tc>
          <w:tcPr>
            <w:tcW w:type="dxa" w:w="4320"/>
          </w:tcPr>
          <w:p>
            <w:r>
              <w:t>王好</w:t>
            </w:r>
          </w:p>
        </w:tc>
        <w:tc>
          <w:tcPr>
            <w:tcW w:type="dxa" w:w="4320"/>
          </w:tcPr>
          <w:p>
            <w:r>
              <w:t>4210**********2919</w:t>
            </w:r>
          </w:p>
        </w:tc>
      </w:tr>
      <w:tr>
        <w:tc>
          <w:tcPr>
            <w:tcW w:type="dxa" w:w="4320"/>
          </w:tcPr>
          <w:p>
            <w:r>
              <w:t>段杰妤</w:t>
            </w:r>
          </w:p>
        </w:tc>
        <w:tc>
          <w:tcPr>
            <w:tcW w:type="dxa" w:w="4320"/>
          </w:tcPr>
          <w:p>
            <w:r>
              <w:t>5002**********6282</w:t>
            </w:r>
          </w:p>
        </w:tc>
      </w:tr>
      <w:tr>
        <w:tc>
          <w:tcPr>
            <w:tcW w:type="dxa" w:w="4320"/>
          </w:tcPr>
          <w:p>
            <w:r>
              <w:t>邬雨芹</w:t>
            </w:r>
          </w:p>
        </w:tc>
        <w:tc>
          <w:tcPr>
            <w:tcW w:type="dxa" w:w="4320"/>
          </w:tcPr>
          <w:p>
            <w:r>
              <w:t>5002**********6987</w:t>
            </w:r>
          </w:p>
        </w:tc>
      </w:tr>
      <w:tr>
        <w:tc>
          <w:tcPr>
            <w:tcW w:type="dxa" w:w="4320"/>
          </w:tcPr>
          <w:p>
            <w:r>
              <w:t>王淑杰</w:t>
            </w:r>
          </w:p>
        </w:tc>
        <w:tc>
          <w:tcPr>
            <w:tcW w:type="dxa" w:w="4320"/>
          </w:tcPr>
          <w:p>
            <w:r>
              <w:t>1405**********9426</w:t>
            </w:r>
          </w:p>
        </w:tc>
      </w:tr>
      <w:tr>
        <w:tc>
          <w:tcPr>
            <w:tcW w:type="dxa" w:w="4320"/>
          </w:tcPr>
          <w:p>
            <w:r>
              <w:t>施雨</w:t>
            </w:r>
          </w:p>
        </w:tc>
        <w:tc>
          <w:tcPr>
            <w:tcW w:type="dxa" w:w="4320"/>
          </w:tcPr>
          <w:p>
            <w:r>
              <w:t>3207**********426X</w:t>
            </w:r>
          </w:p>
        </w:tc>
      </w:tr>
      <w:tr>
        <w:tc>
          <w:tcPr>
            <w:tcW w:type="dxa" w:w="4320"/>
          </w:tcPr>
          <w:p>
            <w:r>
              <w:t>汪敏翼</w:t>
            </w:r>
          </w:p>
        </w:tc>
        <w:tc>
          <w:tcPr>
            <w:tcW w:type="dxa" w:w="4320"/>
          </w:tcPr>
          <w:p>
            <w:r>
              <w:t>3308**********1925</w:t>
            </w:r>
          </w:p>
        </w:tc>
      </w:tr>
      <w:tr>
        <w:tc>
          <w:tcPr>
            <w:tcW w:type="dxa" w:w="4320"/>
          </w:tcPr>
          <w:p>
            <w:r>
              <w:t>周科云</w:t>
            </w:r>
          </w:p>
        </w:tc>
        <w:tc>
          <w:tcPr>
            <w:tcW w:type="dxa" w:w="4320"/>
          </w:tcPr>
          <w:p>
            <w:r>
              <w:t>3202**********6547</w:t>
            </w:r>
          </w:p>
        </w:tc>
      </w:tr>
      <w:tr>
        <w:tc>
          <w:tcPr>
            <w:tcW w:type="dxa" w:w="4320"/>
          </w:tcPr>
          <w:p>
            <w:r>
              <w:t>孙淼</w:t>
            </w:r>
          </w:p>
        </w:tc>
        <w:tc>
          <w:tcPr>
            <w:tcW w:type="dxa" w:w="4320"/>
          </w:tcPr>
          <w:p>
            <w:r>
              <w:t>2302**********2720</w:t>
            </w:r>
          </w:p>
        </w:tc>
      </w:tr>
      <w:tr>
        <w:tc>
          <w:tcPr>
            <w:tcW w:type="dxa" w:w="4320"/>
          </w:tcPr>
          <w:p>
            <w:r>
              <w:t>计盈盈</w:t>
            </w:r>
          </w:p>
        </w:tc>
        <w:tc>
          <w:tcPr>
            <w:tcW w:type="dxa" w:w="4320"/>
          </w:tcPr>
          <w:p>
            <w:r>
              <w:t>1523**********6887</w:t>
            </w:r>
          </w:p>
        </w:tc>
      </w:tr>
      <w:tr>
        <w:tc>
          <w:tcPr>
            <w:tcW w:type="dxa" w:w="4320"/>
          </w:tcPr>
          <w:p>
            <w:r>
              <w:t>要姿彤</w:t>
            </w:r>
          </w:p>
        </w:tc>
        <w:tc>
          <w:tcPr>
            <w:tcW w:type="dxa" w:w="4320"/>
          </w:tcPr>
          <w:p>
            <w:r>
              <w:t>1305**********0528</w:t>
            </w:r>
          </w:p>
        </w:tc>
      </w:tr>
      <w:tr>
        <w:tc>
          <w:tcPr>
            <w:tcW w:type="dxa" w:w="4320"/>
          </w:tcPr>
          <w:p>
            <w:r>
              <w:t>刘文凤</w:t>
            </w:r>
          </w:p>
        </w:tc>
        <w:tc>
          <w:tcPr>
            <w:tcW w:type="dxa" w:w="4320"/>
          </w:tcPr>
          <w:p>
            <w:r>
              <w:t>1302**********4822</w:t>
            </w:r>
          </w:p>
        </w:tc>
      </w:tr>
      <w:tr>
        <w:tc>
          <w:tcPr>
            <w:tcW w:type="dxa" w:w="4320"/>
          </w:tcPr>
          <w:p>
            <w:r>
              <w:t>贾一帆</w:t>
            </w:r>
          </w:p>
        </w:tc>
        <w:tc>
          <w:tcPr>
            <w:tcW w:type="dxa" w:w="4320"/>
          </w:tcPr>
          <w:p>
            <w:r>
              <w:t>3202**********0020</w:t>
            </w:r>
          </w:p>
        </w:tc>
      </w:tr>
      <w:tr>
        <w:tc>
          <w:tcPr>
            <w:tcW w:type="dxa" w:w="4320"/>
          </w:tcPr>
          <w:p>
            <w:r>
              <w:t>陆静蕾</w:t>
            </w:r>
          </w:p>
        </w:tc>
        <w:tc>
          <w:tcPr>
            <w:tcW w:type="dxa" w:w="4320"/>
          </w:tcPr>
          <w:p>
            <w:r>
              <w:t>3205**********5028</w:t>
            </w:r>
          </w:p>
        </w:tc>
      </w:tr>
      <w:tr>
        <w:tc>
          <w:tcPr>
            <w:tcW w:type="dxa" w:w="4320"/>
          </w:tcPr>
          <w:p>
            <w:r>
              <w:t>谢子轩</w:t>
            </w:r>
          </w:p>
        </w:tc>
        <w:tc>
          <w:tcPr>
            <w:tcW w:type="dxa" w:w="4320"/>
          </w:tcPr>
          <w:p>
            <w:r>
              <w:t>3408**********0824</w:t>
            </w:r>
          </w:p>
        </w:tc>
      </w:tr>
      <w:tr>
        <w:tc>
          <w:tcPr>
            <w:tcW w:type="dxa" w:w="4320"/>
          </w:tcPr>
          <w:p>
            <w:r>
              <w:t>杨子真</w:t>
            </w:r>
          </w:p>
        </w:tc>
        <w:tc>
          <w:tcPr>
            <w:tcW w:type="dxa" w:w="4320"/>
          </w:tcPr>
          <w:p>
            <w:r>
              <w:t>4117**********292X</w:t>
            </w:r>
          </w:p>
        </w:tc>
      </w:tr>
      <w:tr>
        <w:tc>
          <w:tcPr>
            <w:tcW w:type="dxa" w:w="4320"/>
          </w:tcPr>
          <w:p>
            <w:r>
              <w:t>夏孟琪</w:t>
            </w:r>
          </w:p>
        </w:tc>
        <w:tc>
          <w:tcPr>
            <w:tcW w:type="dxa" w:w="4320"/>
          </w:tcPr>
          <w:p>
            <w:r>
              <w:t>1305**********0227</w:t>
            </w:r>
          </w:p>
        </w:tc>
      </w:tr>
      <w:tr>
        <w:tc>
          <w:tcPr>
            <w:tcW w:type="dxa" w:w="4320"/>
          </w:tcPr>
          <w:p>
            <w:r>
              <w:t>顾颖</w:t>
            </w:r>
          </w:p>
        </w:tc>
        <w:tc>
          <w:tcPr>
            <w:tcW w:type="dxa" w:w="4320"/>
          </w:tcPr>
          <w:p>
            <w:r>
              <w:t>3205**********0261</w:t>
            </w:r>
          </w:p>
        </w:tc>
      </w:tr>
      <w:tr>
        <w:tc>
          <w:tcPr>
            <w:tcW w:type="dxa" w:w="4320"/>
          </w:tcPr>
          <w:p>
            <w:r>
              <w:t>龚楠</w:t>
            </w:r>
          </w:p>
        </w:tc>
        <w:tc>
          <w:tcPr>
            <w:tcW w:type="dxa" w:w="4320"/>
          </w:tcPr>
          <w:p>
            <w:r>
              <w:t>3206**********6446</w:t>
            </w:r>
          </w:p>
        </w:tc>
      </w:tr>
      <w:tr>
        <w:tc>
          <w:tcPr>
            <w:tcW w:type="dxa" w:w="4320"/>
          </w:tcPr>
          <w:p>
            <w:r>
              <w:t>周子越</w:t>
            </w:r>
          </w:p>
        </w:tc>
        <w:tc>
          <w:tcPr>
            <w:tcW w:type="dxa" w:w="4320"/>
          </w:tcPr>
          <w:p>
            <w:r>
              <w:t>4303**********0046</w:t>
            </w:r>
          </w:p>
        </w:tc>
      </w:tr>
      <w:tr>
        <w:tc>
          <w:tcPr>
            <w:tcW w:type="dxa" w:w="4320"/>
          </w:tcPr>
          <w:p>
            <w:r>
              <w:t>徐一泓</w:t>
            </w:r>
          </w:p>
        </w:tc>
        <w:tc>
          <w:tcPr>
            <w:tcW w:type="dxa" w:w="4320"/>
          </w:tcPr>
          <w:p>
            <w:r>
              <w:t>3204**********2521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