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江南大学集成电路学院2025年推免生第二轮报名工作通知</w:t>
      </w:r>
    </w:p>
    <w:p>
      <w:r>
        <w:t>各位考生：</w:t>
      </w:r>
    </w:p>
    <w:p>
      <w:r>
        <w:t>我院电子科学与技术（080900）和集成电路工程（085403）两个专业还有少量名额可招收推免生，请有意报考的考生，登录中国研究生招生信息网推免服务系统填报我院志愿，后期我院将开展第二轮推免复试录取工作。</w:t>
      </w:r>
    </w:p>
    <w:p>
      <w:r>
        <w:t>具有申报资格的推免生可在“全国推荐免试攻读研究生信息公开管理服务系统”（https://yz.chsi.com.cn/tm）10月16日23:59之前填报我校志愿，学院将在第一时间对报考信息进行审核、安排复试，收到复试通知的学生请及时确认。</w:t>
      </w:r>
    </w:p>
    <w:p>
      <w:r>
        <w:t>本次推免复试考核采用钉钉平台线上复试方式，复试日期另行通知。申请者在收到我院复试通知后，应按规定的时间参加复试，未按时参加者视为自动放弃，请考生务必保持通讯畅通。</w:t>
      </w:r>
    </w:p>
    <w:p>
      <w:r>
        <w:t>其他说明详见《江南大学集成电路学院2025年接收推荐免试研究生工作细则》http://ic.jiangnan.edu.cn/info/1037/1243.htm</w:t>
      </w:r>
    </w:p>
    <w:p>
      <w:r>
        <w:t>咨询电话：0510-85197369</w:t>
      </w:r>
    </w:p>
    <w:p>
      <w:r>
        <w:t>咨询邮箱：jinyusuo@jiangnan.edu.cn</w:t>
      </w:r>
    </w:p>
    <w:p>
      <w:r>
        <w:t>欢迎广大推免生报考江南大学集成电路学院！</w:t>
      </w:r>
    </w:p>
    <w:p>
      <w:r>
        <w:t>江南大学集成电路学院</w:t>
      </w:r>
    </w:p>
    <w:p>
      <w:r>
        <w:t>2024年10月8日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