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江南大学自动化与智能科学学院 2027年接收推荐免试研究生复试名单公示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姓名</w:t>
            </w:r>
          </w:p>
        </w:tc>
        <w:tc>
          <w:tcPr>
            <w:tcW w:type="dxa" w:w="4320"/>
          </w:tcPr>
          <w:p>
            <w:r>
              <w:t>身份证号</w:t>
            </w:r>
          </w:p>
        </w:tc>
      </w:tr>
      <w:tr>
        <w:tc>
          <w:tcPr>
            <w:tcW w:type="dxa" w:w="4320"/>
          </w:tcPr>
          <w:p>
            <w:r>
              <w:t>赵凝洵</w:t>
            </w:r>
          </w:p>
        </w:tc>
        <w:tc>
          <w:tcPr>
            <w:tcW w:type="dxa" w:w="4320"/>
          </w:tcPr>
          <w:p>
            <w:r>
              <w:t>3201********1634</w:t>
            </w:r>
          </w:p>
        </w:tc>
      </w:tr>
      <w:tr>
        <w:tc>
          <w:tcPr>
            <w:tcW w:type="dxa" w:w="4320"/>
          </w:tcPr>
          <w:p>
            <w:r>
              <w:t>欧阳保麟</w:t>
            </w:r>
          </w:p>
        </w:tc>
        <w:tc>
          <w:tcPr>
            <w:tcW w:type="dxa" w:w="4320"/>
          </w:tcPr>
          <w:p>
            <w:r>
              <w:t>1308********2634</w:t>
            </w:r>
          </w:p>
        </w:tc>
      </w:tr>
      <w:tr>
        <w:tc>
          <w:tcPr>
            <w:tcW w:type="dxa" w:w="4320"/>
          </w:tcPr>
          <w:p>
            <w:r>
              <w:t>李之润</w:t>
            </w:r>
          </w:p>
        </w:tc>
        <w:tc>
          <w:tcPr>
            <w:tcW w:type="dxa" w:w="4320"/>
          </w:tcPr>
          <w:p>
            <w:r>
              <w:t>3203********123X</w:t>
            </w:r>
          </w:p>
        </w:tc>
      </w:tr>
      <w:tr>
        <w:tc>
          <w:tcPr>
            <w:tcW w:type="dxa" w:w="4320"/>
          </w:tcPr>
          <w:p>
            <w:r>
              <w:t>张皓轶</w:t>
            </w:r>
          </w:p>
        </w:tc>
        <w:tc>
          <w:tcPr>
            <w:tcW w:type="dxa" w:w="4320"/>
          </w:tcPr>
          <w:p>
            <w:r>
              <w:t>4101********0052</w:t>
            </w:r>
          </w:p>
        </w:tc>
      </w:tr>
      <w:tr>
        <w:tc>
          <w:tcPr>
            <w:tcW w:type="dxa" w:w="4320"/>
          </w:tcPr>
          <w:p>
            <w:r>
              <w:t>任梓恒</w:t>
            </w:r>
          </w:p>
        </w:tc>
        <w:tc>
          <w:tcPr>
            <w:tcW w:type="dxa" w:w="4320"/>
          </w:tcPr>
          <w:p>
            <w:r>
              <w:t>4127********2531</w:t>
            </w:r>
          </w:p>
        </w:tc>
      </w:tr>
      <w:tr>
        <w:tc>
          <w:tcPr>
            <w:tcW w:type="dxa" w:w="4320"/>
          </w:tcPr>
          <w:p>
            <w:r>
              <w:t>王亮</w:t>
            </w:r>
          </w:p>
        </w:tc>
        <w:tc>
          <w:tcPr>
            <w:tcW w:type="dxa" w:w="4320"/>
          </w:tcPr>
          <w:p>
            <w:r>
              <w:t>3206********3714</w:t>
            </w:r>
          </w:p>
        </w:tc>
      </w:tr>
      <w:tr>
        <w:tc>
          <w:tcPr>
            <w:tcW w:type="dxa" w:w="4320"/>
          </w:tcPr>
          <w:p>
            <w:r>
              <w:t>肖亚利</w:t>
            </w:r>
          </w:p>
        </w:tc>
        <w:tc>
          <w:tcPr>
            <w:tcW w:type="dxa" w:w="4320"/>
          </w:tcPr>
          <w:p>
            <w:r>
              <w:t>4301********7024</w:t>
            </w:r>
          </w:p>
        </w:tc>
      </w:tr>
      <w:tr>
        <w:tc>
          <w:tcPr>
            <w:tcW w:type="dxa" w:w="4320"/>
          </w:tcPr>
          <w:p>
            <w:r>
              <w:t>刘雅琪</w:t>
            </w:r>
          </w:p>
        </w:tc>
        <w:tc>
          <w:tcPr>
            <w:tcW w:type="dxa" w:w="4320"/>
          </w:tcPr>
          <w:p>
            <w:r>
              <w:t>3703********0324</w:t>
            </w:r>
          </w:p>
        </w:tc>
      </w:tr>
      <w:tr>
        <w:tc>
          <w:tcPr>
            <w:tcW w:type="dxa" w:w="4320"/>
          </w:tcPr>
          <w:p>
            <w:r>
              <w:t>郑怡静</w:t>
            </w:r>
          </w:p>
        </w:tc>
        <w:tc>
          <w:tcPr>
            <w:tcW w:type="dxa" w:w="4320"/>
          </w:tcPr>
          <w:p>
            <w:r>
              <w:t>4101********3522</w:t>
            </w:r>
          </w:p>
        </w:tc>
      </w:tr>
      <w:tr>
        <w:tc>
          <w:tcPr>
            <w:tcW w:type="dxa" w:w="4320"/>
          </w:tcPr>
          <w:p>
            <w:r>
              <w:t>杨晨曦</w:t>
            </w:r>
          </w:p>
        </w:tc>
        <w:tc>
          <w:tcPr>
            <w:tcW w:type="dxa" w:w="4320"/>
          </w:tcPr>
          <w:p>
            <w:r>
              <w:t>3503********1537</w:t>
            </w:r>
          </w:p>
        </w:tc>
      </w:tr>
      <w:tr>
        <w:tc>
          <w:tcPr>
            <w:tcW w:type="dxa" w:w="4320"/>
          </w:tcPr>
          <w:p>
            <w:r>
              <w:t>王紫鉴</w:t>
            </w:r>
          </w:p>
        </w:tc>
        <w:tc>
          <w:tcPr>
            <w:tcW w:type="dxa" w:w="4320"/>
          </w:tcPr>
          <w:p>
            <w:r>
              <w:t>3610********0414</w:t>
            </w:r>
          </w:p>
        </w:tc>
      </w:tr>
      <w:tr>
        <w:tc>
          <w:tcPr>
            <w:tcW w:type="dxa" w:w="4320"/>
          </w:tcPr>
          <w:p>
            <w:r>
              <w:t>谢镇雄</w:t>
            </w:r>
          </w:p>
        </w:tc>
        <w:tc>
          <w:tcPr>
            <w:tcW w:type="dxa" w:w="4320"/>
          </w:tcPr>
          <w:p>
            <w:r>
              <w:t>3611********4594</w:t>
            </w:r>
          </w:p>
        </w:tc>
      </w:tr>
      <w:tr>
        <w:tc>
          <w:tcPr>
            <w:tcW w:type="dxa" w:w="4320"/>
          </w:tcPr>
          <w:p>
            <w:r>
              <w:t>轩浩凯</w:t>
            </w:r>
          </w:p>
        </w:tc>
        <w:tc>
          <w:tcPr>
            <w:tcW w:type="dxa" w:w="4320"/>
          </w:tcPr>
          <w:p>
            <w:r>
              <w:t>4104********5598</w:t>
            </w:r>
          </w:p>
        </w:tc>
      </w:tr>
      <w:tr>
        <w:tc>
          <w:tcPr>
            <w:tcW w:type="dxa" w:w="4320"/>
          </w:tcPr>
          <w:p>
            <w:r>
              <w:t>凌基香</w:t>
            </w:r>
          </w:p>
        </w:tc>
        <w:tc>
          <w:tcPr>
            <w:tcW w:type="dxa" w:w="4320"/>
          </w:tcPr>
          <w:p>
            <w:r>
              <w:t>5107********1227</w:t>
            </w:r>
          </w:p>
        </w:tc>
      </w:tr>
      <w:tr>
        <w:tc>
          <w:tcPr>
            <w:tcW w:type="dxa" w:w="4320"/>
          </w:tcPr>
          <w:p>
            <w:r>
              <w:t>余金乐</w:t>
            </w:r>
          </w:p>
        </w:tc>
        <w:tc>
          <w:tcPr>
            <w:tcW w:type="dxa" w:w="4320"/>
          </w:tcPr>
          <w:p>
            <w:r>
              <w:t>4417********3828</w:t>
            </w:r>
          </w:p>
        </w:tc>
      </w:tr>
      <w:tr>
        <w:tc>
          <w:tcPr>
            <w:tcW w:type="dxa" w:w="4320"/>
          </w:tcPr>
          <w:p>
            <w:r>
              <w:t>谭雨彤</w:t>
            </w:r>
          </w:p>
        </w:tc>
        <w:tc>
          <w:tcPr>
            <w:tcW w:type="dxa" w:w="4320"/>
          </w:tcPr>
          <w:p>
            <w:r>
              <w:t>6105********0940</w:t>
            </w:r>
          </w:p>
        </w:tc>
      </w:tr>
      <w:tr>
        <w:tc>
          <w:tcPr>
            <w:tcW w:type="dxa" w:w="4320"/>
          </w:tcPr>
          <w:p>
            <w:r>
              <w:t>江文馨</w:t>
            </w:r>
          </w:p>
        </w:tc>
        <w:tc>
          <w:tcPr>
            <w:tcW w:type="dxa" w:w="4320"/>
          </w:tcPr>
          <w:p>
            <w:r>
              <w:t>3508********4124</w:t>
            </w:r>
          </w:p>
        </w:tc>
      </w:tr>
      <w:tr>
        <w:tc>
          <w:tcPr>
            <w:tcW w:type="dxa" w:w="4320"/>
          </w:tcPr>
          <w:p>
            <w:r>
              <w:t>汪明涛</w:t>
            </w:r>
          </w:p>
        </w:tc>
        <w:tc>
          <w:tcPr>
            <w:tcW w:type="dxa" w:w="4320"/>
          </w:tcPr>
          <w:p>
            <w:r>
              <w:t>6107********5615</w:t>
            </w:r>
          </w:p>
        </w:tc>
      </w:tr>
      <w:tr>
        <w:tc>
          <w:tcPr>
            <w:tcW w:type="dxa" w:w="4320"/>
          </w:tcPr>
          <w:p>
            <w:r>
              <w:t>夏蒙</w:t>
            </w:r>
          </w:p>
        </w:tc>
        <w:tc>
          <w:tcPr>
            <w:tcW w:type="dxa" w:w="4320"/>
          </w:tcPr>
          <w:p>
            <w:r>
              <w:t>4117********7754</w:t>
            </w:r>
          </w:p>
        </w:tc>
      </w:tr>
      <w:tr>
        <w:tc>
          <w:tcPr>
            <w:tcW w:type="dxa" w:w="4320"/>
          </w:tcPr>
          <w:p>
            <w:r>
              <w:t>唐珂晴</w:t>
            </w:r>
          </w:p>
        </w:tc>
        <w:tc>
          <w:tcPr>
            <w:tcW w:type="dxa" w:w="4320"/>
          </w:tcPr>
          <w:p>
            <w:r>
              <w:t>4212********4726</w:t>
            </w:r>
          </w:p>
        </w:tc>
      </w:tr>
      <w:tr>
        <w:tc>
          <w:tcPr>
            <w:tcW w:type="dxa" w:w="4320"/>
          </w:tcPr>
          <w:p>
            <w:r>
              <w:t>罗国润</w:t>
            </w:r>
          </w:p>
        </w:tc>
        <w:tc>
          <w:tcPr>
            <w:tcW w:type="dxa" w:w="4320"/>
          </w:tcPr>
          <w:p>
            <w:r>
              <w:t>4452********2114</w:t>
            </w:r>
          </w:p>
        </w:tc>
      </w:tr>
      <w:tr>
        <w:tc>
          <w:tcPr>
            <w:tcW w:type="dxa" w:w="4320"/>
          </w:tcPr>
          <w:p>
            <w:r>
              <w:t>钱雨焕</w:t>
            </w:r>
          </w:p>
        </w:tc>
        <w:tc>
          <w:tcPr>
            <w:tcW w:type="dxa" w:w="4320"/>
          </w:tcPr>
          <w:p>
            <w:r>
              <w:t>3307********8228</w:t>
            </w:r>
          </w:p>
        </w:tc>
      </w:tr>
      <w:tr>
        <w:tc>
          <w:tcPr>
            <w:tcW w:type="dxa" w:w="4320"/>
          </w:tcPr>
          <w:p>
            <w:r>
              <w:t>王江涛</w:t>
            </w:r>
          </w:p>
        </w:tc>
        <w:tc>
          <w:tcPr>
            <w:tcW w:type="dxa" w:w="4320"/>
          </w:tcPr>
          <w:p>
            <w:r>
              <w:t>4117********4935</w:t>
            </w:r>
          </w:p>
        </w:tc>
      </w:tr>
      <w:tr>
        <w:tc>
          <w:tcPr>
            <w:tcW w:type="dxa" w:w="4320"/>
          </w:tcPr>
          <w:p>
            <w:r>
              <w:t>李雨婷</w:t>
            </w:r>
          </w:p>
        </w:tc>
        <w:tc>
          <w:tcPr>
            <w:tcW w:type="dxa" w:w="4320"/>
          </w:tcPr>
          <w:p>
            <w:r>
              <w:t>4212********0028</w:t>
            </w:r>
          </w:p>
        </w:tc>
      </w:tr>
      <w:tr>
        <w:tc>
          <w:tcPr>
            <w:tcW w:type="dxa" w:w="4320"/>
          </w:tcPr>
          <w:p>
            <w:r>
              <w:t>胡咏彤</w:t>
            </w:r>
          </w:p>
        </w:tc>
        <w:tc>
          <w:tcPr>
            <w:tcW w:type="dxa" w:w="4320"/>
          </w:tcPr>
          <w:p>
            <w:r>
              <w:t>3205********6025</w:t>
            </w:r>
          </w:p>
        </w:tc>
      </w:tr>
      <w:tr>
        <w:tc>
          <w:tcPr>
            <w:tcW w:type="dxa" w:w="4320"/>
          </w:tcPr>
          <w:p>
            <w:r>
              <w:t>杨硕</w:t>
            </w:r>
          </w:p>
        </w:tc>
        <w:tc>
          <w:tcPr>
            <w:tcW w:type="dxa" w:w="4320"/>
          </w:tcPr>
          <w:p>
            <w:r>
              <w:t>1305********612X</w:t>
            </w:r>
          </w:p>
        </w:tc>
      </w:tr>
      <w:tr>
        <w:tc>
          <w:tcPr>
            <w:tcW w:type="dxa" w:w="4320"/>
          </w:tcPr>
          <w:p>
            <w:r>
              <w:t>徐超</w:t>
            </w:r>
          </w:p>
        </w:tc>
        <w:tc>
          <w:tcPr>
            <w:tcW w:type="dxa" w:w="4320"/>
          </w:tcPr>
          <w:p>
            <w:r>
              <w:t>3714********4937</w:t>
            </w:r>
          </w:p>
        </w:tc>
      </w:tr>
      <w:tr>
        <w:tc>
          <w:tcPr>
            <w:tcW w:type="dxa" w:w="4320"/>
          </w:tcPr>
          <w:p>
            <w:r>
              <w:t>张露</w:t>
            </w:r>
          </w:p>
        </w:tc>
        <w:tc>
          <w:tcPr>
            <w:tcW w:type="dxa" w:w="4320"/>
          </w:tcPr>
          <w:p>
            <w:r>
              <w:t>3604********5389</w:t>
            </w:r>
          </w:p>
        </w:tc>
      </w:tr>
      <w:tr>
        <w:tc>
          <w:tcPr>
            <w:tcW w:type="dxa" w:w="4320"/>
          </w:tcPr>
          <w:p>
            <w:r>
              <w:t>倪士圆</w:t>
            </w:r>
          </w:p>
        </w:tc>
        <w:tc>
          <w:tcPr>
            <w:tcW w:type="dxa" w:w="4320"/>
          </w:tcPr>
          <w:p>
            <w:r>
              <w:t>3415********7186</w:t>
            </w:r>
          </w:p>
        </w:tc>
      </w:tr>
      <w:tr>
        <w:tc>
          <w:tcPr>
            <w:tcW w:type="dxa" w:w="4320"/>
          </w:tcPr>
          <w:p>
            <w:r>
              <w:t>郑子峰</w:t>
            </w:r>
          </w:p>
        </w:tc>
        <w:tc>
          <w:tcPr>
            <w:tcW w:type="dxa" w:w="4320"/>
          </w:tcPr>
          <w:p>
            <w:r>
              <w:t>1305********8274</w:t>
            </w:r>
          </w:p>
        </w:tc>
      </w:tr>
      <w:tr>
        <w:tc>
          <w:tcPr>
            <w:tcW w:type="dxa" w:w="4320"/>
          </w:tcPr>
          <w:p>
            <w:r>
              <w:t>陈曙</w:t>
            </w:r>
          </w:p>
        </w:tc>
        <w:tc>
          <w:tcPr>
            <w:tcW w:type="dxa" w:w="4320"/>
          </w:tcPr>
          <w:p>
            <w:r>
              <w:t>3203********0611</w:t>
            </w:r>
          </w:p>
        </w:tc>
      </w:tr>
      <w:tr>
        <w:tc>
          <w:tcPr>
            <w:tcW w:type="dxa" w:w="4320"/>
          </w:tcPr>
          <w:p>
            <w:r>
              <w:t>周中艳</w:t>
            </w:r>
          </w:p>
        </w:tc>
        <w:tc>
          <w:tcPr>
            <w:tcW w:type="dxa" w:w="4320"/>
          </w:tcPr>
          <w:p>
            <w:r>
              <w:t>3412********7391</w:t>
            </w:r>
          </w:p>
        </w:tc>
      </w:tr>
      <w:tr>
        <w:tc>
          <w:tcPr>
            <w:tcW w:type="dxa" w:w="4320"/>
          </w:tcPr>
          <w:p>
            <w:r>
              <w:t>苏恩晴</w:t>
            </w:r>
          </w:p>
        </w:tc>
        <w:tc>
          <w:tcPr>
            <w:tcW w:type="dxa" w:w="4320"/>
          </w:tcPr>
          <w:p>
            <w:r>
              <w:t>3303********1741</w:t>
            </w:r>
          </w:p>
        </w:tc>
      </w:tr>
      <w:tr>
        <w:tc>
          <w:tcPr>
            <w:tcW w:type="dxa" w:w="4320"/>
          </w:tcPr>
          <w:p>
            <w:r>
              <w:t>赖俊洋</w:t>
            </w:r>
          </w:p>
        </w:tc>
        <w:tc>
          <w:tcPr>
            <w:tcW w:type="dxa" w:w="4320"/>
          </w:tcPr>
          <w:p>
            <w:r>
              <w:t>3303********2033</w:t>
            </w:r>
          </w:p>
        </w:tc>
      </w:tr>
      <w:tr>
        <w:tc>
          <w:tcPr>
            <w:tcW w:type="dxa" w:w="4320"/>
          </w:tcPr>
          <w:p>
            <w:r>
              <w:t>李浩</w:t>
            </w:r>
          </w:p>
        </w:tc>
        <w:tc>
          <w:tcPr>
            <w:tcW w:type="dxa" w:w="4320"/>
          </w:tcPr>
          <w:p>
            <w:r>
              <w:t>4117********2131</w:t>
            </w:r>
          </w:p>
        </w:tc>
      </w:tr>
      <w:tr>
        <w:tc>
          <w:tcPr>
            <w:tcW w:type="dxa" w:w="4320"/>
          </w:tcPr>
          <w:p>
            <w:r>
              <w:t>梁晖</w:t>
            </w:r>
          </w:p>
        </w:tc>
        <w:tc>
          <w:tcPr>
            <w:tcW w:type="dxa" w:w="4320"/>
          </w:tcPr>
          <w:p>
            <w:r>
              <w:t>3624********0050</w:t>
            </w:r>
          </w:p>
        </w:tc>
      </w:tr>
      <w:tr>
        <w:tc>
          <w:tcPr>
            <w:tcW w:type="dxa" w:w="4320"/>
          </w:tcPr>
          <w:p>
            <w:r>
              <w:t>邓昱临</w:t>
            </w:r>
          </w:p>
        </w:tc>
        <w:tc>
          <w:tcPr>
            <w:tcW w:type="dxa" w:w="4320"/>
          </w:tcPr>
          <w:p>
            <w:r>
              <w:t>3202********401X</w:t>
            </w:r>
          </w:p>
        </w:tc>
      </w:tr>
      <w:tr>
        <w:tc>
          <w:tcPr>
            <w:tcW w:type="dxa" w:w="4320"/>
          </w:tcPr>
          <w:p>
            <w:r>
              <w:t>李加辉</w:t>
            </w:r>
          </w:p>
        </w:tc>
        <w:tc>
          <w:tcPr>
            <w:tcW w:type="dxa" w:w="4320"/>
          </w:tcPr>
          <w:p>
            <w:r>
              <w:t>3711********2775</w:t>
            </w:r>
          </w:p>
        </w:tc>
      </w:tr>
      <w:tr>
        <w:tc>
          <w:tcPr>
            <w:tcW w:type="dxa" w:w="4320"/>
          </w:tcPr>
          <w:p>
            <w:r>
              <w:t>梁美美</w:t>
            </w:r>
          </w:p>
        </w:tc>
        <w:tc>
          <w:tcPr>
            <w:tcW w:type="dxa" w:w="4320"/>
          </w:tcPr>
          <w:p>
            <w:r>
              <w:t>1310********1849</w:t>
            </w:r>
          </w:p>
        </w:tc>
      </w:tr>
      <w:tr>
        <w:tc>
          <w:tcPr>
            <w:tcW w:type="dxa" w:w="4320"/>
          </w:tcPr>
          <w:p>
            <w:r>
              <w:t>陈毓憬</w:t>
            </w:r>
          </w:p>
        </w:tc>
        <w:tc>
          <w:tcPr>
            <w:tcW w:type="dxa" w:w="4320"/>
          </w:tcPr>
          <w:p>
            <w:r>
              <w:t>3212********0340</w:t>
            </w:r>
          </w:p>
        </w:tc>
      </w:tr>
      <w:tr>
        <w:tc>
          <w:tcPr>
            <w:tcW w:type="dxa" w:w="4320"/>
          </w:tcPr>
          <w:p>
            <w:r>
              <w:t>李祥</w:t>
            </w:r>
          </w:p>
        </w:tc>
        <w:tc>
          <w:tcPr>
            <w:tcW w:type="dxa" w:w="4320"/>
          </w:tcPr>
          <w:p>
            <w:r>
              <w:t>4107********4710</w:t>
            </w:r>
          </w:p>
        </w:tc>
      </w:tr>
      <w:tr>
        <w:tc>
          <w:tcPr>
            <w:tcW w:type="dxa" w:w="4320"/>
          </w:tcPr>
          <w:p>
            <w:r>
              <w:t>范天宇</w:t>
            </w:r>
          </w:p>
        </w:tc>
        <w:tc>
          <w:tcPr>
            <w:tcW w:type="dxa" w:w="4320"/>
          </w:tcPr>
          <w:p>
            <w:r>
              <w:t>4203********0032</w:t>
            </w:r>
          </w:p>
        </w:tc>
      </w:tr>
      <w:tr>
        <w:tc>
          <w:tcPr>
            <w:tcW w:type="dxa" w:w="4320"/>
          </w:tcPr>
          <w:p>
            <w:r>
              <w:t>单翊珩</w:t>
            </w:r>
          </w:p>
        </w:tc>
        <w:tc>
          <w:tcPr>
            <w:tcW w:type="dxa" w:w="4320"/>
          </w:tcPr>
          <w:p>
            <w:r>
              <w:t>3213********4714</w:t>
            </w:r>
          </w:p>
        </w:tc>
      </w:tr>
      <w:tr>
        <w:tc>
          <w:tcPr>
            <w:tcW w:type="dxa" w:w="4320"/>
          </w:tcPr>
          <w:p>
            <w:r>
              <w:t>陈培烨</w:t>
            </w:r>
          </w:p>
        </w:tc>
        <w:tc>
          <w:tcPr>
            <w:tcW w:type="dxa" w:w="4320"/>
          </w:tcPr>
          <w:p>
            <w:r>
              <w:t>3305********2579</w:t>
            </w:r>
          </w:p>
        </w:tc>
      </w:tr>
      <w:tr>
        <w:tc>
          <w:tcPr>
            <w:tcW w:type="dxa" w:w="4320"/>
          </w:tcPr>
          <w:p>
            <w:r>
              <w:t>高希来</w:t>
            </w:r>
          </w:p>
        </w:tc>
        <w:tc>
          <w:tcPr>
            <w:tcW w:type="dxa" w:w="4320"/>
          </w:tcPr>
          <w:p>
            <w:r>
              <w:t>3703********7419</w:t>
            </w:r>
          </w:p>
        </w:tc>
      </w:tr>
      <w:tr>
        <w:tc>
          <w:tcPr>
            <w:tcW w:type="dxa" w:w="4320"/>
          </w:tcPr>
          <w:p>
            <w:r>
              <w:t>郁承祺</w:t>
            </w:r>
          </w:p>
        </w:tc>
        <w:tc>
          <w:tcPr>
            <w:tcW w:type="dxa" w:w="4320"/>
          </w:tcPr>
          <w:p>
            <w:r>
              <w:t>3210********8423</w:t>
            </w:r>
          </w:p>
        </w:tc>
      </w:tr>
      <w:tr>
        <w:tc>
          <w:tcPr>
            <w:tcW w:type="dxa" w:w="4320"/>
          </w:tcPr>
          <w:p>
            <w:r>
              <w:t>陈欣怡</w:t>
            </w:r>
          </w:p>
        </w:tc>
        <w:tc>
          <w:tcPr>
            <w:tcW w:type="dxa" w:w="4320"/>
          </w:tcPr>
          <w:p>
            <w:r>
              <w:t>3503********1581</w:t>
            </w:r>
          </w:p>
        </w:tc>
      </w:tr>
      <w:tr>
        <w:tc>
          <w:tcPr>
            <w:tcW w:type="dxa" w:w="4320"/>
          </w:tcPr>
          <w:p>
            <w:r>
              <w:t>干成</w:t>
            </w:r>
          </w:p>
        </w:tc>
        <w:tc>
          <w:tcPr>
            <w:tcW w:type="dxa" w:w="4320"/>
          </w:tcPr>
          <w:p>
            <w:r>
              <w:t>3604********093X</w:t>
            </w:r>
          </w:p>
        </w:tc>
      </w:tr>
      <w:tr>
        <w:tc>
          <w:tcPr>
            <w:tcW w:type="dxa" w:w="4320"/>
          </w:tcPr>
          <w:p>
            <w:r>
              <w:t>李萌</w:t>
            </w:r>
          </w:p>
        </w:tc>
        <w:tc>
          <w:tcPr>
            <w:tcW w:type="dxa" w:w="4320"/>
          </w:tcPr>
          <w:p>
            <w:r>
              <w:t>1311********0661</w:t>
            </w:r>
          </w:p>
        </w:tc>
      </w:tr>
      <w:tr>
        <w:tc>
          <w:tcPr>
            <w:tcW w:type="dxa" w:w="4320"/>
          </w:tcPr>
          <w:p>
            <w:r>
              <w:t>胡建福</w:t>
            </w:r>
          </w:p>
        </w:tc>
        <w:tc>
          <w:tcPr>
            <w:tcW w:type="dxa" w:w="4320"/>
          </w:tcPr>
          <w:p>
            <w:r>
              <w:t>3416********4936</w:t>
            </w:r>
          </w:p>
        </w:tc>
      </w:tr>
      <w:tr>
        <w:tc>
          <w:tcPr>
            <w:tcW w:type="dxa" w:w="4320"/>
          </w:tcPr>
          <w:p>
            <w:r>
              <w:t>钟焕</w:t>
            </w:r>
          </w:p>
        </w:tc>
        <w:tc>
          <w:tcPr>
            <w:tcW w:type="dxa" w:w="4320"/>
          </w:tcPr>
          <w:p>
            <w:r>
              <w:t>3622********3011</w:t>
            </w:r>
          </w:p>
        </w:tc>
      </w:tr>
      <w:tr>
        <w:tc>
          <w:tcPr>
            <w:tcW w:type="dxa" w:w="4320"/>
          </w:tcPr>
          <w:p>
            <w:r>
              <w:t>张盛泽</w:t>
            </w:r>
          </w:p>
        </w:tc>
        <w:tc>
          <w:tcPr>
            <w:tcW w:type="dxa" w:w="4320"/>
          </w:tcPr>
          <w:p>
            <w:r>
              <w:t>3206********2259</w:t>
            </w:r>
          </w:p>
        </w:tc>
      </w:tr>
      <w:tr>
        <w:tc>
          <w:tcPr>
            <w:tcW w:type="dxa" w:w="4320"/>
          </w:tcPr>
          <w:p>
            <w:r>
              <w:t>张艺</w:t>
            </w:r>
          </w:p>
        </w:tc>
        <w:tc>
          <w:tcPr>
            <w:tcW w:type="dxa" w:w="4320"/>
          </w:tcPr>
          <w:p>
            <w:r>
              <w:t>4117********6048</w:t>
            </w:r>
          </w:p>
        </w:tc>
      </w:tr>
      <w:tr>
        <w:tc>
          <w:tcPr>
            <w:tcW w:type="dxa" w:w="4320"/>
          </w:tcPr>
          <w:p>
            <w:r>
              <w:t>刘爽</w:t>
            </w:r>
          </w:p>
        </w:tc>
        <w:tc>
          <w:tcPr>
            <w:tcW w:type="dxa" w:w="4320"/>
          </w:tcPr>
          <w:p>
            <w:r>
              <w:t>1304********2721</w:t>
            </w:r>
          </w:p>
        </w:tc>
      </w:tr>
      <w:tr>
        <w:tc>
          <w:tcPr>
            <w:tcW w:type="dxa" w:w="4320"/>
          </w:tcPr>
          <w:p>
            <w:r>
              <w:t>刘安琪</w:t>
            </w:r>
          </w:p>
        </w:tc>
        <w:tc>
          <w:tcPr>
            <w:tcW w:type="dxa" w:w="4320"/>
          </w:tcPr>
          <w:p>
            <w:r>
              <w:t>3707********4369</w:t>
            </w:r>
          </w:p>
        </w:tc>
      </w:tr>
      <w:tr>
        <w:tc>
          <w:tcPr>
            <w:tcW w:type="dxa" w:w="4320"/>
          </w:tcPr>
          <w:p>
            <w:r>
              <w:t>王佳琪</w:t>
            </w:r>
          </w:p>
        </w:tc>
        <w:tc>
          <w:tcPr>
            <w:tcW w:type="dxa" w:w="4320"/>
          </w:tcPr>
          <w:p>
            <w:r>
              <w:t>2114********4610</w:t>
            </w:r>
          </w:p>
        </w:tc>
      </w:tr>
      <w:tr>
        <w:tc>
          <w:tcPr>
            <w:tcW w:type="dxa" w:w="4320"/>
          </w:tcPr>
          <w:p>
            <w:r>
              <w:t>梅灿友</w:t>
            </w:r>
          </w:p>
        </w:tc>
        <w:tc>
          <w:tcPr>
            <w:tcW w:type="dxa" w:w="4320"/>
          </w:tcPr>
          <w:p>
            <w:r>
              <w:t>4117********5578</w:t>
            </w:r>
          </w:p>
        </w:tc>
      </w:tr>
      <w:tr>
        <w:tc>
          <w:tcPr>
            <w:tcW w:type="dxa" w:w="4320"/>
          </w:tcPr>
          <w:p>
            <w:r>
              <w:t>张鹏飞</w:t>
            </w:r>
          </w:p>
        </w:tc>
        <w:tc>
          <w:tcPr>
            <w:tcW w:type="dxa" w:w="4320"/>
          </w:tcPr>
          <w:p>
            <w:r>
              <w:t>4206********0576</w:t>
            </w:r>
          </w:p>
        </w:tc>
      </w:tr>
      <w:tr>
        <w:tc>
          <w:tcPr>
            <w:tcW w:type="dxa" w:w="4320"/>
          </w:tcPr>
          <w:p>
            <w:r>
              <w:t>刘新远</w:t>
            </w:r>
          </w:p>
        </w:tc>
        <w:tc>
          <w:tcPr>
            <w:tcW w:type="dxa" w:w="4320"/>
          </w:tcPr>
          <w:p>
            <w:r>
              <w:t>3209********3417</w:t>
            </w:r>
          </w:p>
        </w:tc>
      </w:tr>
      <w:tr>
        <w:tc>
          <w:tcPr>
            <w:tcW w:type="dxa" w:w="4320"/>
          </w:tcPr>
          <w:p>
            <w:r>
              <w:t>杨海涛</w:t>
            </w:r>
          </w:p>
        </w:tc>
        <w:tc>
          <w:tcPr>
            <w:tcW w:type="dxa" w:w="4320"/>
          </w:tcPr>
          <w:p>
            <w:r>
              <w:t>1405********8031</w:t>
            </w:r>
          </w:p>
        </w:tc>
      </w:tr>
      <w:tr>
        <w:tc>
          <w:tcPr>
            <w:tcW w:type="dxa" w:w="4320"/>
          </w:tcPr>
          <w:p>
            <w:r>
              <w:t>赵坤</w:t>
            </w:r>
          </w:p>
        </w:tc>
        <w:tc>
          <w:tcPr>
            <w:tcW w:type="dxa" w:w="4320"/>
          </w:tcPr>
          <w:p>
            <w:r>
              <w:t>5113********6791</w:t>
            </w:r>
          </w:p>
        </w:tc>
      </w:tr>
      <w:tr>
        <w:tc>
          <w:tcPr>
            <w:tcW w:type="dxa" w:w="4320"/>
          </w:tcPr>
          <w:p>
            <w:r>
              <w:t>侯洁</w:t>
            </w:r>
          </w:p>
        </w:tc>
        <w:tc>
          <w:tcPr>
            <w:tcW w:type="dxa" w:w="4320"/>
          </w:tcPr>
          <w:p>
            <w:r>
              <w:t>3607********1023</w:t>
            </w:r>
          </w:p>
        </w:tc>
      </w:tr>
      <w:tr>
        <w:tc>
          <w:tcPr>
            <w:tcW w:type="dxa" w:w="4320"/>
          </w:tcPr>
          <w:p>
            <w:r>
              <w:t>杨金鹏</w:t>
            </w:r>
          </w:p>
        </w:tc>
        <w:tc>
          <w:tcPr>
            <w:tcW w:type="dxa" w:w="4320"/>
          </w:tcPr>
          <w:p>
            <w:r>
              <w:t>4313********0552</w:t>
            </w:r>
          </w:p>
        </w:tc>
      </w:tr>
      <w:tr>
        <w:tc>
          <w:tcPr>
            <w:tcW w:type="dxa" w:w="4320"/>
          </w:tcPr>
          <w:p>
            <w:r>
              <w:t>张良秀</w:t>
            </w:r>
          </w:p>
        </w:tc>
        <w:tc>
          <w:tcPr>
            <w:tcW w:type="dxa" w:w="4320"/>
          </w:tcPr>
          <w:p>
            <w:r>
              <w:t>4402********0925</w:t>
            </w:r>
          </w:p>
        </w:tc>
      </w:tr>
      <w:tr>
        <w:tc>
          <w:tcPr>
            <w:tcW w:type="dxa" w:w="4320"/>
          </w:tcPr>
          <w:p>
            <w:r>
              <w:t>杨明熠</w:t>
            </w:r>
          </w:p>
        </w:tc>
        <w:tc>
          <w:tcPr>
            <w:tcW w:type="dxa" w:w="4320"/>
          </w:tcPr>
          <w:p>
            <w:r>
              <w:t>4101********0094</w:t>
            </w:r>
          </w:p>
        </w:tc>
      </w:tr>
      <w:tr>
        <w:tc>
          <w:tcPr>
            <w:tcW w:type="dxa" w:w="4320"/>
          </w:tcPr>
          <w:p>
            <w:r>
              <w:t>刘宇佳</w:t>
            </w:r>
          </w:p>
        </w:tc>
        <w:tc>
          <w:tcPr>
            <w:tcW w:type="dxa" w:w="4320"/>
          </w:tcPr>
          <w:p>
            <w:r>
              <w:t>3413********6668</w:t>
            </w:r>
          </w:p>
        </w:tc>
      </w:tr>
      <w:tr>
        <w:tc>
          <w:tcPr>
            <w:tcW w:type="dxa" w:w="4320"/>
          </w:tcPr>
          <w:p>
            <w:r>
              <w:t>吕倩倩</w:t>
            </w:r>
          </w:p>
        </w:tc>
        <w:tc>
          <w:tcPr>
            <w:tcW w:type="dxa" w:w="4320"/>
          </w:tcPr>
          <w:p>
            <w:r>
              <w:t>3418********0023</w:t>
            </w:r>
          </w:p>
        </w:tc>
      </w:tr>
      <w:tr>
        <w:tc>
          <w:tcPr>
            <w:tcW w:type="dxa" w:w="4320"/>
          </w:tcPr>
          <w:p>
            <w:r>
              <w:t>郭聪颖</w:t>
            </w:r>
          </w:p>
        </w:tc>
        <w:tc>
          <w:tcPr>
            <w:tcW w:type="dxa" w:w="4320"/>
          </w:tcPr>
          <w:p>
            <w:r>
              <w:t>4203********0321</w:t>
            </w:r>
          </w:p>
        </w:tc>
      </w:tr>
      <w:tr>
        <w:tc>
          <w:tcPr>
            <w:tcW w:type="dxa" w:w="4320"/>
          </w:tcPr>
          <w:p>
            <w:r>
              <w:t>袁佳辰</w:t>
            </w:r>
          </w:p>
        </w:tc>
        <w:tc>
          <w:tcPr>
            <w:tcW w:type="dxa" w:w="4320"/>
          </w:tcPr>
          <w:p>
            <w:r>
              <w:t>3206********0030</w:t>
            </w:r>
          </w:p>
        </w:tc>
      </w:tr>
      <w:tr>
        <w:tc>
          <w:tcPr>
            <w:tcW w:type="dxa" w:w="4320"/>
          </w:tcPr>
          <w:p>
            <w:r>
              <w:t>代兰琼</w:t>
            </w:r>
          </w:p>
        </w:tc>
        <w:tc>
          <w:tcPr>
            <w:tcW w:type="dxa" w:w="4320"/>
          </w:tcPr>
          <w:p>
            <w:r>
              <w:t>4116********4248</w:t>
            </w:r>
          </w:p>
        </w:tc>
      </w:tr>
      <w:tr>
        <w:tc>
          <w:tcPr>
            <w:tcW w:type="dxa" w:w="4320"/>
          </w:tcPr>
          <w:p>
            <w:r>
              <w:t>戴春明</w:t>
            </w:r>
          </w:p>
        </w:tc>
        <w:tc>
          <w:tcPr>
            <w:tcW w:type="dxa" w:w="4320"/>
          </w:tcPr>
          <w:p>
            <w:r>
              <w:t>3212********9333</w:t>
            </w:r>
          </w:p>
        </w:tc>
      </w:tr>
      <w:tr>
        <w:tc>
          <w:tcPr>
            <w:tcW w:type="dxa" w:w="4320"/>
          </w:tcPr>
          <w:p>
            <w:r>
              <w:t>张雨杰</w:t>
            </w:r>
          </w:p>
        </w:tc>
        <w:tc>
          <w:tcPr>
            <w:tcW w:type="dxa" w:w="4320"/>
          </w:tcPr>
          <w:p>
            <w:r>
              <w:t>3209********4629</w:t>
            </w:r>
          </w:p>
        </w:tc>
      </w:tr>
      <w:tr>
        <w:tc>
          <w:tcPr>
            <w:tcW w:type="dxa" w:w="4320"/>
          </w:tcPr>
          <w:p>
            <w:r>
              <w:t>汤汉申</w:t>
            </w:r>
          </w:p>
        </w:tc>
        <w:tc>
          <w:tcPr>
            <w:tcW w:type="dxa" w:w="4320"/>
          </w:tcPr>
          <w:p>
            <w:r>
              <w:t>3412********1536</w:t>
            </w:r>
          </w:p>
        </w:tc>
      </w:tr>
      <w:tr>
        <w:tc>
          <w:tcPr>
            <w:tcW w:type="dxa" w:w="4320"/>
          </w:tcPr>
          <w:p>
            <w:r>
              <w:t>段依</w:t>
            </w:r>
          </w:p>
        </w:tc>
        <w:tc>
          <w:tcPr>
            <w:tcW w:type="dxa" w:w="4320"/>
          </w:tcPr>
          <w:p>
            <w:r>
              <w:t>4310********6568</w:t>
            </w:r>
          </w:p>
        </w:tc>
      </w:tr>
      <w:tr>
        <w:tc>
          <w:tcPr>
            <w:tcW w:type="dxa" w:w="4320"/>
          </w:tcPr>
          <w:p>
            <w:r>
              <w:t>梁正坤</w:t>
            </w:r>
          </w:p>
        </w:tc>
        <w:tc>
          <w:tcPr>
            <w:tcW w:type="dxa" w:w="4320"/>
          </w:tcPr>
          <w:p>
            <w:r>
              <w:t>3723********375X</w:t>
            </w:r>
          </w:p>
        </w:tc>
      </w:tr>
      <w:tr>
        <w:tc>
          <w:tcPr>
            <w:tcW w:type="dxa" w:w="4320"/>
          </w:tcPr>
          <w:p>
            <w:r>
              <w:t>左思哲</w:t>
            </w:r>
          </w:p>
        </w:tc>
        <w:tc>
          <w:tcPr>
            <w:tcW w:type="dxa" w:w="4320"/>
          </w:tcPr>
          <w:p>
            <w:r>
              <w:t>4201********2430</w:t>
            </w:r>
          </w:p>
        </w:tc>
      </w:tr>
      <w:tr>
        <w:tc>
          <w:tcPr>
            <w:tcW w:type="dxa" w:w="4320"/>
          </w:tcPr>
          <w:p>
            <w:r>
              <w:t>付万欣</w:t>
            </w:r>
          </w:p>
        </w:tc>
        <w:tc>
          <w:tcPr>
            <w:tcW w:type="dxa" w:w="4320"/>
          </w:tcPr>
          <w:p>
            <w:r>
              <w:t>5101********0023</w:t>
            </w:r>
          </w:p>
        </w:tc>
      </w:tr>
      <w:tr>
        <w:tc>
          <w:tcPr>
            <w:tcW w:type="dxa" w:w="4320"/>
          </w:tcPr>
          <w:p>
            <w:r>
              <w:t>袁宏涛</w:t>
            </w:r>
          </w:p>
        </w:tc>
        <w:tc>
          <w:tcPr>
            <w:tcW w:type="dxa" w:w="4320"/>
          </w:tcPr>
          <w:p>
            <w:r>
              <w:t>4211********5530</w:t>
            </w:r>
          </w:p>
        </w:tc>
      </w:tr>
      <w:tr>
        <w:tc>
          <w:tcPr>
            <w:tcW w:type="dxa" w:w="4320"/>
          </w:tcPr>
          <w:p>
            <w:r>
              <w:t>张然</w:t>
            </w:r>
          </w:p>
        </w:tc>
        <w:tc>
          <w:tcPr>
            <w:tcW w:type="dxa" w:w="4320"/>
          </w:tcPr>
          <w:p>
            <w:r>
              <w:t>3202********0012</w:t>
            </w:r>
          </w:p>
        </w:tc>
      </w:tr>
      <w:tr>
        <w:tc>
          <w:tcPr>
            <w:tcW w:type="dxa" w:w="4320"/>
          </w:tcPr>
          <w:p>
            <w:r>
              <w:t>王馨慧</w:t>
            </w:r>
          </w:p>
        </w:tc>
        <w:tc>
          <w:tcPr>
            <w:tcW w:type="dxa" w:w="4320"/>
          </w:tcPr>
          <w:p>
            <w:r>
              <w:t>2101********3028</w:t>
            </w:r>
          </w:p>
        </w:tc>
      </w:tr>
      <w:tr>
        <w:tc>
          <w:tcPr>
            <w:tcW w:type="dxa" w:w="4320"/>
          </w:tcPr>
          <w:p>
            <w:r>
              <w:t>季沙雨</w:t>
            </w:r>
          </w:p>
        </w:tc>
        <w:tc>
          <w:tcPr>
            <w:tcW w:type="dxa" w:w="4320"/>
          </w:tcPr>
          <w:p>
            <w:r>
              <w:t>3206********0624</w:t>
            </w:r>
          </w:p>
        </w:tc>
      </w:tr>
      <w:tr>
        <w:tc>
          <w:tcPr>
            <w:tcW w:type="dxa" w:w="4320"/>
          </w:tcPr>
          <w:p>
            <w:r>
              <w:t>徐隆资</w:t>
            </w:r>
          </w:p>
        </w:tc>
        <w:tc>
          <w:tcPr>
            <w:tcW w:type="dxa" w:w="4320"/>
          </w:tcPr>
          <w:p>
            <w:r>
              <w:t>3717********0017</w:t>
            </w:r>
          </w:p>
        </w:tc>
      </w:tr>
      <w:tr>
        <w:tc>
          <w:tcPr>
            <w:tcW w:type="dxa" w:w="4320"/>
          </w:tcPr>
          <w:p>
            <w:r>
              <w:t>韩晶晶</w:t>
            </w:r>
          </w:p>
        </w:tc>
        <w:tc>
          <w:tcPr>
            <w:tcW w:type="dxa" w:w="4320"/>
          </w:tcPr>
          <w:p>
            <w:r>
              <w:t>4101********9764</w:t>
            </w:r>
          </w:p>
        </w:tc>
      </w:tr>
      <w:tr>
        <w:tc>
          <w:tcPr>
            <w:tcW w:type="dxa" w:w="4320"/>
          </w:tcPr>
          <w:p>
            <w:r>
              <w:t>胡海强</w:t>
            </w:r>
          </w:p>
        </w:tc>
        <w:tc>
          <w:tcPr>
            <w:tcW w:type="dxa" w:w="4320"/>
          </w:tcPr>
          <w:p>
            <w:r>
              <w:t>3623********7114</w:t>
            </w:r>
          </w:p>
        </w:tc>
      </w:tr>
      <w:tr>
        <w:tc>
          <w:tcPr>
            <w:tcW w:type="dxa" w:w="4320"/>
          </w:tcPr>
          <w:p>
            <w:r>
              <w:t>郭名扬</w:t>
            </w:r>
          </w:p>
        </w:tc>
        <w:tc>
          <w:tcPr>
            <w:tcW w:type="dxa" w:w="4320"/>
          </w:tcPr>
          <w:p>
            <w:r>
              <w:t>4113********6110</w:t>
            </w:r>
          </w:p>
        </w:tc>
      </w:tr>
      <w:tr>
        <w:tc>
          <w:tcPr>
            <w:tcW w:type="dxa" w:w="4320"/>
          </w:tcPr>
          <w:p>
            <w:r>
              <w:t>胡玉凡</w:t>
            </w:r>
          </w:p>
        </w:tc>
        <w:tc>
          <w:tcPr>
            <w:tcW w:type="dxa" w:w="4320"/>
          </w:tcPr>
          <w:p>
            <w:r>
              <w:t>6104********1025</w:t>
            </w:r>
          </w:p>
        </w:tc>
      </w:tr>
      <w:tr>
        <w:tc>
          <w:tcPr>
            <w:tcW w:type="dxa" w:w="4320"/>
          </w:tcPr>
          <w:p>
            <w:r>
              <w:t>鲁雨婷</w:t>
            </w:r>
          </w:p>
        </w:tc>
        <w:tc>
          <w:tcPr>
            <w:tcW w:type="dxa" w:w="4320"/>
          </w:tcPr>
          <w:p>
            <w:r>
              <w:t>3405********1026</w:t>
            </w:r>
          </w:p>
        </w:tc>
      </w:tr>
      <w:tr>
        <w:tc>
          <w:tcPr>
            <w:tcW w:type="dxa" w:w="4320"/>
          </w:tcPr>
          <w:p>
            <w:r>
              <w:t>翟贝贝</w:t>
            </w:r>
          </w:p>
        </w:tc>
        <w:tc>
          <w:tcPr>
            <w:tcW w:type="dxa" w:w="4320"/>
          </w:tcPr>
          <w:p>
            <w:r>
              <w:t>4311********5169</w:t>
            </w:r>
          </w:p>
        </w:tc>
      </w:tr>
      <w:tr>
        <w:tc>
          <w:tcPr>
            <w:tcW w:type="dxa" w:w="4320"/>
          </w:tcPr>
          <w:p>
            <w:r>
              <w:t>刘曼曼</w:t>
            </w:r>
          </w:p>
        </w:tc>
        <w:tc>
          <w:tcPr>
            <w:tcW w:type="dxa" w:w="4320"/>
          </w:tcPr>
          <w:p>
            <w:r>
              <w:t>4114********3624</w:t>
            </w:r>
          </w:p>
        </w:tc>
      </w:tr>
      <w:tr>
        <w:tc>
          <w:tcPr>
            <w:tcW w:type="dxa" w:w="4320"/>
          </w:tcPr>
          <w:p>
            <w:r>
              <w:t>王会敏</w:t>
            </w:r>
          </w:p>
        </w:tc>
        <w:tc>
          <w:tcPr>
            <w:tcW w:type="dxa" w:w="4320"/>
          </w:tcPr>
          <w:p>
            <w:r>
              <w:t>4109********1322</w:t>
            </w:r>
          </w:p>
        </w:tc>
      </w:tr>
      <w:tr>
        <w:tc>
          <w:tcPr>
            <w:tcW w:type="dxa" w:w="4320"/>
          </w:tcPr>
          <w:p>
            <w:r>
              <w:t>王杰</w:t>
            </w:r>
          </w:p>
        </w:tc>
        <w:tc>
          <w:tcPr>
            <w:tcW w:type="dxa" w:w="4320"/>
          </w:tcPr>
          <w:p>
            <w:r>
              <w:t>3207********1217</w:t>
            </w:r>
          </w:p>
        </w:tc>
      </w:tr>
      <w:tr>
        <w:tc>
          <w:tcPr>
            <w:tcW w:type="dxa" w:w="4320"/>
          </w:tcPr>
          <w:p>
            <w:r>
              <w:t>吕康勇</w:t>
            </w:r>
          </w:p>
        </w:tc>
        <w:tc>
          <w:tcPr>
            <w:tcW w:type="dxa" w:w="4320"/>
          </w:tcPr>
          <w:p>
            <w:r>
              <w:t>3307********2119</w:t>
            </w:r>
          </w:p>
        </w:tc>
      </w:tr>
      <w:tr>
        <w:tc>
          <w:tcPr>
            <w:tcW w:type="dxa" w:w="4320"/>
          </w:tcPr>
          <w:p>
            <w:r>
              <w:t>李一凡</w:t>
            </w:r>
          </w:p>
        </w:tc>
        <w:tc>
          <w:tcPr>
            <w:tcW w:type="dxa" w:w="4320"/>
          </w:tcPr>
          <w:p>
            <w:r>
              <w:t>3414********0133</w:t>
            </w:r>
          </w:p>
        </w:tc>
      </w:tr>
      <w:tr>
        <w:tc>
          <w:tcPr>
            <w:tcW w:type="dxa" w:w="4320"/>
          </w:tcPr>
          <w:p>
            <w:r>
              <w:t>丁宇豪</w:t>
            </w:r>
          </w:p>
        </w:tc>
        <w:tc>
          <w:tcPr>
            <w:tcW w:type="dxa" w:w="4320"/>
          </w:tcPr>
          <w:p>
            <w:r>
              <w:t>3401********6475</w:t>
            </w:r>
          </w:p>
        </w:tc>
      </w:tr>
      <w:tr>
        <w:tc>
          <w:tcPr>
            <w:tcW w:type="dxa" w:w="4320"/>
          </w:tcPr>
          <w:p>
            <w:r>
              <w:t>崔润杰</w:t>
            </w:r>
          </w:p>
        </w:tc>
        <w:tc>
          <w:tcPr>
            <w:tcW w:type="dxa" w:w="4320"/>
          </w:tcPr>
          <w:p>
            <w:r>
              <w:t>3310********2132</w:t>
            </w:r>
          </w:p>
        </w:tc>
      </w:tr>
      <w:tr>
        <w:tc>
          <w:tcPr>
            <w:tcW w:type="dxa" w:w="4320"/>
          </w:tcPr>
          <w:p>
            <w:r>
              <w:t>梅梦丹</w:t>
            </w:r>
          </w:p>
        </w:tc>
        <w:tc>
          <w:tcPr>
            <w:tcW w:type="dxa" w:w="4320"/>
          </w:tcPr>
          <w:p>
            <w:r>
              <w:t>4211********0421</w:t>
            </w:r>
          </w:p>
        </w:tc>
      </w:tr>
      <w:tr>
        <w:tc>
          <w:tcPr>
            <w:tcW w:type="dxa" w:w="4320"/>
          </w:tcPr>
          <w:p>
            <w:r>
              <w:t>邓中奇</w:t>
            </w:r>
          </w:p>
        </w:tc>
        <w:tc>
          <w:tcPr>
            <w:tcW w:type="dxa" w:w="4320"/>
          </w:tcPr>
          <w:p>
            <w:r>
              <w:t>1408********0017</w:t>
            </w:r>
          </w:p>
        </w:tc>
      </w:tr>
      <w:tr>
        <w:tc>
          <w:tcPr>
            <w:tcW w:type="dxa" w:w="4320"/>
          </w:tcPr>
          <w:p>
            <w:r>
              <w:t>谢跃涛</w:t>
            </w:r>
          </w:p>
        </w:tc>
        <w:tc>
          <w:tcPr>
            <w:tcW w:type="dxa" w:w="4320"/>
          </w:tcPr>
          <w:p>
            <w:r>
              <w:t>3201********1611</w:t>
            </w:r>
          </w:p>
        </w:tc>
      </w:tr>
      <w:tr>
        <w:tc>
          <w:tcPr>
            <w:tcW w:type="dxa" w:w="4320"/>
          </w:tcPr>
          <w:p>
            <w:r>
              <w:t>何兴华</w:t>
            </w:r>
          </w:p>
        </w:tc>
        <w:tc>
          <w:tcPr>
            <w:tcW w:type="dxa" w:w="4320"/>
          </w:tcPr>
          <w:p>
            <w:r>
              <w:t>4402********1811</w:t>
            </w:r>
          </w:p>
        </w:tc>
      </w:tr>
      <w:tr>
        <w:tc>
          <w:tcPr>
            <w:tcW w:type="dxa" w:w="4320"/>
          </w:tcPr>
          <w:p>
            <w:r>
              <w:t>刘志翔</w:t>
            </w:r>
          </w:p>
        </w:tc>
        <w:tc>
          <w:tcPr>
            <w:tcW w:type="dxa" w:w="4320"/>
          </w:tcPr>
          <w:p>
            <w:r>
              <w:t>3416********0237</w:t>
            </w:r>
          </w:p>
        </w:tc>
      </w:tr>
      <w:tr>
        <w:tc>
          <w:tcPr>
            <w:tcW w:type="dxa" w:w="4320"/>
          </w:tcPr>
          <w:p>
            <w:r>
              <w:t>姚梦婷</w:t>
            </w:r>
          </w:p>
        </w:tc>
        <w:tc>
          <w:tcPr>
            <w:tcW w:type="dxa" w:w="4320"/>
          </w:tcPr>
          <w:p>
            <w:r>
              <w:t>4206********3625</w:t>
            </w:r>
          </w:p>
        </w:tc>
      </w:tr>
      <w:tr>
        <w:tc>
          <w:tcPr>
            <w:tcW w:type="dxa" w:w="4320"/>
          </w:tcPr>
          <w:p>
            <w:r>
              <w:t>郭锦榕</w:t>
            </w:r>
          </w:p>
        </w:tc>
        <w:tc>
          <w:tcPr>
            <w:tcW w:type="dxa" w:w="4320"/>
          </w:tcPr>
          <w:p>
            <w:r>
              <w:t>3508********2027</w:t>
            </w:r>
          </w:p>
        </w:tc>
      </w:tr>
      <w:tr>
        <w:tc>
          <w:tcPr>
            <w:tcW w:type="dxa" w:w="4320"/>
          </w:tcPr>
          <w:p>
            <w:r>
              <w:t>翁然</w:t>
            </w:r>
          </w:p>
        </w:tc>
        <w:tc>
          <w:tcPr>
            <w:tcW w:type="dxa" w:w="4320"/>
          </w:tcPr>
          <w:p>
            <w:r>
              <w:t>3413********0969</w:t>
            </w:r>
          </w:p>
        </w:tc>
      </w:tr>
      <w:tr>
        <w:tc>
          <w:tcPr>
            <w:tcW w:type="dxa" w:w="4320"/>
          </w:tcPr>
          <w:p>
            <w:r>
              <w:t>胡思涵</w:t>
            </w:r>
          </w:p>
        </w:tc>
        <w:tc>
          <w:tcPr>
            <w:tcW w:type="dxa" w:w="4320"/>
          </w:tcPr>
          <w:p>
            <w:r>
              <w:t>3301********6420</w:t>
            </w:r>
          </w:p>
        </w:tc>
      </w:tr>
      <w:tr>
        <w:tc>
          <w:tcPr>
            <w:tcW w:type="dxa" w:w="4320"/>
          </w:tcPr>
          <w:p>
            <w:r>
              <w:t>瞿王阳</w:t>
            </w:r>
          </w:p>
        </w:tc>
        <w:tc>
          <w:tcPr>
            <w:tcW w:type="dxa" w:w="4320"/>
          </w:tcPr>
          <w:p>
            <w:r>
              <w:t>3206********1858</w:t>
            </w:r>
          </w:p>
        </w:tc>
      </w:tr>
      <w:tr>
        <w:tc>
          <w:tcPr>
            <w:tcW w:type="dxa" w:w="4320"/>
          </w:tcPr>
          <w:p>
            <w:r>
              <w:t>卢新怡</w:t>
            </w:r>
          </w:p>
        </w:tc>
        <w:tc>
          <w:tcPr>
            <w:tcW w:type="dxa" w:w="4320"/>
          </w:tcPr>
          <w:p>
            <w:r>
              <w:t>3213********0820</w:t>
            </w:r>
          </w:p>
        </w:tc>
      </w:tr>
      <w:tr>
        <w:tc>
          <w:tcPr>
            <w:tcW w:type="dxa" w:w="4320"/>
          </w:tcPr>
          <w:p>
            <w:r>
              <w:t>万桂滨</w:t>
            </w:r>
          </w:p>
        </w:tc>
        <w:tc>
          <w:tcPr>
            <w:tcW w:type="dxa" w:w="4320"/>
          </w:tcPr>
          <w:p>
            <w:r>
              <w:t>3604********0030</w:t>
            </w:r>
          </w:p>
        </w:tc>
      </w:tr>
      <w:tr>
        <w:tc>
          <w:tcPr>
            <w:tcW w:type="dxa" w:w="4320"/>
          </w:tcPr>
          <w:p>
            <w:r>
              <w:t>王晓璐</w:t>
            </w:r>
          </w:p>
        </w:tc>
        <w:tc>
          <w:tcPr>
            <w:tcW w:type="dxa" w:w="4320"/>
          </w:tcPr>
          <w:p>
            <w:r>
              <w:t>3723********2826</w:t>
            </w:r>
          </w:p>
        </w:tc>
      </w:tr>
      <w:tr>
        <w:tc>
          <w:tcPr>
            <w:tcW w:type="dxa" w:w="4320"/>
          </w:tcPr>
          <w:p>
            <w:r>
              <w:t>史欣以</w:t>
            </w:r>
          </w:p>
        </w:tc>
        <w:tc>
          <w:tcPr>
            <w:tcW w:type="dxa" w:w="4320"/>
          </w:tcPr>
          <w:p>
            <w:r>
              <w:t>4103********0024</w:t>
            </w:r>
          </w:p>
        </w:tc>
      </w:tr>
      <w:tr>
        <w:tc>
          <w:tcPr>
            <w:tcW w:type="dxa" w:w="4320"/>
          </w:tcPr>
          <w:p>
            <w:r>
              <w:t>胡杨</w:t>
            </w:r>
          </w:p>
        </w:tc>
        <w:tc>
          <w:tcPr>
            <w:tcW w:type="dxa" w:w="4320"/>
          </w:tcPr>
          <w:p>
            <w:r>
              <w:t>3211********4429</w:t>
            </w:r>
          </w:p>
        </w:tc>
      </w:tr>
      <w:tr>
        <w:tc>
          <w:tcPr>
            <w:tcW w:type="dxa" w:w="4320"/>
          </w:tcPr>
          <w:p>
            <w:r>
              <w:t>邹佳君</w:t>
            </w:r>
          </w:p>
        </w:tc>
        <w:tc>
          <w:tcPr>
            <w:tcW w:type="dxa" w:w="4320"/>
          </w:tcPr>
          <w:p>
            <w:r>
              <w:t>3710********1519</w:t>
            </w:r>
          </w:p>
        </w:tc>
      </w:tr>
      <w:tr>
        <w:tc>
          <w:tcPr>
            <w:tcW w:type="dxa" w:w="4320"/>
          </w:tcPr>
          <w:p>
            <w:r>
              <w:t>赵杰</w:t>
            </w:r>
          </w:p>
        </w:tc>
        <w:tc>
          <w:tcPr>
            <w:tcW w:type="dxa" w:w="4320"/>
          </w:tcPr>
          <w:p>
            <w:r>
              <w:t>1304********3835</w:t>
            </w:r>
          </w:p>
        </w:tc>
      </w:tr>
      <w:tr>
        <w:tc>
          <w:tcPr>
            <w:tcW w:type="dxa" w:w="4320"/>
          </w:tcPr>
          <w:p>
            <w:r>
              <w:t>刘培</w:t>
            </w:r>
          </w:p>
        </w:tc>
        <w:tc>
          <w:tcPr>
            <w:tcW w:type="dxa" w:w="4320"/>
          </w:tcPr>
          <w:p>
            <w:r>
              <w:t>4112********9545</w:t>
            </w:r>
          </w:p>
        </w:tc>
      </w:tr>
      <w:tr>
        <w:tc>
          <w:tcPr>
            <w:tcW w:type="dxa" w:w="4320"/>
          </w:tcPr>
          <w:p>
            <w:r>
              <w:t>李威</w:t>
            </w:r>
          </w:p>
        </w:tc>
        <w:tc>
          <w:tcPr>
            <w:tcW w:type="dxa" w:w="4320"/>
          </w:tcPr>
          <w:p>
            <w:r>
              <w:t>3209********4630</w:t>
            </w:r>
          </w:p>
        </w:tc>
      </w:tr>
      <w:tr>
        <w:tc>
          <w:tcPr>
            <w:tcW w:type="dxa" w:w="4320"/>
          </w:tcPr>
          <w:p>
            <w:r>
              <w:t>刘彬阳</w:t>
            </w:r>
          </w:p>
        </w:tc>
        <w:tc>
          <w:tcPr>
            <w:tcW w:type="dxa" w:w="4320"/>
          </w:tcPr>
          <w:p>
            <w:r>
              <w:t>3303********0932</w:t>
            </w:r>
          </w:p>
        </w:tc>
      </w:tr>
      <w:tr>
        <w:tc>
          <w:tcPr>
            <w:tcW w:type="dxa" w:w="4320"/>
          </w:tcPr>
          <w:p>
            <w:r>
              <w:t>刘文婷</w:t>
            </w:r>
          </w:p>
        </w:tc>
        <w:tc>
          <w:tcPr>
            <w:tcW w:type="dxa" w:w="4320"/>
          </w:tcPr>
          <w:p>
            <w:r>
              <w:t>3207********5626</w:t>
            </w:r>
          </w:p>
        </w:tc>
      </w:tr>
      <w:tr>
        <w:tc>
          <w:tcPr>
            <w:tcW w:type="dxa" w:w="4320"/>
          </w:tcPr>
          <w:p>
            <w:r>
              <w:t>匡琴</w:t>
            </w:r>
          </w:p>
        </w:tc>
        <w:tc>
          <w:tcPr>
            <w:tcW w:type="dxa" w:w="4320"/>
          </w:tcPr>
          <w:p>
            <w:r>
              <w:t>3624********0020</w:t>
            </w:r>
          </w:p>
        </w:tc>
      </w:tr>
      <w:tr>
        <w:tc>
          <w:tcPr>
            <w:tcW w:type="dxa" w:w="4320"/>
          </w:tcPr>
          <w:p>
            <w:r>
              <w:t>张姿涵</w:t>
            </w:r>
          </w:p>
        </w:tc>
        <w:tc>
          <w:tcPr>
            <w:tcW w:type="dxa" w:w="4320"/>
          </w:tcPr>
          <w:p>
            <w:r>
              <w:t>3709********4025</w:t>
            </w:r>
          </w:p>
        </w:tc>
      </w:tr>
      <w:tr>
        <w:tc>
          <w:tcPr>
            <w:tcW w:type="dxa" w:w="4320"/>
          </w:tcPr>
          <w:p>
            <w:r>
              <w:t>杜道航</w:t>
            </w:r>
          </w:p>
        </w:tc>
        <w:tc>
          <w:tcPr>
            <w:tcW w:type="dxa" w:w="4320"/>
          </w:tcPr>
          <w:p>
            <w:r>
              <w:t>4109********3677</w:t>
            </w:r>
          </w:p>
        </w:tc>
      </w:tr>
      <w:tr>
        <w:tc>
          <w:tcPr>
            <w:tcW w:type="dxa" w:w="4320"/>
          </w:tcPr>
          <w:p>
            <w:r>
              <w:t>胥可鑫</w:t>
            </w:r>
          </w:p>
        </w:tc>
        <w:tc>
          <w:tcPr>
            <w:tcW w:type="dxa" w:w="4320"/>
          </w:tcPr>
          <w:p>
            <w:r>
              <w:t>5109********0203</w:t>
            </w:r>
          </w:p>
        </w:tc>
      </w:tr>
      <w:tr>
        <w:tc>
          <w:tcPr>
            <w:tcW w:type="dxa" w:w="4320"/>
          </w:tcPr>
          <w:p>
            <w:r>
              <w:t>郝小涵</w:t>
            </w:r>
          </w:p>
        </w:tc>
        <w:tc>
          <w:tcPr>
            <w:tcW w:type="dxa" w:w="4320"/>
          </w:tcPr>
          <w:p>
            <w:r>
              <w:t>3706********4629</w:t>
            </w:r>
          </w:p>
        </w:tc>
      </w:tr>
      <w:tr>
        <w:tc>
          <w:tcPr>
            <w:tcW w:type="dxa" w:w="4320"/>
          </w:tcPr>
          <w:p>
            <w:r>
              <w:t>徐文静</w:t>
            </w:r>
          </w:p>
        </w:tc>
        <w:tc>
          <w:tcPr>
            <w:tcW w:type="dxa" w:w="4320"/>
          </w:tcPr>
          <w:p>
            <w:r>
              <w:t>3411********582X</w:t>
            </w:r>
          </w:p>
        </w:tc>
      </w:tr>
      <w:tr>
        <w:tc>
          <w:tcPr>
            <w:tcW w:type="dxa" w:w="4320"/>
          </w:tcPr>
          <w:p>
            <w:r>
              <w:t>黄梦瑶</w:t>
            </w:r>
          </w:p>
        </w:tc>
        <w:tc>
          <w:tcPr>
            <w:tcW w:type="dxa" w:w="4320"/>
          </w:tcPr>
          <w:p>
            <w:r>
              <w:t>6101********5769</w:t>
            </w:r>
          </w:p>
        </w:tc>
      </w:tr>
      <w:tr>
        <w:tc>
          <w:tcPr>
            <w:tcW w:type="dxa" w:w="4320"/>
          </w:tcPr>
          <w:p>
            <w:r>
              <w:t>邹志敏</w:t>
            </w:r>
          </w:p>
        </w:tc>
        <w:tc>
          <w:tcPr>
            <w:tcW w:type="dxa" w:w="4320"/>
          </w:tcPr>
          <w:p>
            <w:r>
              <w:t>3611********7132</w:t>
            </w:r>
          </w:p>
        </w:tc>
      </w:tr>
      <w:tr>
        <w:tc>
          <w:tcPr>
            <w:tcW w:type="dxa" w:w="4320"/>
          </w:tcPr>
          <w:p>
            <w:r>
              <w:t>陈若璟</w:t>
            </w:r>
          </w:p>
        </w:tc>
        <w:tc>
          <w:tcPr>
            <w:tcW w:type="dxa" w:w="4320"/>
          </w:tcPr>
          <w:p>
            <w:r>
              <w:t>3204********096X</w:t>
            </w:r>
          </w:p>
        </w:tc>
      </w:tr>
      <w:tr>
        <w:tc>
          <w:tcPr>
            <w:tcW w:type="dxa" w:w="4320"/>
          </w:tcPr>
          <w:p>
            <w:r>
              <w:t>慎瑶俐</w:t>
            </w:r>
          </w:p>
        </w:tc>
        <w:tc>
          <w:tcPr>
            <w:tcW w:type="dxa" w:w="4320"/>
          </w:tcPr>
          <w:p>
            <w:r>
              <w:t>3410********0045</w:t>
            </w:r>
          </w:p>
        </w:tc>
      </w:tr>
      <w:tr>
        <w:tc>
          <w:tcPr>
            <w:tcW w:type="dxa" w:w="4320"/>
          </w:tcPr>
          <w:p>
            <w:r>
              <w:t>韩云柯</w:t>
            </w:r>
          </w:p>
        </w:tc>
        <w:tc>
          <w:tcPr>
            <w:tcW w:type="dxa" w:w="4320"/>
          </w:tcPr>
          <w:p>
            <w:r>
              <w:t>1306********0350</w:t>
            </w:r>
          </w:p>
        </w:tc>
      </w:tr>
      <w:tr>
        <w:tc>
          <w:tcPr>
            <w:tcW w:type="dxa" w:w="4320"/>
          </w:tcPr>
          <w:p>
            <w:r>
              <w:t>杜军昊</w:t>
            </w:r>
          </w:p>
        </w:tc>
        <w:tc>
          <w:tcPr>
            <w:tcW w:type="dxa" w:w="4320"/>
          </w:tcPr>
          <w:p>
            <w:r>
              <w:t>4117********0314</w:t>
            </w:r>
          </w:p>
        </w:tc>
      </w:tr>
      <w:tr>
        <w:tc>
          <w:tcPr>
            <w:tcW w:type="dxa" w:w="4320"/>
          </w:tcPr>
          <w:p>
            <w:r>
              <w:t>田祎璠</w:t>
            </w:r>
          </w:p>
        </w:tc>
        <w:tc>
          <w:tcPr>
            <w:tcW w:type="dxa" w:w="4320"/>
          </w:tcPr>
          <w:p>
            <w:r>
              <w:t>1306********282X</w:t>
            </w:r>
          </w:p>
        </w:tc>
      </w:tr>
      <w:tr>
        <w:tc>
          <w:tcPr>
            <w:tcW w:type="dxa" w:w="4320"/>
          </w:tcPr>
          <w:p>
            <w:r>
              <w:t>周建宇</w:t>
            </w:r>
          </w:p>
        </w:tc>
        <w:tc>
          <w:tcPr>
            <w:tcW w:type="dxa" w:w="4320"/>
          </w:tcPr>
          <w:p>
            <w:r>
              <w:t>1302********131X</w:t>
            </w:r>
          </w:p>
        </w:tc>
      </w:tr>
      <w:tr>
        <w:tc>
          <w:tcPr>
            <w:tcW w:type="dxa" w:w="4320"/>
          </w:tcPr>
          <w:p>
            <w:r>
              <w:t>姜海璐</w:t>
            </w:r>
          </w:p>
        </w:tc>
        <w:tc>
          <w:tcPr>
            <w:tcW w:type="dxa" w:w="4320"/>
          </w:tcPr>
          <w:p>
            <w:r>
              <w:t>3413********0084</w:t>
            </w:r>
          </w:p>
        </w:tc>
      </w:tr>
      <w:tr>
        <w:tc>
          <w:tcPr>
            <w:tcW w:type="dxa" w:w="4320"/>
          </w:tcPr>
          <w:p>
            <w:r>
              <w:t>程雨彤</w:t>
            </w:r>
          </w:p>
        </w:tc>
        <w:tc>
          <w:tcPr>
            <w:tcW w:type="dxa" w:w="4320"/>
          </w:tcPr>
          <w:p>
            <w:r>
              <w:t>3414********3260</w:t>
            </w:r>
          </w:p>
        </w:tc>
      </w:tr>
      <w:tr>
        <w:tc>
          <w:tcPr>
            <w:tcW w:type="dxa" w:w="4320"/>
          </w:tcPr>
          <w:p>
            <w:r>
              <w:t>邹杨杰</w:t>
            </w:r>
          </w:p>
        </w:tc>
        <w:tc>
          <w:tcPr>
            <w:tcW w:type="dxa" w:w="4320"/>
          </w:tcPr>
          <w:p>
            <w:r>
              <w:t>3604********4411</w:t>
            </w:r>
          </w:p>
        </w:tc>
      </w:tr>
      <w:tr>
        <w:tc>
          <w:tcPr>
            <w:tcW w:type="dxa" w:w="4320"/>
          </w:tcPr>
          <w:p>
            <w:r>
              <w:t>李淑新</w:t>
            </w:r>
          </w:p>
        </w:tc>
        <w:tc>
          <w:tcPr>
            <w:tcW w:type="dxa" w:w="4320"/>
          </w:tcPr>
          <w:p>
            <w:r>
              <w:t>4107********9739</w:t>
            </w:r>
          </w:p>
        </w:tc>
      </w:tr>
      <w:tr>
        <w:tc>
          <w:tcPr>
            <w:tcW w:type="dxa" w:w="4320"/>
          </w:tcPr>
          <w:p>
            <w:r>
              <w:t>沈姝辰</w:t>
            </w:r>
          </w:p>
        </w:tc>
        <w:tc>
          <w:tcPr>
            <w:tcW w:type="dxa" w:w="4320"/>
          </w:tcPr>
          <w:p>
            <w:r>
              <w:t>3707********0522</w:t>
            </w:r>
          </w:p>
        </w:tc>
      </w:tr>
      <w:tr>
        <w:tc>
          <w:tcPr>
            <w:tcW w:type="dxa" w:w="4320"/>
          </w:tcPr>
          <w:p>
            <w:r>
              <w:t>周瑾怡</w:t>
            </w:r>
          </w:p>
        </w:tc>
        <w:tc>
          <w:tcPr>
            <w:tcW w:type="dxa" w:w="4320"/>
          </w:tcPr>
          <w:p>
            <w:r>
              <w:t>3506********0024</w:t>
            </w:r>
          </w:p>
        </w:tc>
      </w:tr>
      <w:tr>
        <w:tc>
          <w:tcPr>
            <w:tcW w:type="dxa" w:w="4320"/>
          </w:tcPr>
          <w:p>
            <w:r>
              <w:t>胡喆涛</w:t>
            </w:r>
          </w:p>
        </w:tc>
        <w:tc>
          <w:tcPr>
            <w:tcW w:type="dxa" w:w="4320"/>
          </w:tcPr>
          <w:p>
            <w:r>
              <w:t>4413********0813</w:t>
            </w:r>
          </w:p>
        </w:tc>
      </w:tr>
      <w:tr>
        <w:tc>
          <w:tcPr>
            <w:tcW w:type="dxa" w:w="4320"/>
          </w:tcPr>
          <w:p>
            <w:r>
              <w:t>张宸语</w:t>
            </w:r>
          </w:p>
        </w:tc>
        <w:tc>
          <w:tcPr>
            <w:tcW w:type="dxa" w:w="4320"/>
          </w:tcPr>
          <w:p>
            <w:r>
              <w:t>1302********0915</w:t>
            </w:r>
          </w:p>
        </w:tc>
      </w:tr>
      <w:tr>
        <w:tc>
          <w:tcPr>
            <w:tcW w:type="dxa" w:w="4320"/>
          </w:tcPr>
          <w:p>
            <w:r>
              <w:t>黄羽</w:t>
            </w:r>
          </w:p>
        </w:tc>
        <w:tc>
          <w:tcPr>
            <w:tcW w:type="dxa" w:w="4320"/>
          </w:tcPr>
          <w:p>
            <w:r>
              <w:t>3203********8619</w:t>
            </w:r>
          </w:p>
        </w:tc>
      </w:tr>
      <w:tr>
        <w:tc>
          <w:tcPr>
            <w:tcW w:type="dxa" w:w="4320"/>
          </w:tcPr>
          <w:p>
            <w:r>
              <w:t>贾玉娇</w:t>
            </w:r>
          </w:p>
        </w:tc>
        <w:tc>
          <w:tcPr>
            <w:tcW w:type="dxa" w:w="4320"/>
          </w:tcPr>
          <w:p>
            <w:r>
              <w:t>4113********1747</w:t>
            </w:r>
          </w:p>
        </w:tc>
      </w:tr>
      <w:tr>
        <w:tc>
          <w:tcPr>
            <w:tcW w:type="dxa" w:w="4320"/>
          </w:tcPr>
          <w:p>
            <w:r>
              <w:t>周昊昱</w:t>
            </w:r>
          </w:p>
        </w:tc>
        <w:tc>
          <w:tcPr>
            <w:tcW w:type="dxa" w:w="4320"/>
          </w:tcPr>
          <w:p>
            <w:r>
              <w:t>3302********2614</w:t>
            </w:r>
          </w:p>
        </w:tc>
      </w:tr>
      <w:tr>
        <w:tc>
          <w:tcPr>
            <w:tcW w:type="dxa" w:w="4320"/>
          </w:tcPr>
          <w:p>
            <w:r>
              <w:t>唐烁</w:t>
            </w:r>
          </w:p>
        </w:tc>
        <w:tc>
          <w:tcPr>
            <w:tcW w:type="dxa" w:w="4320"/>
          </w:tcPr>
          <w:p>
            <w:r>
              <w:t>4101********007X</w:t>
            </w:r>
          </w:p>
        </w:tc>
      </w:tr>
      <w:tr>
        <w:tc>
          <w:tcPr>
            <w:tcW w:type="dxa" w:w="4320"/>
          </w:tcPr>
          <w:p>
            <w:r>
              <w:t>谢鹏程</w:t>
            </w:r>
          </w:p>
        </w:tc>
        <w:tc>
          <w:tcPr>
            <w:tcW w:type="dxa" w:w="4320"/>
          </w:tcPr>
          <w:p>
            <w:r>
              <w:t>4311********0316</w:t>
            </w:r>
          </w:p>
        </w:tc>
      </w:tr>
      <w:tr>
        <w:tc>
          <w:tcPr>
            <w:tcW w:type="dxa" w:w="4320"/>
          </w:tcPr>
          <w:p>
            <w:r>
              <w:t>唐灵艳</w:t>
            </w:r>
          </w:p>
        </w:tc>
        <w:tc>
          <w:tcPr>
            <w:tcW w:type="dxa" w:w="4320"/>
          </w:tcPr>
          <w:p>
            <w:r>
              <w:t>4303********0186</w:t>
            </w:r>
          </w:p>
        </w:tc>
      </w:tr>
      <w:tr>
        <w:tc>
          <w:tcPr>
            <w:tcW w:type="dxa" w:w="4320"/>
          </w:tcPr>
          <w:p>
            <w:r>
              <w:t>韩虎</w:t>
            </w:r>
          </w:p>
        </w:tc>
        <w:tc>
          <w:tcPr>
            <w:tcW w:type="dxa" w:w="4320"/>
          </w:tcPr>
          <w:p>
            <w:r>
              <w:t>3416********5652</w:t>
            </w:r>
          </w:p>
        </w:tc>
      </w:tr>
      <w:tr>
        <w:tc>
          <w:tcPr>
            <w:tcW w:type="dxa" w:w="4320"/>
          </w:tcPr>
          <w:p>
            <w:r>
              <w:t>付斌</w:t>
            </w:r>
          </w:p>
        </w:tc>
        <w:tc>
          <w:tcPr>
            <w:tcW w:type="dxa" w:w="4320"/>
          </w:tcPr>
          <w:p>
            <w:r>
              <w:t>3601********4216</w:t>
            </w:r>
          </w:p>
        </w:tc>
      </w:tr>
      <w:tr>
        <w:tc>
          <w:tcPr>
            <w:tcW w:type="dxa" w:w="4320"/>
          </w:tcPr>
          <w:p>
            <w:r>
              <w:t>李双雨</w:t>
            </w:r>
          </w:p>
        </w:tc>
        <w:tc>
          <w:tcPr>
            <w:tcW w:type="dxa" w:w="4320"/>
          </w:tcPr>
          <w:p>
            <w:r>
              <w:t>4115********7070</w:t>
            </w:r>
          </w:p>
        </w:tc>
      </w:tr>
      <w:tr>
        <w:tc>
          <w:tcPr>
            <w:tcW w:type="dxa" w:w="4320"/>
          </w:tcPr>
          <w:p>
            <w:r>
              <w:t>马欣悦</w:t>
            </w:r>
          </w:p>
        </w:tc>
        <w:tc>
          <w:tcPr>
            <w:tcW w:type="dxa" w:w="4320"/>
          </w:tcPr>
          <w:p>
            <w:r>
              <w:t>3416********6449</w:t>
            </w:r>
          </w:p>
        </w:tc>
      </w:tr>
      <w:tr>
        <w:tc>
          <w:tcPr>
            <w:tcW w:type="dxa" w:w="4320"/>
          </w:tcPr>
          <w:p>
            <w:r>
              <w:t>赵庚玮</w:t>
            </w:r>
          </w:p>
        </w:tc>
        <w:tc>
          <w:tcPr>
            <w:tcW w:type="dxa" w:w="4320"/>
          </w:tcPr>
          <w:p>
            <w:r>
              <w:t>3714********4018</w:t>
            </w:r>
          </w:p>
        </w:tc>
      </w:tr>
      <w:tr>
        <w:tc>
          <w:tcPr>
            <w:tcW w:type="dxa" w:w="4320"/>
          </w:tcPr>
          <w:p>
            <w:r>
              <w:t>杨潮浚</w:t>
            </w:r>
          </w:p>
        </w:tc>
        <w:tc>
          <w:tcPr>
            <w:tcW w:type="dxa" w:w="4320"/>
          </w:tcPr>
          <w:p>
            <w:r>
              <w:t>3505********9310</w:t>
            </w:r>
          </w:p>
        </w:tc>
      </w:tr>
      <w:tr>
        <w:tc>
          <w:tcPr>
            <w:tcW w:type="dxa" w:w="4320"/>
          </w:tcPr>
          <w:p>
            <w:r>
              <w:t>韩佳慧</w:t>
            </w:r>
          </w:p>
        </w:tc>
        <w:tc>
          <w:tcPr>
            <w:tcW w:type="dxa" w:w="4320"/>
          </w:tcPr>
          <w:p>
            <w:r>
              <w:t>6227********2642</w:t>
            </w:r>
          </w:p>
        </w:tc>
      </w:tr>
      <w:tr>
        <w:tc>
          <w:tcPr>
            <w:tcW w:type="dxa" w:w="4320"/>
          </w:tcPr>
          <w:p>
            <w:r>
              <w:t>汤浩然</w:t>
            </w:r>
          </w:p>
        </w:tc>
        <w:tc>
          <w:tcPr>
            <w:tcW w:type="dxa" w:w="4320"/>
          </w:tcPr>
          <w:p>
            <w:r>
              <w:t>3206********4670</w:t>
            </w:r>
          </w:p>
        </w:tc>
      </w:tr>
      <w:tr>
        <w:tc>
          <w:tcPr>
            <w:tcW w:type="dxa" w:w="4320"/>
          </w:tcPr>
          <w:p>
            <w:r>
              <w:t>黎言</w:t>
            </w:r>
          </w:p>
        </w:tc>
        <w:tc>
          <w:tcPr>
            <w:tcW w:type="dxa" w:w="4320"/>
          </w:tcPr>
          <w:p>
            <w:r>
              <w:t>3401********3321</w:t>
            </w:r>
          </w:p>
        </w:tc>
      </w:tr>
      <w:tr>
        <w:tc>
          <w:tcPr>
            <w:tcW w:type="dxa" w:w="4320"/>
          </w:tcPr>
          <w:p>
            <w:r>
              <w:t>吴政宏</w:t>
            </w:r>
          </w:p>
        </w:tc>
        <w:tc>
          <w:tcPr>
            <w:tcW w:type="dxa" w:w="4320"/>
          </w:tcPr>
          <w:p>
            <w:r>
              <w:t>3203********2310</w:t>
            </w:r>
          </w:p>
        </w:tc>
      </w:tr>
      <w:tr>
        <w:tc>
          <w:tcPr>
            <w:tcW w:type="dxa" w:w="4320"/>
          </w:tcPr>
          <w:p>
            <w:r>
              <w:t>巩鼎城</w:t>
            </w:r>
          </w:p>
        </w:tc>
        <w:tc>
          <w:tcPr>
            <w:tcW w:type="dxa" w:w="4320"/>
          </w:tcPr>
          <w:p>
            <w:r>
              <w:t>3716********0011</w:t>
            </w:r>
          </w:p>
        </w:tc>
      </w:tr>
      <w:tr>
        <w:tc>
          <w:tcPr>
            <w:tcW w:type="dxa" w:w="4320"/>
          </w:tcPr>
          <w:p>
            <w:r>
              <w:t>高齐蔚</w:t>
            </w:r>
          </w:p>
        </w:tc>
        <w:tc>
          <w:tcPr>
            <w:tcW w:type="dxa" w:w="4320"/>
          </w:tcPr>
          <w:p>
            <w:r>
              <w:t>3413********0441</w:t>
            </w:r>
          </w:p>
        </w:tc>
      </w:tr>
      <w:tr>
        <w:tc>
          <w:tcPr>
            <w:tcW w:type="dxa" w:w="4320"/>
          </w:tcPr>
          <w:p>
            <w:r>
              <w:t>麻津铭</w:t>
            </w:r>
          </w:p>
        </w:tc>
        <w:tc>
          <w:tcPr>
            <w:tcW w:type="dxa" w:w="4320"/>
          </w:tcPr>
          <w:p>
            <w:r>
              <w:t>2113********141X</w:t>
            </w:r>
          </w:p>
        </w:tc>
      </w:tr>
      <w:tr>
        <w:tc>
          <w:tcPr>
            <w:tcW w:type="dxa" w:w="4320"/>
          </w:tcPr>
          <w:p>
            <w:r>
              <w:t>杨雪</w:t>
            </w:r>
          </w:p>
        </w:tc>
        <w:tc>
          <w:tcPr>
            <w:tcW w:type="dxa" w:w="4320"/>
          </w:tcPr>
          <w:p>
            <w:r>
              <w:t>3412********4348</w:t>
            </w:r>
          </w:p>
        </w:tc>
      </w:tr>
      <w:tr>
        <w:tc>
          <w:tcPr>
            <w:tcW w:type="dxa" w:w="4320"/>
          </w:tcPr>
          <w:p>
            <w:r>
              <w:t>吴隽恺</w:t>
            </w:r>
          </w:p>
        </w:tc>
        <w:tc>
          <w:tcPr>
            <w:tcW w:type="dxa" w:w="4320"/>
          </w:tcPr>
          <w:p>
            <w:r>
              <w:t>3623********0355</w:t>
            </w:r>
          </w:p>
        </w:tc>
      </w:tr>
      <w:tr>
        <w:tc>
          <w:tcPr>
            <w:tcW w:type="dxa" w:w="4320"/>
          </w:tcPr>
          <w:p>
            <w:r>
              <w:t>刘泽鑫</w:t>
            </w:r>
          </w:p>
        </w:tc>
        <w:tc>
          <w:tcPr>
            <w:tcW w:type="dxa" w:w="4320"/>
          </w:tcPr>
          <w:p>
            <w:r>
              <w:t>1310********0015</w:t>
            </w:r>
          </w:p>
        </w:tc>
      </w:tr>
      <w:tr>
        <w:tc>
          <w:tcPr>
            <w:tcW w:type="dxa" w:w="4320"/>
          </w:tcPr>
          <w:p>
            <w:r>
              <w:t>田雨旻</w:t>
            </w:r>
          </w:p>
        </w:tc>
        <w:tc>
          <w:tcPr>
            <w:tcW w:type="dxa" w:w="4320"/>
          </w:tcPr>
          <w:p>
            <w:r>
              <w:t>3302********0346</w:t>
            </w:r>
          </w:p>
        </w:tc>
      </w:tr>
      <w:tr>
        <w:tc>
          <w:tcPr>
            <w:tcW w:type="dxa" w:w="4320"/>
          </w:tcPr>
          <w:p>
            <w:r>
              <w:t>张力郦</w:t>
            </w:r>
          </w:p>
        </w:tc>
        <w:tc>
          <w:tcPr>
            <w:tcW w:type="dxa" w:w="4320"/>
          </w:tcPr>
          <w:p>
            <w:r>
              <w:t>2106********2385</w:t>
            </w:r>
          </w:p>
        </w:tc>
      </w:tr>
      <w:tr>
        <w:tc>
          <w:tcPr>
            <w:tcW w:type="dxa" w:w="4320"/>
          </w:tcPr>
          <w:p>
            <w:r>
              <w:t>罗雪珊</w:t>
            </w:r>
          </w:p>
        </w:tc>
        <w:tc>
          <w:tcPr>
            <w:tcW w:type="dxa" w:w="4320"/>
          </w:tcPr>
          <w:p>
            <w:r>
              <w:t>4304********0027</w:t>
            </w:r>
          </w:p>
        </w:tc>
      </w:tr>
      <w:tr>
        <w:tc>
          <w:tcPr>
            <w:tcW w:type="dxa" w:w="4320"/>
          </w:tcPr>
          <w:p>
            <w:r>
              <w:t>周婉婷</w:t>
            </w:r>
          </w:p>
        </w:tc>
        <w:tc>
          <w:tcPr>
            <w:tcW w:type="dxa" w:w="4320"/>
          </w:tcPr>
          <w:p>
            <w:r>
              <w:t>3623********4820</w:t>
            </w:r>
          </w:p>
        </w:tc>
      </w:tr>
      <w:tr>
        <w:tc>
          <w:tcPr>
            <w:tcW w:type="dxa" w:w="4320"/>
          </w:tcPr>
          <w:p>
            <w:r>
              <w:t>蒋佳敏</w:t>
            </w:r>
          </w:p>
        </w:tc>
        <w:tc>
          <w:tcPr>
            <w:tcW w:type="dxa" w:w="4320"/>
          </w:tcPr>
          <w:p>
            <w:r>
              <w:t>3503********0024</w:t>
            </w:r>
          </w:p>
        </w:tc>
      </w:tr>
      <w:tr>
        <w:tc>
          <w:tcPr>
            <w:tcW w:type="dxa" w:w="4320"/>
          </w:tcPr>
          <w:p>
            <w:r>
              <w:t>王舒蕾</w:t>
            </w:r>
          </w:p>
        </w:tc>
        <w:tc>
          <w:tcPr>
            <w:tcW w:type="dxa" w:w="4320"/>
          </w:tcPr>
          <w:p>
            <w:r>
              <w:t>1407********0044</w:t>
            </w:r>
          </w:p>
        </w:tc>
      </w:tr>
      <w:tr>
        <w:tc>
          <w:tcPr>
            <w:tcW w:type="dxa" w:w="4320"/>
          </w:tcPr>
          <w:p>
            <w:r>
              <w:t>陈柯宇</w:t>
            </w:r>
          </w:p>
        </w:tc>
        <w:tc>
          <w:tcPr>
            <w:tcW w:type="dxa" w:w="4320"/>
          </w:tcPr>
          <w:p>
            <w:r>
              <w:t>3213********0011</w:t>
            </w:r>
          </w:p>
        </w:tc>
      </w:tr>
      <w:tr>
        <w:tc>
          <w:tcPr>
            <w:tcW w:type="dxa" w:w="4320"/>
          </w:tcPr>
          <w:p>
            <w:r>
              <w:t>陈智国</w:t>
            </w:r>
          </w:p>
        </w:tc>
        <w:tc>
          <w:tcPr>
            <w:tcW w:type="dxa" w:w="4320"/>
          </w:tcPr>
          <w:p>
            <w:r>
              <w:t>3704********151X</w:t>
            </w:r>
          </w:p>
        </w:tc>
      </w:tr>
      <w:tr>
        <w:tc>
          <w:tcPr>
            <w:tcW w:type="dxa" w:w="4320"/>
          </w:tcPr>
          <w:p>
            <w:r>
              <w:t>张志晨</w:t>
            </w:r>
          </w:p>
        </w:tc>
        <w:tc>
          <w:tcPr>
            <w:tcW w:type="dxa" w:w="4320"/>
          </w:tcPr>
          <w:p>
            <w:r>
              <w:t>5301********5914</w:t>
            </w:r>
          </w:p>
        </w:tc>
      </w:tr>
      <w:tr>
        <w:tc>
          <w:tcPr>
            <w:tcW w:type="dxa" w:w="4320"/>
          </w:tcPr>
          <w:p>
            <w:r>
              <w:t>孟祥剑</w:t>
            </w:r>
          </w:p>
        </w:tc>
        <w:tc>
          <w:tcPr>
            <w:tcW w:type="dxa" w:w="4320"/>
          </w:tcPr>
          <w:p>
            <w:r>
              <w:t>4109********0313</w:t>
            </w:r>
          </w:p>
        </w:tc>
      </w:tr>
      <w:tr>
        <w:tc>
          <w:tcPr>
            <w:tcW w:type="dxa" w:w="4320"/>
          </w:tcPr>
          <w:p>
            <w:r>
              <w:t>李香瑶</w:t>
            </w:r>
          </w:p>
        </w:tc>
        <w:tc>
          <w:tcPr>
            <w:tcW w:type="dxa" w:w="4320"/>
          </w:tcPr>
          <w:p>
            <w:r>
              <w:t>6529********606X</w:t>
            </w:r>
          </w:p>
        </w:tc>
      </w:tr>
      <w:tr>
        <w:tc>
          <w:tcPr>
            <w:tcW w:type="dxa" w:w="4320"/>
          </w:tcPr>
          <w:p>
            <w:r>
              <w:t>穆宇鹏</w:t>
            </w:r>
          </w:p>
        </w:tc>
        <w:tc>
          <w:tcPr>
            <w:tcW w:type="dxa" w:w="4320"/>
          </w:tcPr>
          <w:p>
            <w:r>
              <w:t>1407********0092</w:t>
            </w:r>
          </w:p>
        </w:tc>
      </w:tr>
      <w:tr>
        <w:tc>
          <w:tcPr>
            <w:tcW w:type="dxa" w:w="4320"/>
          </w:tcPr>
          <w:p>
            <w:r>
              <w:t>姚智捷</w:t>
            </w:r>
          </w:p>
        </w:tc>
        <w:tc>
          <w:tcPr>
            <w:tcW w:type="dxa" w:w="4320"/>
          </w:tcPr>
          <w:p>
            <w:r>
              <w:t>3208********4625</w:t>
            </w:r>
          </w:p>
        </w:tc>
      </w:tr>
      <w:tr>
        <w:tc>
          <w:tcPr>
            <w:tcW w:type="dxa" w:w="4320"/>
          </w:tcPr>
          <w:p>
            <w:r>
              <w:t>张振平</w:t>
            </w:r>
          </w:p>
        </w:tc>
        <w:tc>
          <w:tcPr>
            <w:tcW w:type="dxa" w:w="4320"/>
          </w:tcPr>
          <w:p>
            <w:r>
              <w:t>4107********989X</w:t>
            </w:r>
          </w:p>
        </w:tc>
      </w:tr>
      <w:tr>
        <w:tc>
          <w:tcPr>
            <w:tcW w:type="dxa" w:w="4320"/>
          </w:tcPr>
          <w:p>
            <w:r>
              <w:t>袁青青</w:t>
            </w:r>
          </w:p>
        </w:tc>
        <w:tc>
          <w:tcPr>
            <w:tcW w:type="dxa" w:w="4320"/>
          </w:tcPr>
          <w:p>
            <w:r>
              <w:t>3717********7909</w:t>
            </w:r>
          </w:p>
        </w:tc>
      </w:tr>
      <w:tr>
        <w:tc>
          <w:tcPr>
            <w:tcW w:type="dxa" w:w="4320"/>
          </w:tcPr>
          <w:p>
            <w:r>
              <w:t>郭云清</w:t>
            </w:r>
          </w:p>
        </w:tc>
        <w:tc>
          <w:tcPr>
            <w:tcW w:type="dxa" w:w="4320"/>
          </w:tcPr>
          <w:p>
            <w:r>
              <w:t>4113********0036</w:t>
            </w:r>
          </w:p>
        </w:tc>
      </w:tr>
      <w:tr>
        <w:tc>
          <w:tcPr>
            <w:tcW w:type="dxa" w:w="4320"/>
          </w:tcPr>
          <w:p>
            <w:r>
              <w:t>张晨烨</w:t>
            </w:r>
          </w:p>
        </w:tc>
        <w:tc>
          <w:tcPr>
            <w:tcW w:type="dxa" w:w="4320"/>
          </w:tcPr>
          <w:p>
            <w:r>
              <w:t>3202********3760</w:t>
            </w:r>
          </w:p>
        </w:tc>
      </w:tr>
      <w:tr>
        <w:tc>
          <w:tcPr>
            <w:tcW w:type="dxa" w:w="4320"/>
          </w:tcPr>
          <w:p>
            <w:r>
              <w:t>王晓杰</w:t>
            </w:r>
          </w:p>
        </w:tc>
        <w:tc>
          <w:tcPr>
            <w:tcW w:type="dxa" w:w="4320"/>
          </w:tcPr>
          <w:p>
            <w:r>
              <w:t>3714********3014</w:t>
            </w:r>
          </w:p>
        </w:tc>
      </w:tr>
      <w:tr>
        <w:tc>
          <w:tcPr>
            <w:tcW w:type="dxa" w:w="4320"/>
          </w:tcPr>
          <w:p>
            <w:r>
              <w:t>李梓瑞</w:t>
            </w:r>
          </w:p>
        </w:tc>
        <w:tc>
          <w:tcPr>
            <w:tcW w:type="dxa" w:w="4320"/>
          </w:tcPr>
          <w:p>
            <w:r>
              <w:t>2111********3719</w:t>
            </w:r>
          </w:p>
        </w:tc>
      </w:tr>
      <w:tr>
        <w:tc>
          <w:tcPr>
            <w:tcW w:type="dxa" w:w="4320"/>
          </w:tcPr>
          <w:p>
            <w:r>
              <w:t>谢小炜</w:t>
            </w:r>
          </w:p>
        </w:tc>
        <w:tc>
          <w:tcPr>
            <w:tcW w:type="dxa" w:w="4320"/>
          </w:tcPr>
          <w:p>
            <w:r>
              <w:t>3202********0822</w:t>
            </w:r>
          </w:p>
        </w:tc>
      </w:tr>
      <w:tr>
        <w:tc>
          <w:tcPr>
            <w:tcW w:type="dxa" w:w="4320"/>
          </w:tcPr>
          <w:p>
            <w:r>
              <w:t>储天成</w:t>
            </w:r>
          </w:p>
        </w:tc>
        <w:tc>
          <w:tcPr>
            <w:tcW w:type="dxa" w:w="4320"/>
          </w:tcPr>
          <w:p>
            <w:r>
              <w:t>3202********037X</w:t>
            </w:r>
          </w:p>
        </w:tc>
      </w:tr>
      <w:tr>
        <w:tc>
          <w:tcPr>
            <w:tcW w:type="dxa" w:w="4320"/>
          </w:tcPr>
          <w:p>
            <w:r>
              <w:t>欧阳世超</w:t>
            </w:r>
          </w:p>
        </w:tc>
        <w:tc>
          <w:tcPr>
            <w:tcW w:type="dxa" w:w="4320"/>
          </w:tcPr>
          <w:p>
            <w:r>
              <w:t>3603********0518</w:t>
            </w:r>
          </w:p>
        </w:tc>
      </w:tr>
      <w:tr>
        <w:tc>
          <w:tcPr>
            <w:tcW w:type="dxa" w:w="4320"/>
          </w:tcPr>
          <w:p>
            <w:r>
              <w:t>陈伊航</w:t>
            </w:r>
          </w:p>
        </w:tc>
        <w:tc>
          <w:tcPr>
            <w:tcW w:type="dxa" w:w="4320"/>
          </w:tcPr>
          <w:p>
            <w:r>
              <w:t>3505********6018</w:t>
            </w:r>
          </w:p>
        </w:tc>
      </w:tr>
      <w:tr>
        <w:tc>
          <w:tcPr>
            <w:tcW w:type="dxa" w:w="4320"/>
          </w:tcPr>
          <w:p>
            <w:r>
              <w:t>朱颖</w:t>
            </w:r>
          </w:p>
        </w:tc>
        <w:tc>
          <w:tcPr>
            <w:tcW w:type="dxa" w:w="4320"/>
          </w:tcPr>
          <w:p>
            <w:r>
              <w:t>3402********0048</w:t>
            </w:r>
          </w:p>
        </w:tc>
      </w:tr>
      <w:tr>
        <w:tc>
          <w:tcPr>
            <w:tcW w:type="dxa" w:w="4320"/>
          </w:tcPr>
          <w:p>
            <w:r>
              <w:t>葛宇翔</w:t>
            </w:r>
          </w:p>
        </w:tc>
        <w:tc>
          <w:tcPr>
            <w:tcW w:type="dxa" w:w="4320"/>
          </w:tcPr>
          <w:p>
            <w:r>
              <w:t>4206********6514</w:t>
            </w:r>
          </w:p>
        </w:tc>
      </w:tr>
      <w:tr>
        <w:tc>
          <w:tcPr>
            <w:tcW w:type="dxa" w:w="4320"/>
          </w:tcPr>
          <w:p>
            <w:r>
              <w:t>谭锡涛</w:t>
            </w:r>
          </w:p>
        </w:tc>
        <w:tc>
          <w:tcPr>
            <w:tcW w:type="dxa" w:w="4320"/>
          </w:tcPr>
          <w:p>
            <w:r>
              <w:t>4203********1514</w:t>
            </w:r>
          </w:p>
        </w:tc>
      </w:tr>
      <w:tr>
        <w:tc>
          <w:tcPr>
            <w:tcW w:type="dxa" w:w="4320"/>
          </w:tcPr>
          <w:p>
            <w:r>
              <w:t>王晓杰</w:t>
            </w:r>
          </w:p>
        </w:tc>
        <w:tc>
          <w:tcPr>
            <w:tcW w:type="dxa" w:w="4320"/>
          </w:tcPr>
          <w:p>
            <w:r>
              <w:t>3714********3014</w:t>
            </w:r>
          </w:p>
        </w:tc>
      </w:tr>
      <w:tr>
        <w:tc>
          <w:tcPr>
            <w:tcW w:type="dxa" w:w="4320"/>
          </w:tcPr>
          <w:p>
            <w:r>
              <w:t>江玉冰</w:t>
            </w:r>
          </w:p>
        </w:tc>
        <w:tc>
          <w:tcPr>
            <w:tcW w:type="dxa" w:w="4320"/>
          </w:tcPr>
          <w:p>
            <w:r>
              <w:t>4501********0028</w:t>
            </w:r>
          </w:p>
        </w:tc>
      </w:tr>
      <w:tr>
        <w:tc>
          <w:tcPr>
            <w:tcW w:type="dxa" w:w="4320"/>
          </w:tcPr>
          <w:p>
            <w:r>
              <w:t>徐雨萱</w:t>
            </w:r>
          </w:p>
        </w:tc>
        <w:tc>
          <w:tcPr>
            <w:tcW w:type="dxa" w:w="4320"/>
          </w:tcPr>
          <w:p>
            <w:r>
              <w:t>3209********2042</w:t>
            </w:r>
          </w:p>
        </w:tc>
      </w:tr>
      <w:tr>
        <w:tc>
          <w:tcPr>
            <w:tcW w:type="dxa" w:w="4320"/>
          </w:tcPr>
          <w:p>
            <w:r>
              <w:t>李君杰</w:t>
            </w:r>
          </w:p>
        </w:tc>
        <w:tc>
          <w:tcPr>
            <w:tcW w:type="dxa" w:w="4320"/>
          </w:tcPr>
          <w:p>
            <w:r>
              <w:t>3207********6650</w:t>
            </w:r>
          </w:p>
        </w:tc>
      </w:tr>
      <w:tr>
        <w:tc>
          <w:tcPr>
            <w:tcW w:type="dxa" w:w="4320"/>
          </w:tcPr>
          <w:p>
            <w:r>
              <w:t>任佳惠</w:t>
            </w:r>
          </w:p>
        </w:tc>
        <w:tc>
          <w:tcPr>
            <w:tcW w:type="dxa" w:w="4320"/>
          </w:tcPr>
          <w:p>
            <w:r>
              <w:t>4101********0045</w:t>
            </w:r>
          </w:p>
        </w:tc>
      </w:tr>
      <w:tr>
        <w:tc>
          <w:tcPr>
            <w:tcW w:type="dxa" w:w="4320"/>
          </w:tcPr>
          <w:p>
            <w:r>
              <w:t>关晓格</w:t>
            </w:r>
          </w:p>
        </w:tc>
        <w:tc>
          <w:tcPr>
            <w:tcW w:type="dxa" w:w="4320"/>
          </w:tcPr>
          <w:p>
            <w:r>
              <w:t>4103********9909</w:t>
            </w:r>
          </w:p>
        </w:tc>
      </w:tr>
      <w:tr>
        <w:tc>
          <w:tcPr>
            <w:tcW w:type="dxa" w:w="4320"/>
          </w:tcPr>
          <w:p>
            <w:r>
              <w:t>马悦悦</w:t>
            </w:r>
          </w:p>
        </w:tc>
        <w:tc>
          <w:tcPr>
            <w:tcW w:type="dxa" w:w="4320"/>
          </w:tcPr>
          <w:p>
            <w:r>
              <w:t>3412********402X</w:t>
            </w:r>
          </w:p>
        </w:tc>
      </w:tr>
      <w:tr>
        <w:tc>
          <w:tcPr>
            <w:tcW w:type="dxa" w:w="4320"/>
          </w:tcPr>
          <w:p>
            <w:r>
              <w:t>刘展旭</w:t>
            </w:r>
          </w:p>
        </w:tc>
        <w:tc>
          <w:tcPr>
            <w:tcW w:type="dxa" w:w="4320"/>
          </w:tcPr>
          <w:p>
            <w:r>
              <w:t>4101********0039</w:t>
            </w:r>
          </w:p>
        </w:tc>
      </w:tr>
      <w:tr>
        <w:tc>
          <w:tcPr>
            <w:tcW w:type="dxa" w:w="4320"/>
          </w:tcPr>
          <w:p>
            <w:r>
              <w:t>王永凯</w:t>
            </w:r>
          </w:p>
        </w:tc>
        <w:tc>
          <w:tcPr>
            <w:tcW w:type="dxa" w:w="4320"/>
          </w:tcPr>
          <w:p>
            <w:r>
              <w:t>3723********1210</w:t>
            </w:r>
          </w:p>
        </w:tc>
      </w:tr>
      <w:tr>
        <w:tc>
          <w:tcPr>
            <w:tcW w:type="dxa" w:w="4320"/>
          </w:tcPr>
          <w:p>
            <w:r>
              <w:t>杨恩达</w:t>
            </w:r>
          </w:p>
        </w:tc>
        <w:tc>
          <w:tcPr>
            <w:tcW w:type="dxa" w:w="4320"/>
          </w:tcPr>
          <w:p>
            <w:r>
              <w:t>1502********0015</w:t>
            </w:r>
          </w:p>
        </w:tc>
      </w:tr>
      <w:tr>
        <w:tc>
          <w:tcPr>
            <w:tcW w:type="dxa" w:w="4320"/>
          </w:tcPr>
          <w:p>
            <w:r>
              <w:t>刘媛媛</w:t>
            </w:r>
          </w:p>
        </w:tc>
        <w:tc>
          <w:tcPr>
            <w:tcW w:type="dxa" w:w="4320"/>
          </w:tcPr>
          <w:p>
            <w:r>
              <w:t>3707********8229</w:t>
            </w:r>
          </w:p>
        </w:tc>
      </w:tr>
      <w:tr>
        <w:tc>
          <w:tcPr>
            <w:tcW w:type="dxa" w:w="4320"/>
          </w:tcPr>
          <w:p>
            <w:r>
              <w:t>陈璐</w:t>
            </w:r>
          </w:p>
        </w:tc>
        <w:tc>
          <w:tcPr>
            <w:tcW w:type="dxa" w:w="4320"/>
          </w:tcPr>
          <w:p>
            <w:r>
              <w:t>4117********2826</w:t>
            </w:r>
          </w:p>
        </w:tc>
      </w:tr>
      <w:tr>
        <w:tc>
          <w:tcPr>
            <w:tcW w:type="dxa" w:w="4320"/>
          </w:tcPr>
          <w:p>
            <w:r>
              <w:t>张明辉</w:t>
            </w:r>
          </w:p>
        </w:tc>
        <w:tc>
          <w:tcPr>
            <w:tcW w:type="dxa" w:w="4320"/>
          </w:tcPr>
          <w:p>
            <w:r>
              <w:t>3701********0078</w:t>
            </w:r>
          </w:p>
        </w:tc>
      </w:tr>
      <w:tr>
        <w:tc>
          <w:tcPr>
            <w:tcW w:type="dxa" w:w="4320"/>
          </w:tcPr>
          <w:p>
            <w:r>
              <w:t>采乙丹</w:t>
            </w:r>
          </w:p>
        </w:tc>
        <w:tc>
          <w:tcPr>
            <w:tcW w:type="dxa" w:w="4320"/>
          </w:tcPr>
          <w:p>
            <w:r>
              <w:t>3413********0441</w:t>
            </w:r>
          </w:p>
        </w:tc>
      </w:tr>
      <w:tr>
        <w:tc>
          <w:tcPr>
            <w:tcW w:type="dxa" w:w="4320"/>
          </w:tcPr>
          <w:p>
            <w:r>
              <w:t>代憬晗</w:t>
            </w:r>
          </w:p>
        </w:tc>
        <w:tc>
          <w:tcPr>
            <w:tcW w:type="dxa" w:w="4320"/>
          </w:tcPr>
          <w:p>
            <w:r>
              <w:t>3709********1269</w:t>
            </w:r>
          </w:p>
        </w:tc>
      </w:tr>
      <w:tr>
        <w:tc>
          <w:tcPr>
            <w:tcW w:type="dxa" w:w="4320"/>
          </w:tcPr>
          <w:p>
            <w:r>
              <w:t>马睿浩</w:t>
            </w:r>
          </w:p>
        </w:tc>
        <w:tc>
          <w:tcPr>
            <w:tcW w:type="dxa" w:w="4320"/>
          </w:tcPr>
          <w:p>
            <w:r>
              <w:t>1424********271X</w:t>
            </w:r>
          </w:p>
        </w:tc>
      </w:tr>
      <w:tr>
        <w:tc>
          <w:tcPr>
            <w:tcW w:type="dxa" w:w="4320"/>
          </w:tcPr>
          <w:p>
            <w:r>
              <w:t>徐妍煜</w:t>
            </w:r>
          </w:p>
        </w:tc>
        <w:tc>
          <w:tcPr>
            <w:tcW w:type="dxa" w:w="4320"/>
          </w:tcPr>
          <w:p>
            <w:r>
              <w:t>4201********8426</w:t>
            </w:r>
          </w:p>
        </w:tc>
      </w:tr>
      <w:tr>
        <w:tc>
          <w:tcPr>
            <w:tcW w:type="dxa" w:w="4320"/>
          </w:tcPr>
          <w:p>
            <w:r>
              <w:t>董宇强</w:t>
            </w:r>
          </w:p>
        </w:tc>
        <w:tc>
          <w:tcPr>
            <w:tcW w:type="dxa" w:w="4320"/>
          </w:tcPr>
          <w:p>
            <w:r>
              <w:t>4203********2715</w:t>
            </w:r>
          </w:p>
        </w:tc>
      </w:tr>
      <w:tr>
        <w:tc>
          <w:tcPr>
            <w:tcW w:type="dxa" w:w="4320"/>
          </w:tcPr>
          <w:p>
            <w:r>
              <w:t>徐巧遇</w:t>
            </w:r>
          </w:p>
        </w:tc>
        <w:tc>
          <w:tcPr>
            <w:tcW w:type="dxa" w:w="4320"/>
          </w:tcPr>
          <w:p>
            <w:r>
              <w:t>3403********2019</w:t>
            </w:r>
          </w:p>
        </w:tc>
      </w:tr>
      <w:tr>
        <w:tc>
          <w:tcPr>
            <w:tcW w:type="dxa" w:w="4320"/>
          </w:tcPr>
          <w:p>
            <w:r>
              <w:t>王瑞</w:t>
            </w:r>
          </w:p>
        </w:tc>
        <w:tc>
          <w:tcPr>
            <w:tcW w:type="dxa" w:w="4320"/>
          </w:tcPr>
          <w:p>
            <w:r>
              <w:t>3204********0817</w:t>
            </w:r>
          </w:p>
        </w:tc>
      </w:tr>
      <w:tr>
        <w:tc>
          <w:tcPr>
            <w:tcW w:type="dxa" w:w="4320"/>
          </w:tcPr>
          <w:p>
            <w:r>
              <w:t>秦飞扬</w:t>
            </w:r>
          </w:p>
        </w:tc>
        <w:tc>
          <w:tcPr>
            <w:tcW w:type="dxa" w:w="4320"/>
          </w:tcPr>
          <w:p>
            <w:r>
              <w:t>3211********5717</w:t>
            </w:r>
          </w:p>
        </w:tc>
      </w:tr>
      <w:tr>
        <w:tc>
          <w:tcPr>
            <w:tcW w:type="dxa" w:w="4320"/>
          </w:tcPr>
          <w:p>
            <w:r>
              <w:t>厉琳慧</w:t>
            </w:r>
          </w:p>
        </w:tc>
        <w:tc>
          <w:tcPr>
            <w:tcW w:type="dxa" w:w="4320"/>
          </w:tcPr>
          <w:p>
            <w:r>
              <w:t>3311********4728</w:t>
            </w:r>
          </w:p>
        </w:tc>
      </w:tr>
      <w:tr>
        <w:tc>
          <w:tcPr>
            <w:tcW w:type="dxa" w:w="4320"/>
          </w:tcPr>
          <w:p>
            <w:r>
              <w:t>叶大均</w:t>
            </w:r>
          </w:p>
        </w:tc>
        <w:tc>
          <w:tcPr>
            <w:tcW w:type="dxa" w:w="4320"/>
          </w:tcPr>
          <w:p>
            <w:r>
              <w:t>3303********2817</w:t>
            </w:r>
          </w:p>
        </w:tc>
      </w:tr>
      <w:tr>
        <w:tc>
          <w:tcPr>
            <w:tcW w:type="dxa" w:w="4320"/>
          </w:tcPr>
          <w:p>
            <w:r>
              <w:t>赵金星</w:t>
            </w:r>
          </w:p>
        </w:tc>
        <w:tc>
          <w:tcPr>
            <w:tcW w:type="dxa" w:w="4320"/>
          </w:tcPr>
          <w:p>
            <w:r>
              <w:t>4115********9378</w:t>
            </w:r>
          </w:p>
        </w:tc>
      </w:tr>
      <w:tr>
        <w:tc>
          <w:tcPr>
            <w:tcW w:type="dxa" w:w="4320"/>
          </w:tcPr>
          <w:p>
            <w:r>
              <w:t>刘志伟</w:t>
            </w:r>
          </w:p>
        </w:tc>
        <w:tc>
          <w:tcPr>
            <w:tcW w:type="dxa" w:w="4320"/>
          </w:tcPr>
          <w:p>
            <w:r>
              <w:t>3208********2210</w:t>
            </w:r>
          </w:p>
        </w:tc>
      </w:tr>
      <w:tr>
        <w:tc>
          <w:tcPr>
            <w:tcW w:type="dxa" w:w="4320"/>
          </w:tcPr>
          <w:p>
            <w:r>
              <w:t>周航</w:t>
            </w:r>
          </w:p>
        </w:tc>
        <w:tc>
          <w:tcPr>
            <w:tcW w:type="dxa" w:w="4320"/>
          </w:tcPr>
          <w:p>
            <w:r>
              <w:t>3213********3617</w:t>
            </w:r>
          </w:p>
        </w:tc>
      </w:tr>
      <w:tr>
        <w:tc>
          <w:tcPr>
            <w:tcW w:type="dxa" w:w="4320"/>
          </w:tcPr>
          <w:p>
            <w:r>
              <w:t>汤卫宇</w:t>
            </w:r>
          </w:p>
        </w:tc>
        <w:tc>
          <w:tcPr>
            <w:tcW w:type="dxa" w:w="4320"/>
          </w:tcPr>
          <w:p>
            <w:r>
              <w:t>3415********1766</w:t>
            </w:r>
          </w:p>
        </w:tc>
      </w:tr>
      <w:tr>
        <w:tc>
          <w:tcPr>
            <w:tcW w:type="dxa" w:w="4320"/>
          </w:tcPr>
          <w:p>
            <w:r>
              <w:t>佘亚文</w:t>
            </w:r>
          </w:p>
        </w:tc>
        <w:tc>
          <w:tcPr>
            <w:tcW w:type="dxa" w:w="4320"/>
          </w:tcPr>
          <w:p>
            <w:r>
              <w:t>3207********1019</w:t>
            </w:r>
          </w:p>
        </w:tc>
      </w:tr>
      <w:tr>
        <w:tc>
          <w:tcPr>
            <w:tcW w:type="dxa" w:w="4320"/>
          </w:tcPr>
          <w:p>
            <w:r>
              <w:t>耿心怡</w:t>
            </w:r>
          </w:p>
        </w:tc>
        <w:tc>
          <w:tcPr>
            <w:tcW w:type="dxa" w:w="4320"/>
          </w:tcPr>
          <w:p>
            <w:r>
              <w:t>1308********6329</w:t>
            </w:r>
          </w:p>
        </w:tc>
      </w:tr>
      <w:tr>
        <w:tc>
          <w:tcPr>
            <w:tcW w:type="dxa" w:w="4320"/>
          </w:tcPr>
          <w:p>
            <w:r>
              <w:t>胡庆博</w:t>
            </w:r>
          </w:p>
        </w:tc>
        <w:tc>
          <w:tcPr>
            <w:tcW w:type="dxa" w:w="4320"/>
          </w:tcPr>
          <w:p>
            <w:r>
              <w:t>3717********5130</w:t>
            </w:r>
          </w:p>
        </w:tc>
      </w:tr>
      <w:tr>
        <w:tc>
          <w:tcPr>
            <w:tcW w:type="dxa" w:w="4320"/>
          </w:tcPr>
          <w:p>
            <w:r>
              <w:t>郭庆朋</w:t>
            </w:r>
          </w:p>
        </w:tc>
        <w:tc>
          <w:tcPr>
            <w:tcW w:type="dxa" w:w="4320"/>
          </w:tcPr>
          <w:p>
            <w:r>
              <w:t>3717********2258</w:t>
            </w:r>
          </w:p>
        </w:tc>
      </w:tr>
      <w:tr>
        <w:tc>
          <w:tcPr>
            <w:tcW w:type="dxa" w:w="4320"/>
          </w:tcPr>
          <w:p>
            <w:r>
              <w:t>赵婉茹</w:t>
            </w:r>
          </w:p>
        </w:tc>
        <w:tc>
          <w:tcPr>
            <w:tcW w:type="dxa" w:w="4320"/>
          </w:tcPr>
          <w:p>
            <w:r>
              <w:t>2102********3022</w:t>
            </w:r>
          </w:p>
        </w:tc>
      </w:tr>
      <w:tr>
        <w:tc>
          <w:tcPr>
            <w:tcW w:type="dxa" w:w="4320"/>
          </w:tcPr>
          <w:p>
            <w:r>
              <w:t>林子渊</w:t>
            </w:r>
          </w:p>
        </w:tc>
        <w:tc>
          <w:tcPr>
            <w:tcW w:type="dxa" w:w="4320"/>
          </w:tcPr>
          <w:p>
            <w:r>
              <w:t>3303********0539</w:t>
            </w:r>
          </w:p>
        </w:tc>
      </w:tr>
      <w:tr>
        <w:tc>
          <w:tcPr>
            <w:tcW w:type="dxa" w:w="4320"/>
          </w:tcPr>
          <w:p>
            <w:r>
              <w:t>简晟</w:t>
            </w:r>
          </w:p>
        </w:tc>
        <w:tc>
          <w:tcPr>
            <w:tcW w:type="dxa" w:w="4320"/>
          </w:tcPr>
          <w:p>
            <w:r>
              <w:t>4309********4554</w:t>
            </w:r>
          </w:p>
        </w:tc>
      </w:tr>
      <w:tr>
        <w:tc>
          <w:tcPr>
            <w:tcW w:type="dxa" w:w="4320"/>
          </w:tcPr>
          <w:p>
            <w:r>
              <w:t>黄锡鑫</w:t>
            </w:r>
          </w:p>
        </w:tc>
        <w:tc>
          <w:tcPr>
            <w:tcW w:type="dxa" w:w="4320"/>
          </w:tcPr>
          <w:p>
            <w:r>
              <w:t>3505********3058</w:t>
            </w:r>
          </w:p>
        </w:tc>
      </w:tr>
      <w:tr>
        <w:tc>
          <w:tcPr>
            <w:tcW w:type="dxa" w:w="4320"/>
          </w:tcPr>
          <w:p>
            <w:r>
              <w:t>罗彤</w:t>
            </w:r>
          </w:p>
        </w:tc>
        <w:tc>
          <w:tcPr>
            <w:tcW w:type="dxa" w:w="4320"/>
          </w:tcPr>
          <w:p>
            <w:r>
              <w:t>3607********0043</w:t>
            </w:r>
          </w:p>
        </w:tc>
      </w:tr>
      <w:tr>
        <w:tc>
          <w:tcPr>
            <w:tcW w:type="dxa" w:w="4320"/>
          </w:tcPr>
          <w:p>
            <w:r>
              <w:t>张俊杰</w:t>
            </w:r>
          </w:p>
        </w:tc>
        <w:tc>
          <w:tcPr>
            <w:tcW w:type="dxa" w:w="4320"/>
          </w:tcPr>
          <w:p>
            <w:r>
              <w:t>3305********3413</w:t>
            </w:r>
          </w:p>
        </w:tc>
      </w:tr>
      <w:tr>
        <w:tc>
          <w:tcPr>
            <w:tcW w:type="dxa" w:w="4320"/>
          </w:tcPr>
          <w:p>
            <w:r>
              <w:t>李佳颖</w:t>
            </w:r>
          </w:p>
        </w:tc>
        <w:tc>
          <w:tcPr>
            <w:tcW w:type="dxa" w:w="4320"/>
          </w:tcPr>
          <w:p>
            <w:r>
              <w:t>3706********472X</w:t>
            </w:r>
          </w:p>
        </w:tc>
      </w:tr>
      <w:tr>
        <w:tc>
          <w:tcPr>
            <w:tcW w:type="dxa" w:w="4320"/>
          </w:tcPr>
          <w:p>
            <w:r>
              <w:t>徐永萍</w:t>
            </w:r>
          </w:p>
        </w:tc>
        <w:tc>
          <w:tcPr>
            <w:tcW w:type="dxa" w:w="4320"/>
          </w:tcPr>
          <w:p>
            <w:r>
              <w:t>3201********2424</w:t>
            </w:r>
          </w:p>
        </w:tc>
      </w:tr>
      <w:tr>
        <w:tc>
          <w:tcPr>
            <w:tcW w:type="dxa" w:w="4320"/>
          </w:tcPr>
          <w:p>
            <w:r>
              <w:t>李婧琳</w:t>
            </w:r>
          </w:p>
        </w:tc>
        <w:tc>
          <w:tcPr>
            <w:tcW w:type="dxa" w:w="4320"/>
          </w:tcPr>
          <w:p>
            <w:r>
              <w:t>4502********1343</w:t>
            </w:r>
          </w:p>
        </w:tc>
      </w:tr>
      <w:tr>
        <w:tc>
          <w:tcPr>
            <w:tcW w:type="dxa" w:w="4320"/>
          </w:tcPr>
          <w:p>
            <w:r>
              <w:t>厉琳慧</w:t>
            </w:r>
          </w:p>
        </w:tc>
        <w:tc>
          <w:tcPr>
            <w:tcW w:type="dxa" w:w="4320"/>
          </w:tcPr>
          <w:p>
            <w:r>
              <w:t>3311********4728</w:t>
            </w:r>
          </w:p>
        </w:tc>
      </w:tr>
      <w:tr>
        <w:tc>
          <w:tcPr>
            <w:tcW w:type="dxa" w:w="4320"/>
          </w:tcPr>
          <w:p>
            <w:r>
              <w:t>任存辉</w:t>
            </w:r>
          </w:p>
        </w:tc>
        <w:tc>
          <w:tcPr>
            <w:tcW w:type="dxa" w:w="4320"/>
          </w:tcPr>
          <w:p>
            <w:r>
              <w:t>3715********7211</w:t>
            </w:r>
          </w:p>
        </w:tc>
      </w:tr>
      <w:tr>
        <w:tc>
          <w:tcPr>
            <w:tcW w:type="dxa" w:w="4320"/>
          </w:tcPr>
          <w:p>
            <w:r>
              <w:t>崔皓博</w:t>
            </w:r>
          </w:p>
        </w:tc>
        <w:tc>
          <w:tcPr>
            <w:tcW w:type="dxa" w:w="4320"/>
          </w:tcPr>
          <w:p>
            <w:r>
              <w:t>3206********7015</w:t>
            </w:r>
          </w:p>
        </w:tc>
      </w:tr>
      <w:tr>
        <w:tc>
          <w:tcPr>
            <w:tcW w:type="dxa" w:w="4320"/>
          </w:tcPr>
          <w:p>
            <w:r>
              <w:t>张迪</w:t>
            </w:r>
          </w:p>
        </w:tc>
        <w:tc>
          <w:tcPr>
            <w:tcW w:type="dxa" w:w="4320"/>
          </w:tcPr>
          <w:p>
            <w:r>
              <w:t>3203********0436</w:t>
            </w:r>
          </w:p>
        </w:tc>
      </w:tr>
      <w:tr>
        <w:tc>
          <w:tcPr>
            <w:tcW w:type="dxa" w:w="4320"/>
          </w:tcPr>
          <w:p>
            <w:r>
              <w:t>叶一慧</w:t>
            </w:r>
          </w:p>
        </w:tc>
        <w:tc>
          <w:tcPr>
            <w:tcW w:type="dxa" w:w="4320"/>
          </w:tcPr>
          <w:p>
            <w:r>
              <w:t>3310********3168</w:t>
            </w:r>
          </w:p>
        </w:tc>
      </w:tr>
      <w:tr>
        <w:tc>
          <w:tcPr>
            <w:tcW w:type="dxa" w:w="4320"/>
          </w:tcPr>
          <w:p>
            <w:r>
              <w:t>倪琳煜</w:t>
            </w:r>
          </w:p>
        </w:tc>
        <w:tc>
          <w:tcPr>
            <w:tcW w:type="dxa" w:w="4320"/>
          </w:tcPr>
          <w:p>
            <w:r>
              <w:t>3206********2663</w:t>
            </w:r>
          </w:p>
        </w:tc>
      </w:tr>
      <w:tr>
        <w:tc>
          <w:tcPr>
            <w:tcW w:type="dxa" w:w="4320"/>
          </w:tcPr>
          <w:p>
            <w:r>
              <w:t>朱宸铄</w:t>
            </w:r>
          </w:p>
        </w:tc>
        <w:tc>
          <w:tcPr>
            <w:tcW w:type="dxa" w:w="4320"/>
          </w:tcPr>
          <w:p>
            <w:r>
              <w:t>3303********9410</w:t>
            </w:r>
          </w:p>
        </w:tc>
      </w:tr>
      <w:tr>
        <w:tc>
          <w:tcPr>
            <w:tcW w:type="dxa" w:w="4320"/>
          </w:tcPr>
          <w:p>
            <w:r>
              <w:t>罗明</w:t>
            </w:r>
          </w:p>
        </w:tc>
        <w:tc>
          <w:tcPr>
            <w:tcW w:type="dxa" w:w="4320"/>
          </w:tcPr>
          <w:p>
            <w:r>
              <w:t>2113********6778</w:t>
            </w:r>
          </w:p>
        </w:tc>
      </w:tr>
      <w:tr>
        <w:tc>
          <w:tcPr>
            <w:tcW w:type="dxa" w:w="4320"/>
          </w:tcPr>
          <w:p>
            <w:r>
              <w:t>王祖远</w:t>
            </w:r>
          </w:p>
        </w:tc>
        <w:tc>
          <w:tcPr>
            <w:tcW w:type="dxa" w:w="4320"/>
          </w:tcPr>
          <w:p>
            <w:r>
              <w:t>3624********0613</w:t>
            </w:r>
          </w:p>
        </w:tc>
      </w:tr>
      <w:tr>
        <w:tc>
          <w:tcPr>
            <w:tcW w:type="dxa" w:w="4320"/>
          </w:tcPr>
          <w:p>
            <w:r>
              <w:t>高宇轩</w:t>
            </w:r>
          </w:p>
        </w:tc>
        <w:tc>
          <w:tcPr>
            <w:tcW w:type="dxa" w:w="4320"/>
          </w:tcPr>
          <w:p>
            <w:r>
              <w:t>4301********6556</w:t>
            </w:r>
          </w:p>
        </w:tc>
      </w:tr>
      <w:tr>
        <w:tc>
          <w:tcPr>
            <w:tcW w:type="dxa" w:w="4320"/>
          </w:tcPr>
          <w:p>
            <w:r>
              <w:t>孙键</w:t>
            </w:r>
          </w:p>
        </w:tc>
        <w:tc>
          <w:tcPr>
            <w:tcW w:type="dxa" w:w="4320"/>
          </w:tcPr>
          <w:p>
            <w:r>
              <w:t>3714********007X</w:t>
            </w:r>
          </w:p>
        </w:tc>
      </w:tr>
      <w:tr>
        <w:tc>
          <w:tcPr>
            <w:tcW w:type="dxa" w:w="4320"/>
          </w:tcPr>
          <w:p>
            <w:r>
              <w:t>王瑞豪</w:t>
            </w:r>
          </w:p>
        </w:tc>
        <w:tc>
          <w:tcPr>
            <w:tcW w:type="dxa" w:w="4320"/>
          </w:tcPr>
          <w:p>
            <w:r>
              <w:t>3303********1730</w:t>
            </w:r>
          </w:p>
        </w:tc>
      </w:tr>
      <w:tr>
        <w:tc>
          <w:tcPr>
            <w:tcW w:type="dxa" w:w="4320"/>
          </w:tcPr>
          <w:p>
            <w:r>
              <w:t>任盛源</w:t>
            </w:r>
          </w:p>
        </w:tc>
        <w:tc>
          <w:tcPr>
            <w:tcW w:type="dxa" w:w="4320"/>
          </w:tcPr>
          <w:p>
            <w:r>
              <w:t>4115********7015</w:t>
            </w:r>
          </w:p>
        </w:tc>
      </w:tr>
      <w:tr>
        <w:tc>
          <w:tcPr>
            <w:tcW w:type="dxa" w:w="4320"/>
          </w:tcPr>
          <w:p>
            <w:r>
              <w:t>付冰雨</w:t>
            </w:r>
          </w:p>
        </w:tc>
        <w:tc>
          <w:tcPr>
            <w:tcW w:type="dxa" w:w="4320"/>
          </w:tcPr>
          <w:p>
            <w:r>
              <w:t>4210********0427</w:t>
            </w:r>
          </w:p>
        </w:tc>
      </w:tr>
      <w:tr>
        <w:tc>
          <w:tcPr>
            <w:tcW w:type="dxa" w:w="4320"/>
          </w:tcPr>
          <w:p>
            <w:r>
              <w:t>展旭康</w:t>
            </w:r>
          </w:p>
        </w:tc>
        <w:tc>
          <w:tcPr>
            <w:tcW w:type="dxa" w:w="4320"/>
          </w:tcPr>
          <w:p>
            <w:r>
              <w:t>1301********0033</w:t>
            </w:r>
          </w:p>
        </w:tc>
      </w:tr>
      <w:tr>
        <w:tc>
          <w:tcPr>
            <w:tcW w:type="dxa" w:w="4320"/>
          </w:tcPr>
          <w:p>
            <w:r>
              <w:t>林子颖</w:t>
            </w:r>
          </w:p>
        </w:tc>
        <w:tc>
          <w:tcPr>
            <w:tcW w:type="dxa" w:w="4320"/>
          </w:tcPr>
          <w:p>
            <w:r>
              <w:t>4451********2019</w:t>
            </w:r>
          </w:p>
        </w:tc>
      </w:tr>
      <w:tr>
        <w:tc>
          <w:tcPr>
            <w:tcW w:type="dxa" w:w="4320"/>
          </w:tcPr>
          <w:p>
            <w:r>
              <w:t>马靖博</w:t>
            </w:r>
          </w:p>
        </w:tc>
        <w:tc>
          <w:tcPr>
            <w:tcW w:type="dxa" w:w="4320"/>
          </w:tcPr>
          <w:p>
            <w:r>
              <w:t>4114********8415</w:t>
            </w:r>
          </w:p>
        </w:tc>
      </w:tr>
      <w:tr>
        <w:tc>
          <w:tcPr>
            <w:tcW w:type="dxa" w:w="4320"/>
          </w:tcPr>
          <w:p>
            <w:r>
              <w:t>于婷</w:t>
            </w:r>
          </w:p>
        </w:tc>
        <w:tc>
          <w:tcPr>
            <w:tcW w:type="dxa" w:w="4320"/>
          </w:tcPr>
          <w:p>
            <w:r>
              <w:t>3701********0041</w:t>
            </w:r>
          </w:p>
        </w:tc>
      </w:tr>
      <w:tr>
        <w:tc>
          <w:tcPr>
            <w:tcW w:type="dxa" w:w="4320"/>
          </w:tcPr>
          <w:p>
            <w:r>
              <w:t>幸杰</w:t>
            </w:r>
          </w:p>
        </w:tc>
        <w:tc>
          <w:tcPr>
            <w:tcW w:type="dxa" w:w="4320"/>
          </w:tcPr>
          <w:p>
            <w:r>
              <w:t>3622********8413</w:t>
            </w:r>
          </w:p>
        </w:tc>
      </w:tr>
      <w:tr>
        <w:tc>
          <w:tcPr>
            <w:tcW w:type="dxa" w:w="4320"/>
          </w:tcPr>
          <w:p>
            <w:r>
              <w:t>孟渝</w:t>
            </w:r>
          </w:p>
        </w:tc>
        <w:tc>
          <w:tcPr>
            <w:tcW w:type="dxa" w:w="4320"/>
          </w:tcPr>
          <w:p>
            <w:r>
              <w:t>3203********3110</w:t>
            </w:r>
          </w:p>
        </w:tc>
      </w:tr>
      <w:tr>
        <w:tc>
          <w:tcPr>
            <w:tcW w:type="dxa" w:w="4320"/>
          </w:tcPr>
          <w:p>
            <w:r>
              <w:t>郑嘉</w:t>
            </w:r>
          </w:p>
        </w:tc>
        <w:tc>
          <w:tcPr>
            <w:tcW w:type="dxa" w:w="4320"/>
          </w:tcPr>
          <w:p>
            <w:r>
              <w:t>1202********0048</w:t>
            </w:r>
          </w:p>
        </w:tc>
      </w:tr>
      <w:tr>
        <w:tc>
          <w:tcPr>
            <w:tcW w:type="dxa" w:w="4320"/>
          </w:tcPr>
          <w:p>
            <w:r>
              <w:t>卜一轩</w:t>
            </w:r>
          </w:p>
        </w:tc>
        <w:tc>
          <w:tcPr>
            <w:tcW w:type="dxa" w:w="4320"/>
          </w:tcPr>
          <w:p>
            <w:r>
              <w:t>1408********0035</w:t>
            </w:r>
          </w:p>
        </w:tc>
      </w:tr>
      <w:tr>
        <w:tc>
          <w:tcPr>
            <w:tcW w:type="dxa" w:w="4320"/>
          </w:tcPr>
          <w:p>
            <w:r>
              <w:t>张坤</w:t>
            </w:r>
          </w:p>
        </w:tc>
        <w:tc>
          <w:tcPr>
            <w:tcW w:type="dxa" w:w="4320"/>
          </w:tcPr>
          <w:p>
            <w:r>
              <w:t>3311********0832</w:t>
            </w:r>
          </w:p>
        </w:tc>
      </w:tr>
      <w:tr>
        <w:tc>
          <w:tcPr>
            <w:tcW w:type="dxa" w:w="4320"/>
          </w:tcPr>
          <w:p>
            <w:r>
              <w:t>张雯菲</w:t>
            </w:r>
          </w:p>
        </w:tc>
        <w:tc>
          <w:tcPr>
            <w:tcW w:type="dxa" w:w="4320"/>
          </w:tcPr>
          <w:p>
            <w:r>
              <w:t>3709********0523</w:t>
            </w:r>
          </w:p>
        </w:tc>
      </w:tr>
      <w:tr>
        <w:tc>
          <w:tcPr>
            <w:tcW w:type="dxa" w:w="4320"/>
          </w:tcPr>
          <w:p>
            <w:r>
              <w:t>李旭</w:t>
            </w:r>
          </w:p>
        </w:tc>
        <w:tc>
          <w:tcPr>
            <w:tcW w:type="dxa" w:w="4320"/>
          </w:tcPr>
          <w:p>
            <w:r>
              <w:t>3414********3614</w:t>
            </w:r>
          </w:p>
        </w:tc>
      </w:tr>
      <w:tr>
        <w:tc>
          <w:tcPr>
            <w:tcW w:type="dxa" w:w="4320"/>
          </w:tcPr>
          <w:p>
            <w:r>
              <w:t>田艺园</w:t>
            </w:r>
          </w:p>
        </w:tc>
        <w:tc>
          <w:tcPr>
            <w:tcW w:type="dxa" w:w="4320"/>
          </w:tcPr>
          <w:p>
            <w:r>
              <w:t>4128********2223</w:t>
            </w:r>
          </w:p>
        </w:tc>
      </w:tr>
      <w:tr>
        <w:tc>
          <w:tcPr>
            <w:tcW w:type="dxa" w:w="4320"/>
          </w:tcPr>
          <w:p>
            <w:r>
              <w:t>赵金星</w:t>
            </w:r>
          </w:p>
        </w:tc>
        <w:tc>
          <w:tcPr>
            <w:tcW w:type="dxa" w:w="4320"/>
          </w:tcPr>
          <w:p>
            <w:r>
              <w:t>3203********3810</w:t>
            </w:r>
          </w:p>
        </w:tc>
      </w:tr>
      <w:tr>
        <w:tc>
          <w:tcPr>
            <w:tcW w:type="dxa" w:w="4320"/>
          </w:tcPr>
          <w:p>
            <w:r>
              <w:t>常向东</w:t>
            </w:r>
          </w:p>
        </w:tc>
        <w:tc>
          <w:tcPr>
            <w:tcW w:type="dxa" w:w="4320"/>
          </w:tcPr>
          <w:p>
            <w:r>
              <w:t>4114********5730</w:t>
            </w:r>
          </w:p>
        </w:tc>
      </w:tr>
      <w:tr>
        <w:tc>
          <w:tcPr>
            <w:tcW w:type="dxa" w:w="4320"/>
          </w:tcPr>
          <w:p>
            <w:r>
              <w:t>黄欣怡</w:t>
            </w:r>
          </w:p>
        </w:tc>
        <w:tc>
          <w:tcPr>
            <w:tcW w:type="dxa" w:w="4320"/>
          </w:tcPr>
          <w:p>
            <w:r>
              <w:t>3611********7225</w:t>
            </w:r>
          </w:p>
        </w:tc>
      </w:tr>
      <w:tr>
        <w:tc>
          <w:tcPr>
            <w:tcW w:type="dxa" w:w="4320"/>
          </w:tcPr>
          <w:p>
            <w:r>
              <w:t>王辰宇</w:t>
            </w:r>
          </w:p>
        </w:tc>
        <w:tc>
          <w:tcPr>
            <w:tcW w:type="dxa" w:w="4320"/>
          </w:tcPr>
          <w:p>
            <w:r>
              <w:t>3101********0414</w:t>
            </w:r>
          </w:p>
        </w:tc>
      </w:tr>
      <w:tr>
        <w:tc>
          <w:tcPr>
            <w:tcW w:type="dxa" w:w="4320"/>
          </w:tcPr>
          <w:p>
            <w:r>
              <w:t>董舒雨</w:t>
            </w:r>
          </w:p>
        </w:tc>
        <w:tc>
          <w:tcPr>
            <w:tcW w:type="dxa" w:w="4320"/>
          </w:tcPr>
          <w:p>
            <w:r>
              <w:t>4107********1018</w:t>
            </w:r>
          </w:p>
        </w:tc>
      </w:tr>
      <w:tr>
        <w:tc>
          <w:tcPr>
            <w:tcW w:type="dxa" w:w="4320"/>
          </w:tcPr>
          <w:p>
            <w:r>
              <w:t>朱天浩</w:t>
            </w:r>
          </w:p>
        </w:tc>
        <w:tc>
          <w:tcPr>
            <w:tcW w:type="dxa" w:w="4320"/>
          </w:tcPr>
          <w:p>
            <w:r>
              <w:t>3607********0039</w:t>
            </w:r>
          </w:p>
        </w:tc>
      </w:tr>
      <w:tr>
        <w:tc>
          <w:tcPr>
            <w:tcW w:type="dxa" w:w="4320"/>
          </w:tcPr>
          <w:p>
            <w:r>
              <w:t>余忠涵</w:t>
            </w:r>
          </w:p>
        </w:tc>
        <w:tc>
          <w:tcPr>
            <w:tcW w:type="dxa" w:w="4320"/>
          </w:tcPr>
          <w:p>
            <w:r>
              <w:t>3208********4224</w:t>
            </w:r>
          </w:p>
        </w:tc>
      </w:tr>
      <w:tr>
        <w:tc>
          <w:tcPr>
            <w:tcW w:type="dxa" w:w="4320"/>
          </w:tcPr>
          <w:p>
            <w:r>
              <w:t>周春蓓</w:t>
            </w:r>
          </w:p>
        </w:tc>
        <w:tc>
          <w:tcPr>
            <w:tcW w:type="dxa" w:w="4320"/>
          </w:tcPr>
          <w:p>
            <w:r>
              <w:t>3707********1027</w:t>
            </w:r>
          </w:p>
        </w:tc>
      </w:tr>
      <w:tr>
        <w:tc>
          <w:tcPr>
            <w:tcW w:type="dxa" w:w="4320"/>
          </w:tcPr>
          <w:p>
            <w:r>
              <w:t>杜怡锋</w:t>
            </w:r>
          </w:p>
        </w:tc>
        <w:tc>
          <w:tcPr>
            <w:tcW w:type="dxa" w:w="4320"/>
          </w:tcPr>
          <w:p>
            <w:r>
              <w:t>4108********0133</w:t>
            </w:r>
          </w:p>
        </w:tc>
      </w:tr>
      <w:tr>
        <w:tc>
          <w:tcPr>
            <w:tcW w:type="dxa" w:w="4320"/>
          </w:tcPr>
          <w:p>
            <w:r>
              <w:t>吴志鹏</w:t>
            </w:r>
          </w:p>
        </w:tc>
        <w:tc>
          <w:tcPr>
            <w:tcW w:type="dxa" w:w="4320"/>
          </w:tcPr>
          <w:p>
            <w:r>
              <w:t>3209********0013</w:t>
            </w:r>
          </w:p>
        </w:tc>
      </w:tr>
      <w:tr>
        <w:tc>
          <w:tcPr>
            <w:tcW w:type="dxa" w:w="4320"/>
          </w:tcPr>
          <w:p>
            <w:r>
              <w:t>张复力</w:t>
            </w:r>
          </w:p>
        </w:tc>
        <w:tc>
          <w:tcPr>
            <w:tcW w:type="dxa" w:w="4320"/>
          </w:tcPr>
          <w:p>
            <w:r>
              <w:t>1304********3712</w:t>
            </w:r>
          </w:p>
        </w:tc>
      </w:tr>
      <w:tr>
        <w:tc>
          <w:tcPr>
            <w:tcW w:type="dxa" w:w="4320"/>
          </w:tcPr>
          <w:p>
            <w:r>
              <w:t>刘嘉良</w:t>
            </w:r>
          </w:p>
        </w:tc>
        <w:tc>
          <w:tcPr>
            <w:tcW w:type="dxa" w:w="4320"/>
          </w:tcPr>
          <w:p>
            <w:r>
              <w:t>3205********9433</w:t>
            </w:r>
          </w:p>
        </w:tc>
      </w:tr>
      <w:tr>
        <w:tc>
          <w:tcPr>
            <w:tcW w:type="dxa" w:w="4320"/>
          </w:tcPr>
          <w:p>
            <w:r>
              <w:t>于梦娇</w:t>
            </w:r>
          </w:p>
        </w:tc>
        <w:tc>
          <w:tcPr>
            <w:tcW w:type="dxa" w:w="4320"/>
          </w:tcPr>
          <w:p>
            <w:r>
              <w:t>1402********0189</w:t>
            </w:r>
          </w:p>
        </w:tc>
      </w:tr>
      <w:tr>
        <w:tc>
          <w:tcPr>
            <w:tcW w:type="dxa" w:w="4320"/>
          </w:tcPr>
          <w:p>
            <w:r>
              <w:t>苗艳丽</w:t>
            </w:r>
          </w:p>
        </w:tc>
        <w:tc>
          <w:tcPr>
            <w:tcW w:type="dxa" w:w="4320"/>
          </w:tcPr>
          <w:p>
            <w:r>
              <w:t>4110********402X</w:t>
            </w:r>
          </w:p>
        </w:tc>
      </w:tr>
      <w:tr>
        <w:tc>
          <w:tcPr>
            <w:tcW w:type="dxa" w:w="4320"/>
          </w:tcPr>
          <w:p>
            <w:r>
              <w:t>杨彤彤</w:t>
            </w:r>
          </w:p>
        </w:tc>
        <w:tc>
          <w:tcPr>
            <w:tcW w:type="dxa" w:w="4320"/>
          </w:tcPr>
          <w:p>
            <w:r>
              <w:t>4111********0088</w:t>
            </w:r>
          </w:p>
        </w:tc>
      </w:tr>
      <w:tr>
        <w:tc>
          <w:tcPr>
            <w:tcW w:type="dxa" w:w="4320"/>
          </w:tcPr>
          <w:p>
            <w:r>
              <w:t>高敏</w:t>
            </w:r>
          </w:p>
        </w:tc>
        <w:tc>
          <w:tcPr>
            <w:tcW w:type="dxa" w:w="4320"/>
          </w:tcPr>
          <w:p>
            <w:r>
              <w:t>1309********692X</w:t>
            </w:r>
          </w:p>
        </w:tc>
      </w:tr>
      <w:tr>
        <w:tc>
          <w:tcPr>
            <w:tcW w:type="dxa" w:w="4320"/>
          </w:tcPr>
          <w:p>
            <w:r>
              <w:t>杨晗</w:t>
            </w:r>
          </w:p>
        </w:tc>
        <w:tc>
          <w:tcPr>
            <w:tcW w:type="dxa" w:w="4320"/>
          </w:tcPr>
          <w:p>
            <w:r>
              <w:t>1311********2142</w:t>
            </w:r>
          </w:p>
        </w:tc>
      </w:tr>
      <w:tr>
        <w:tc>
          <w:tcPr>
            <w:tcW w:type="dxa" w:w="4320"/>
          </w:tcPr>
          <w:p>
            <w:r>
              <w:t>刘致远</w:t>
            </w:r>
          </w:p>
        </w:tc>
        <w:tc>
          <w:tcPr>
            <w:tcW w:type="dxa" w:w="4320"/>
          </w:tcPr>
          <w:p>
            <w:r>
              <w:t>3204********1918</w:t>
            </w:r>
          </w:p>
        </w:tc>
      </w:tr>
      <w:tr>
        <w:tc>
          <w:tcPr>
            <w:tcW w:type="dxa" w:w="4320"/>
          </w:tcPr>
          <w:p>
            <w:r>
              <w:t>黄加宇</w:t>
            </w:r>
          </w:p>
        </w:tc>
        <w:tc>
          <w:tcPr>
            <w:tcW w:type="dxa" w:w="4320"/>
          </w:tcPr>
          <w:p>
            <w:r>
              <w:t>5110********4850</w:t>
            </w:r>
          </w:p>
        </w:tc>
      </w:tr>
      <w:tr>
        <w:tc>
          <w:tcPr>
            <w:tcW w:type="dxa" w:w="4320"/>
          </w:tcPr>
          <w:p>
            <w:r>
              <w:t>王予姿</w:t>
            </w:r>
          </w:p>
        </w:tc>
        <w:tc>
          <w:tcPr>
            <w:tcW w:type="dxa" w:w="4320"/>
          </w:tcPr>
          <w:p>
            <w:r>
              <w:t>1301********2928</w:t>
            </w:r>
          </w:p>
        </w:tc>
      </w:tr>
      <w:tr>
        <w:tc>
          <w:tcPr>
            <w:tcW w:type="dxa" w:w="4320"/>
          </w:tcPr>
          <w:p>
            <w:r>
              <w:t>武新宇</w:t>
            </w:r>
          </w:p>
        </w:tc>
        <w:tc>
          <w:tcPr>
            <w:tcW w:type="dxa" w:w="4320"/>
          </w:tcPr>
          <w:p>
            <w:r>
              <w:t>3717********506X</w:t>
            </w:r>
          </w:p>
        </w:tc>
      </w:tr>
      <w:tr>
        <w:tc>
          <w:tcPr>
            <w:tcW w:type="dxa" w:w="4320"/>
          </w:tcPr>
          <w:p>
            <w:r>
              <w:t>欧阳可思</w:t>
            </w:r>
          </w:p>
        </w:tc>
        <w:tc>
          <w:tcPr>
            <w:tcW w:type="dxa" w:w="4320"/>
          </w:tcPr>
          <w:p>
            <w:r>
              <w:t>3607********0224</w:t>
            </w:r>
          </w:p>
        </w:tc>
      </w:tr>
      <w:tr>
        <w:tc>
          <w:tcPr>
            <w:tcW w:type="dxa" w:w="4320"/>
          </w:tcPr>
          <w:p>
            <w:r>
              <w:t>孙逸飞</w:t>
            </w:r>
          </w:p>
        </w:tc>
        <w:tc>
          <w:tcPr>
            <w:tcW w:type="dxa" w:w="4320"/>
          </w:tcPr>
          <w:p>
            <w:r>
              <w:t>4109********541X</w:t>
            </w:r>
          </w:p>
        </w:tc>
      </w:tr>
      <w:tr>
        <w:tc>
          <w:tcPr>
            <w:tcW w:type="dxa" w:w="4320"/>
          </w:tcPr>
          <w:p>
            <w:r>
              <w:t>刘淇</w:t>
            </w:r>
          </w:p>
        </w:tc>
        <w:tc>
          <w:tcPr>
            <w:tcW w:type="dxa" w:w="4320"/>
          </w:tcPr>
          <w:p>
            <w:r>
              <w:t>3711********0075</w:t>
            </w:r>
          </w:p>
        </w:tc>
      </w:tr>
      <w:tr>
        <w:tc>
          <w:tcPr>
            <w:tcW w:type="dxa" w:w="4320"/>
          </w:tcPr>
          <w:p>
            <w:r>
              <w:t>周雨昕</w:t>
            </w:r>
          </w:p>
        </w:tc>
        <w:tc>
          <w:tcPr>
            <w:tcW w:type="dxa" w:w="4320"/>
          </w:tcPr>
          <w:p>
            <w:r>
              <w:t>5301********624X</w:t>
            </w:r>
          </w:p>
        </w:tc>
      </w:tr>
      <w:tr>
        <w:tc>
          <w:tcPr>
            <w:tcW w:type="dxa" w:w="4320"/>
          </w:tcPr>
          <w:p>
            <w:r>
              <w:t>潘帅轶</w:t>
            </w:r>
          </w:p>
        </w:tc>
        <w:tc>
          <w:tcPr>
            <w:tcW w:type="dxa" w:w="4320"/>
          </w:tcPr>
          <w:p>
            <w:r>
              <w:t>3209********0312</w:t>
            </w:r>
          </w:p>
        </w:tc>
      </w:tr>
      <w:tr>
        <w:tc>
          <w:tcPr>
            <w:tcW w:type="dxa" w:w="4320"/>
          </w:tcPr>
          <w:p>
            <w:r>
              <w:t>孙克娟</w:t>
            </w:r>
          </w:p>
        </w:tc>
        <w:tc>
          <w:tcPr>
            <w:tcW w:type="dxa" w:w="4320"/>
          </w:tcPr>
          <w:p>
            <w:r>
              <w:t>3424********4589</w:t>
            </w:r>
          </w:p>
        </w:tc>
      </w:tr>
      <w:tr>
        <w:tc>
          <w:tcPr>
            <w:tcW w:type="dxa" w:w="4320"/>
          </w:tcPr>
          <w:p>
            <w:r>
              <w:t>刘军德</w:t>
            </w:r>
          </w:p>
        </w:tc>
        <w:tc>
          <w:tcPr>
            <w:tcW w:type="dxa" w:w="4320"/>
          </w:tcPr>
          <w:p>
            <w:r>
              <w:t>3713********6216</w:t>
            </w:r>
          </w:p>
        </w:tc>
      </w:tr>
      <w:tr>
        <w:tc>
          <w:tcPr>
            <w:tcW w:type="dxa" w:w="4320"/>
          </w:tcPr>
          <w:p>
            <w:r>
              <w:t>刘洋硕</w:t>
            </w:r>
          </w:p>
        </w:tc>
        <w:tc>
          <w:tcPr>
            <w:tcW w:type="dxa" w:w="4320"/>
          </w:tcPr>
          <w:p>
            <w:r>
              <w:t>4113********1520</w:t>
            </w:r>
          </w:p>
        </w:tc>
      </w:tr>
      <w:tr>
        <w:tc>
          <w:tcPr>
            <w:tcW w:type="dxa" w:w="4320"/>
          </w:tcPr>
          <w:p>
            <w:r>
              <w:t>郑雅博</w:t>
            </w:r>
          </w:p>
        </w:tc>
        <w:tc>
          <w:tcPr>
            <w:tcW w:type="dxa" w:w="4320"/>
          </w:tcPr>
          <w:p>
            <w:r>
              <w:t>3303********0314</w:t>
            </w:r>
          </w:p>
        </w:tc>
      </w:tr>
      <w:tr>
        <w:tc>
          <w:tcPr>
            <w:tcW w:type="dxa" w:w="4320"/>
          </w:tcPr>
          <w:p>
            <w:r>
              <w:t>刘硕</w:t>
            </w:r>
          </w:p>
        </w:tc>
        <w:tc>
          <w:tcPr>
            <w:tcW w:type="dxa" w:w="4320"/>
          </w:tcPr>
          <w:p>
            <w:r>
              <w:t>1307********0315</w:t>
            </w:r>
          </w:p>
        </w:tc>
      </w:tr>
      <w:tr>
        <w:tc>
          <w:tcPr>
            <w:tcW w:type="dxa" w:w="4320"/>
          </w:tcPr>
          <w:p>
            <w:r>
              <w:t>张宇晴</w:t>
            </w:r>
          </w:p>
        </w:tc>
        <w:tc>
          <w:tcPr>
            <w:tcW w:type="dxa" w:w="4320"/>
          </w:tcPr>
          <w:p>
            <w:r>
              <w:t>3714********5027</w:t>
            </w:r>
          </w:p>
        </w:tc>
      </w:tr>
      <w:tr>
        <w:tc>
          <w:tcPr>
            <w:tcW w:type="dxa" w:w="4320"/>
          </w:tcPr>
          <w:p>
            <w:r>
              <w:t>孙立岩</w:t>
            </w:r>
          </w:p>
        </w:tc>
        <w:tc>
          <w:tcPr>
            <w:tcW w:type="dxa" w:w="4320"/>
          </w:tcPr>
          <w:p>
            <w:r>
              <w:t>3715********0870</w:t>
            </w:r>
          </w:p>
        </w:tc>
      </w:tr>
      <w:tr>
        <w:tc>
          <w:tcPr>
            <w:tcW w:type="dxa" w:w="4320"/>
          </w:tcPr>
          <w:p>
            <w:r>
              <w:t>鞠子晟</w:t>
            </w:r>
          </w:p>
        </w:tc>
        <w:tc>
          <w:tcPr>
            <w:tcW w:type="dxa" w:w="4320"/>
          </w:tcPr>
          <w:p>
            <w:r>
              <w:t>3707********4515</w:t>
            </w:r>
          </w:p>
        </w:tc>
      </w:tr>
      <w:tr>
        <w:tc>
          <w:tcPr>
            <w:tcW w:type="dxa" w:w="4320"/>
          </w:tcPr>
          <w:p>
            <w:r>
              <w:t>李世意</w:t>
            </w:r>
          </w:p>
        </w:tc>
        <w:tc>
          <w:tcPr>
            <w:tcW w:type="dxa" w:w="4320"/>
          </w:tcPr>
          <w:p>
            <w:r>
              <w:t>3207********5453</w:t>
            </w:r>
          </w:p>
        </w:tc>
      </w:tr>
      <w:tr>
        <w:tc>
          <w:tcPr>
            <w:tcW w:type="dxa" w:w="4320"/>
          </w:tcPr>
          <w:p>
            <w:r>
              <w:t>王博学</w:t>
            </w:r>
          </w:p>
        </w:tc>
        <w:tc>
          <w:tcPr>
            <w:tcW w:type="dxa" w:w="4320"/>
          </w:tcPr>
          <w:p>
            <w:r>
              <w:t>1311********5013</w:t>
            </w:r>
          </w:p>
        </w:tc>
      </w:tr>
      <w:tr>
        <w:tc>
          <w:tcPr>
            <w:tcW w:type="dxa" w:w="4320"/>
          </w:tcPr>
          <w:p>
            <w:r>
              <w:t>吴鑫雨</w:t>
            </w:r>
          </w:p>
        </w:tc>
        <w:tc>
          <w:tcPr>
            <w:tcW w:type="dxa" w:w="4320"/>
          </w:tcPr>
          <w:p>
            <w:r>
              <w:t>5002********0586</w:t>
            </w:r>
          </w:p>
        </w:tc>
      </w:tr>
      <w:tr>
        <w:tc>
          <w:tcPr>
            <w:tcW w:type="dxa" w:w="4320"/>
          </w:tcPr>
          <w:p>
            <w:r>
              <w:t>殷慧</w:t>
            </w:r>
          </w:p>
        </w:tc>
        <w:tc>
          <w:tcPr>
            <w:tcW w:type="dxa" w:w="4320"/>
          </w:tcPr>
          <w:p>
            <w:r>
              <w:t>3417********6625</w:t>
            </w:r>
          </w:p>
        </w:tc>
      </w:tr>
      <w:tr>
        <w:tc>
          <w:tcPr>
            <w:tcW w:type="dxa" w:w="4320"/>
          </w:tcPr>
          <w:p>
            <w:r>
              <w:t>袁素英</w:t>
            </w:r>
          </w:p>
        </w:tc>
        <w:tc>
          <w:tcPr>
            <w:tcW w:type="dxa" w:w="4320"/>
          </w:tcPr>
          <w:p>
            <w:r>
              <w:t>3607********8925</w:t>
            </w:r>
          </w:p>
        </w:tc>
      </w:tr>
      <w:tr>
        <w:tc>
          <w:tcPr>
            <w:tcW w:type="dxa" w:w="4320"/>
          </w:tcPr>
          <w:p>
            <w:r>
              <w:t>周衍辰</w:t>
            </w:r>
          </w:p>
        </w:tc>
        <w:tc>
          <w:tcPr>
            <w:tcW w:type="dxa" w:w="4320"/>
          </w:tcPr>
          <w:p>
            <w:r>
              <w:t>3703********051X</w:t>
            </w:r>
          </w:p>
        </w:tc>
      </w:tr>
      <w:tr>
        <w:tc>
          <w:tcPr>
            <w:tcW w:type="dxa" w:w="4320"/>
          </w:tcPr>
          <w:p>
            <w:r>
              <w:t>徐睿</w:t>
            </w:r>
          </w:p>
        </w:tc>
        <w:tc>
          <w:tcPr>
            <w:tcW w:type="dxa" w:w="4320"/>
          </w:tcPr>
          <w:p>
            <w:r>
              <w:t>2301********2114</w:t>
            </w:r>
          </w:p>
        </w:tc>
      </w:tr>
      <w:tr>
        <w:tc>
          <w:tcPr>
            <w:tcW w:type="dxa" w:w="4320"/>
          </w:tcPr>
          <w:p>
            <w:r>
              <w:t>杨鑫元</w:t>
            </w:r>
          </w:p>
        </w:tc>
        <w:tc>
          <w:tcPr>
            <w:tcW w:type="dxa" w:w="4320"/>
          </w:tcPr>
          <w:p>
            <w:r>
              <w:t>3212********5235</w:t>
            </w:r>
          </w:p>
        </w:tc>
      </w:tr>
      <w:tr>
        <w:tc>
          <w:tcPr>
            <w:tcW w:type="dxa" w:w="4320"/>
          </w:tcPr>
          <w:p>
            <w:r>
              <w:t>程荣</w:t>
            </w:r>
          </w:p>
        </w:tc>
        <w:tc>
          <w:tcPr>
            <w:tcW w:type="dxa" w:w="4320"/>
          </w:tcPr>
          <w:p>
            <w:r>
              <w:t>3609********1417</w:t>
            </w:r>
          </w:p>
        </w:tc>
      </w:tr>
      <w:tr>
        <w:tc>
          <w:tcPr>
            <w:tcW w:type="dxa" w:w="4320"/>
          </w:tcPr>
          <w:p>
            <w:r>
              <w:t>龙俊泓</w:t>
            </w:r>
          </w:p>
        </w:tc>
        <w:tc>
          <w:tcPr>
            <w:tcW w:type="dxa" w:w="4320"/>
          </w:tcPr>
          <w:p>
            <w:r>
              <w:t>4301********0518</w:t>
            </w:r>
          </w:p>
        </w:tc>
      </w:tr>
      <w:tr>
        <w:tc>
          <w:tcPr>
            <w:tcW w:type="dxa" w:w="4320"/>
          </w:tcPr>
          <w:p>
            <w:r>
              <w:t>张昊宇</w:t>
            </w:r>
          </w:p>
        </w:tc>
        <w:tc>
          <w:tcPr>
            <w:tcW w:type="dxa" w:w="4320"/>
          </w:tcPr>
          <w:p>
            <w:r>
              <w:t>3405********0443</w:t>
            </w:r>
          </w:p>
        </w:tc>
      </w:tr>
      <w:tr>
        <w:tc>
          <w:tcPr>
            <w:tcW w:type="dxa" w:w="4320"/>
          </w:tcPr>
          <w:p>
            <w:r>
              <w:t>薛朕中</w:t>
            </w:r>
          </w:p>
        </w:tc>
        <w:tc>
          <w:tcPr>
            <w:tcW w:type="dxa" w:w="4320"/>
          </w:tcPr>
          <w:p>
            <w:r>
              <w:t>3703********6511</w:t>
            </w:r>
          </w:p>
        </w:tc>
      </w:tr>
      <w:tr>
        <w:tc>
          <w:tcPr>
            <w:tcW w:type="dxa" w:w="4320"/>
          </w:tcPr>
          <w:p>
            <w:r>
              <w:t>闫歆灵</w:t>
            </w:r>
          </w:p>
        </w:tc>
        <w:tc>
          <w:tcPr>
            <w:tcW w:type="dxa" w:w="4320"/>
          </w:tcPr>
          <w:p>
            <w:r>
              <w:t>1401********0029</w:t>
            </w:r>
          </w:p>
        </w:tc>
      </w:tr>
      <w:tr>
        <w:tc>
          <w:tcPr>
            <w:tcW w:type="dxa" w:w="4320"/>
          </w:tcPr>
          <w:p>
            <w:r>
              <w:t>张峻衡</w:t>
            </w:r>
          </w:p>
        </w:tc>
        <w:tc>
          <w:tcPr>
            <w:tcW w:type="dxa" w:w="4320"/>
          </w:tcPr>
          <w:p>
            <w:r>
              <w:t>3203********5212</w:t>
            </w:r>
          </w:p>
        </w:tc>
      </w:tr>
      <w:tr>
        <w:tc>
          <w:tcPr>
            <w:tcW w:type="dxa" w:w="4320"/>
          </w:tcPr>
          <w:p>
            <w:r>
              <w:t>王瑞杰</w:t>
            </w:r>
          </w:p>
        </w:tc>
        <w:tc>
          <w:tcPr>
            <w:tcW w:type="dxa" w:w="4320"/>
          </w:tcPr>
          <w:p>
            <w:r>
              <w:t>3723********1412</w:t>
            </w:r>
          </w:p>
        </w:tc>
      </w:tr>
      <w:tr>
        <w:tc>
          <w:tcPr>
            <w:tcW w:type="dxa" w:w="4320"/>
          </w:tcPr>
          <w:p>
            <w:r>
              <w:t>任星源</w:t>
            </w:r>
          </w:p>
        </w:tc>
        <w:tc>
          <w:tcPr>
            <w:tcW w:type="dxa" w:w="4320"/>
          </w:tcPr>
          <w:p>
            <w:r>
              <w:t>1502********2128</w:t>
            </w:r>
          </w:p>
        </w:tc>
      </w:tr>
      <w:tr>
        <w:tc>
          <w:tcPr>
            <w:tcW w:type="dxa" w:w="4320"/>
          </w:tcPr>
          <w:p>
            <w:r>
              <w:t>曲天一</w:t>
            </w:r>
          </w:p>
        </w:tc>
        <w:tc>
          <w:tcPr>
            <w:tcW w:type="dxa" w:w="4320"/>
          </w:tcPr>
          <w:p>
            <w:r>
              <w:t>2301********0819</w:t>
            </w:r>
          </w:p>
        </w:tc>
      </w:tr>
      <w:tr>
        <w:tc>
          <w:tcPr>
            <w:tcW w:type="dxa" w:w="4320"/>
          </w:tcPr>
          <w:p>
            <w:r>
              <w:t>张正扬</w:t>
            </w:r>
          </w:p>
        </w:tc>
        <w:tc>
          <w:tcPr>
            <w:tcW w:type="dxa" w:w="4320"/>
          </w:tcPr>
          <w:p>
            <w:r>
              <w:t>3207********003X</w:t>
            </w:r>
          </w:p>
        </w:tc>
      </w:tr>
      <w:tr>
        <w:tc>
          <w:tcPr>
            <w:tcW w:type="dxa" w:w="4320"/>
          </w:tcPr>
          <w:p>
            <w:r>
              <w:t>陶慧慧</w:t>
            </w:r>
          </w:p>
        </w:tc>
        <w:tc>
          <w:tcPr>
            <w:tcW w:type="dxa" w:w="4320"/>
          </w:tcPr>
          <w:p>
            <w:r>
              <w:t>4115********9189</w:t>
            </w:r>
          </w:p>
        </w:tc>
      </w:tr>
      <w:tr>
        <w:tc>
          <w:tcPr>
            <w:tcW w:type="dxa" w:w="4320"/>
          </w:tcPr>
          <w:p>
            <w:r>
              <w:t>陈禹杭</w:t>
            </w:r>
          </w:p>
        </w:tc>
        <w:tc>
          <w:tcPr>
            <w:tcW w:type="dxa" w:w="4320"/>
          </w:tcPr>
          <w:p>
            <w:r>
              <w:t>5101********0018</w:t>
            </w:r>
          </w:p>
        </w:tc>
      </w:tr>
      <w:tr>
        <w:tc>
          <w:tcPr>
            <w:tcW w:type="dxa" w:w="4320"/>
          </w:tcPr>
          <w:p>
            <w:r>
              <w:t>孟锦程</w:t>
            </w:r>
          </w:p>
        </w:tc>
        <w:tc>
          <w:tcPr>
            <w:tcW w:type="dxa" w:w="4320"/>
          </w:tcPr>
          <w:p>
            <w:r>
              <w:t>3712********1515</w:t>
            </w:r>
          </w:p>
        </w:tc>
      </w:tr>
      <w:tr>
        <w:tc>
          <w:tcPr>
            <w:tcW w:type="dxa" w:w="4320"/>
          </w:tcPr>
          <w:p>
            <w:r>
              <w:t>张宇同</w:t>
            </w:r>
          </w:p>
        </w:tc>
        <w:tc>
          <w:tcPr>
            <w:tcW w:type="dxa" w:w="4320"/>
          </w:tcPr>
          <w:p>
            <w:r>
              <w:t>3708********4910</w:t>
            </w:r>
          </w:p>
        </w:tc>
      </w:tr>
      <w:tr>
        <w:tc>
          <w:tcPr>
            <w:tcW w:type="dxa" w:w="4320"/>
          </w:tcPr>
          <w:p>
            <w:r>
              <w:t>杨盈</w:t>
            </w:r>
          </w:p>
        </w:tc>
        <w:tc>
          <w:tcPr>
            <w:tcW w:type="dxa" w:w="4320"/>
          </w:tcPr>
          <w:p>
            <w:r>
              <w:t>3704********224X</w:t>
            </w:r>
          </w:p>
        </w:tc>
      </w:tr>
      <w:tr>
        <w:tc>
          <w:tcPr>
            <w:tcW w:type="dxa" w:w="4320"/>
          </w:tcPr>
          <w:p>
            <w:r>
              <w:t>张茂威</w:t>
            </w:r>
          </w:p>
        </w:tc>
        <w:tc>
          <w:tcPr>
            <w:tcW w:type="dxa" w:w="4320"/>
          </w:tcPr>
          <w:p>
            <w:r>
              <w:t>3717********511X</w:t>
            </w:r>
          </w:p>
        </w:tc>
      </w:tr>
      <w:tr>
        <w:tc>
          <w:tcPr>
            <w:tcW w:type="dxa" w:w="4320"/>
          </w:tcPr>
          <w:p>
            <w:r>
              <w:t>胡海龙</w:t>
            </w:r>
          </w:p>
        </w:tc>
        <w:tc>
          <w:tcPr>
            <w:tcW w:type="dxa" w:w="4320"/>
          </w:tcPr>
          <w:p>
            <w:r>
              <w:t>2311********3214</w:t>
            </w:r>
          </w:p>
        </w:tc>
      </w:tr>
      <w:tr>
        <w:tc>
          <w:tcPr>
            <w:tcW w:type="dxa" w:w="4320"/>
          </w:tcPr>
          <w:p>
            <w:r>
              <w:t>王心宇</w:t>
            </w:r>
          </w:p>
        </w:tc>
        <w:tc>
          <w:tcPr>
            <w:tcW w:type="dxa" w:w="4320"/>
          </w:tcPr>
          <w:p>
            <w:r>
              <w:t>3210********2859</w:t>
            </w:r>
          </w:p>
        </w:tc>
      </w:tr>
      <w:tr>
        <w:tc>
          <w:tcPr>
            <w:tcW w:type="dxa" w:w="4320"/>
          </w:tcPr>
          <w:p>
            <w:r>
              <w:t>朱乐怡</w:t>
            </w:r>
          </w:p>
        </w:tc>
        <w:tc>
          <w:tcPr>
            <w:tcW w:type="dxa" w:w="4320"/>
          </w:tcPr>
          <w:p>
            <w:r>
              <w:t>3202********0321</w:t>
            </w:r>
          </w:p>
        </w:tc>
      </w:tr>
      <w:tr>
        <w:tc>
          <w:tcPr>
            <w:tcW w:type="dxa" w:w="4320"/>
          </w:tcPr>
          <w:p>
            <w:r>
              <w:t>崇轩</w:t>
            </w:r>
          </w:p>
        </w:tc>
        <w:tc>
          <w:tcPr>
            <w:tcW w:type="dxa" w:w="4320"/>
          </w:tcPr>
          <w:p>
            <w:r>
              <w:t>3209********1112</w:t>
            </w:r>
          </w:p>
        </w:tc>
      </w:tr>
      <w:tr>
        <w:tc>
          <w:tcPr>
            <w:tcW w:type="dxa" w:w="4320"/>
          </w:tcPr>
          <w:p>
            <w:r>
              <w:t>康欣珂</w:t>
            </w:r>
          </w:p>
        </w:tc>
        <w:tc>
          <w:tcPr>
            <w:tcW w:type="dxa" w:w="4320"/>
          </w:tcPr>
          <w:p>
            <w:r>
              <w:t>4107********0306</w:t>
            </w:r>
          </w:p>
        </w:tc>
      </w:tr>
      <w:tr>
        <w:tc>
          <w:tcPr>
            <w:tcW w:type="dxa" w:w="4320"/>
          </w:tcPr>
          <w:p>
            <w:r>
              <w:t>吕诗琪</w:t>
            </w:r>
          </w:p>
        </w:tc>
        <w:tc>
          <w:tcPr>
            <w:tcW w:type="dxa" w:w="4320"/>
          </w:tcPr>
          <w:p>
            <w:r>
              <w:t>4509********0161</w:t>
            </w:r>
          </w:p>
        </w:tc>
      </w:tr>
      <w:tr>
        <w:tc>
          <w:tcPr>
            <w:tcW w:type="dxa" w:w="4320"/>
          </w:tcPr>
          <w:p>
            <w:r>
              <w:t>黄灏哲</w:t>
            </w:r>
          </w:p>
        </w:tc>
        <w:tc>
          <w:tcPr>
            <w:tcW w:type="dxa" w:w="4320"/>
          </w:tcPr>
          <w:p>
            <w:r>
              <w:t>3302********0316</w:t>
            </w:r>
          </w:p>
        </w:tc>
      </w:tr>
      <w:tr>
        <w:tc>
          <w:tcPr>
            <w:tcW w:type="dxa" w:w="4320"/>
          </w:tcPr>
          <w:p>
            <w:r>
              <w:t>郑思琪</w:t>
            </w:r>
          </w:p>
        </w:tc>
        <w:tc>
          <w:tcPr>
            <w:tcW w:type="dxa" w:w="4320"/>
          </w:tcPr>
          <w:p>
            <w:r>
              <w:t>4408********5329</w:t>
            </w:r>
          </w:p>
        </w:tc>
      </w:tr>
      <w:tr>
        <w:tc>
          <w:tcPr>
            <w:tcW w:type="dxa" w:w="4320"/>
          </w:tcPr>
          <w:p>
            <w:r>
              <w:t>黄蕊丹</w:t>
            </w:r>
          </w:p>
        </w:tc>
        <w:tc>
          <w:tcPr>
            <w:tcW w:type="dxa" w:w="4320"/>
          </w:tcPr>
          <w:p>
            <w:r>
              <w:t>4308********3128</w:t>
            </w:r>
          </w:p>
        </w:tc>
      </w:tr>
      <w:tr>
        <w:tc>
          <w:tcPr>
            <w:tcW w:type="dxa" w:w="4320"/>
          </w:tcPr>
          <w:p>
            <w:r>
              <w:t>黄安琪</w:t>
            </w:r>
          </w:p>
        </w:tc>
        <w:tc>
          <w:tcPr>
            <w:tcW w:type="dxa" w:w="4320"/>
          </w:tcPr>
          <w:p>
            <w:r>
              <w:t>4502********036X</w:t>
            </w:r>
          </w:p>
        </w:tc>
      </w:tr>
      <w:tr>
        <w:tc>
          <w:tcPr>
            <w:tcW w:type="dxa" w:w="4320"/>
          </w:tcPr>
          <w:p>
            <w:r>
              <w:t>黄辉</w:t>
            </w:r>
          </w:p>
        </w:tc>
        <w:tc>
          <w:tcPr>
            <w:tcW w:type="dxa" w:w="4320"/>
          </w:tcPr>
          <w:p>
            <w:r>
              <w:t>3509********0155</w:t>
            </w:r>
          </w:p>
        </w:tc>
      </w:tr>
      <w:tr>
        <w:tc>
          <w:tcPr>
            <w:tcW w:type="dxa" w:w="4320"/>
          </w:tcPr>
          <w:p>
            <w:r>
              <w:t>张春鑫</w:t>
            </w:r>
          </w:p>
        </w:tc>
        <w:tc>
          <w:tcPr>
            <w:tcW w:type="dxa" w:w="4320"/>
          </w:tcPr>
          <w:p>
            <w:r>
              <w:t>3715********3737</w:t>
            </w:r>
          </w:p>
        </w:tc>
      </w:tr>
      <w:tr>
        <w:tc>
          <w:tcPr>
            <w:tcW w:type="dxa" w:w="4320"/>
          </w:tcPr>
          <w:p>
            <w:r>
              <w:t>罗艳</w:t>
            </w:r>
          </w:p>
        </w:tc>
        <w:tc>
          <w:tcPr>
            <w:tcW w:type="dxa" w:w="4320"/>
          </w:tcPr>
          <w:p>
            <w:r>
              <w:t>4307********0022</w:t>
            </w:r>
          </w:p>
        </w:tc>
      </w:tr>
      <w:tr>
        <w:tc>
          <w:tcPr>
            <w:tcW w:type="dxa" w:w="4320"/>
          </w:tcPr>
          <w:p>
            <w:r>
              <w:t>李明月</w:t>
            </w:r>
          </w:p>
        </w:tc>
        <w:tc>
          <w:tcPr>
            <w:tcW w:type="dxa" w:w="4320"/>
          </w:tcPr>
          <w:p>
            <w:r>
              <w:t>3709********0346</w:t>
            </w:r>
          </w:p>
        </w:tc>
      </w:tr>
      <w:tr>
        <w:tc>
          <w:tcPr>
            <w:tcW w:type="dxa" w:w="4320"/>
          </w:tcPr>
          <w:p>
            <w:r>
              <w:t>郑乔允</w:t>
            </w:r>
          </w:p>
        </w:tc>
        <w:tc>
          <w:tcPr>
            <w:tcW w:type="dxa" w:w="4320"/>
          </w:tcPr>
          <w:p>
            <w:r>
              <w:t>3302********7529</w:t>
            </w:r>
          </w:p>
        </w:tc>
      </w:tr>
      <w:tr>
        <w:tc>
          <w:tcPr>
            <w:tcW w:type="dxa" w:w="4320"/>
          </w:tcPr>
          <w:p>
            <w:r>
              <w:t>汤妍菲</w:t>
            </w:r>
          </w:p>
        </w:tc>
        <w:tc>
          <w:tcPr>
            <w:tcW w:type="dxa" w:w="4320"/>
          </w:tcPr>
          <w:p>
            <w:r>
              <w:t>3205********2321</w:t>
            </w:r>
          </w:p>
        </w:tc>
      </w:tr>
      <w:tr>
        <w:tc>
          <w:tcPr>
            <w:tcW w:type="dxa" w:w="4320"/>
          </w:tcPr>
          <w:p>
            <w:r>
              <w:t>张雅清</w:t>
            </w:r>
          </w:p>
        </w:tc>
        <w:tc>
          <w:tcPr>
            <w:tcW w:type="dxa" w:w="4320"/>
          </w:tcPr>
          <w:p>
            <w:r>
              <w:t>4201********0925</w:t>
            </w:r>
          </w:p>
        </w:tc>
      </w:tr>
      <w:tr>
        <w:tc>
          <w:tcPr>
            <w:tcW w:type="dxa" w:w="4320"/>
          </w:tcPr>
          <w:p>
            <w:r>
              <w:t>王曼茜</w:t>
            </w:r>
          </w:p>
        </w:tc>
        <w:tc>
          <w:tcPr>
            <w:tcW w:type="dxa" w:w="4320"/>
          </w:tcPr>
          <w:p>
            <w:r>
              <w:t>3708********5526</w:t>
            </w:r>
          </w:p>
        </w:tc>
      </w:tr>
      <w:tr>
        <w:tc>
          <w:tcPr>
            <w:tcW w:type="dxa" w:w="4320"/>
          </w:tcPr>
          <w:p>
            <w:r>
              <w:t>王潇</w:t>
            </w:r>
          </w:p>
        </w:tc>
        <w:tc>
          <w:tcPr>
            <w:tcW w:type="dxa" w:w="4320"/>
          </w:tcPr>
          <w:p>
            <w:r>
              <w:t>3208********0235</w:t>
            </w:r>
          </w:p>
        </w:tc>
      </w:tr>
      <w:tr>
        <w:tc>
          <w:tcPr>
            <w:tcW w:type="dxa" w:w="4320"/>
          </w:tcPr>
          <w:p>
            <w:r>
              <w:t>王根乐</w:t>
            </w:r>
          </w:p>
        </w:tc>
        <w:tc>
          <w:tcPr>
            <w:tcW w:type="dxa" w:w="4320"/>
          </w:tcPr>
          <w:p>
            <w:r>
              <w:t>3424********8379</w:t>
            </w:r>
          </w:p>
        </w:tc>
      </w:tr>
      <w:tr>
        <w:tc>
          <w:tcPr>
            <w:tcW w:type="dxa" w:w="4320"/>
          </w:tcPr>
          <w:p>
            <w:r>
              <w:t>李浩淇</w:t>
            </w:r>
          </w:p>
        </w:tc>
        <w:tc>
          <w:tcPr>
            <w:tcW w:type="dxa" w:w="4320"/>
          </w:tcPr>
          <w:p>
            <w:r>
              <w:t>3412********9176</w:t>
            </w:r>
          </w:p>
        </w:tc>
      </w:tr>
      <w:tr>
        <w:tc>
          <w:tcPr>
            <w:tcW w:type="dxa" w:w="4320"/>
          </w:tcPr>
          <w:p>
            <w:r>
              <w:t>聂静怡</w:t>
            </w:r>
          </w:p>
        </w:tc>
        <w:tc>
          <w:tcPr>
            <w:tcW w:type="dxa" w:w="4320"/>
          </w:tcPr>
          <w:p>
            <w:r>
              <w:t>4107********9607</w:t>
            </w:r>
          </w:p>
        </w:tc>
      </w:tr>
      <w:tr>
        <w:tc>
          <w:tcPr>
            <w:tcW w:type="dxa" w:w="4320"/>
          </w:tcPr>
          <w:p>
            <w:r>
              <w:t>蔡钊恺</w:t>
            </w:r>
          </w:p>
        </w:tc>
        <w:tc>
          <w:tcPr>
            <w:tcW w:type="dxa" w:w="4320"/>
          </w:tcPr>
          <w:p>
            <w:r>
              <w:t>4452********0337</w:t>
            </w:r>
          </w:p>
        </w:tc>
      </w:tr>
      <w:tr>
        <w:tc>
          <w:tcPr>
            <w:tcW w:type="dxa" w:w="4320"/>
          </w:tcPr>
          <w:p>
            <w:r>
              <w:t>张娅楠</w:t>
            </w:r>
          </w:p>
        </w:tc>
        <w:tc>
          <w:tcPr>
            <w:tcW w:type="dxa" w:w="4320"/>
          </w:tcPr>
          <w:p>
            <w:r>
              <w:t>3715********6022</w:t>
            </w:r>
          </w:p>
        </w:tc>
      </w:tr>
      <w:tr>
        <w:tc>
          <w:tcPr>
            <w:tcW w:type="dxa" w:w="4320"/>
          </w:tcPr>
          <w:p>
            <w:r>
              <w:t>张宝东</w:t>
            </w:r>
          </w:p>
        </w:tc>
        <w:tc>
          <w:tcPr>
            <w:tcW w:type="dxa" w:w="4320"/>
          </w:tcPr>
          <w:p>
            <w:r>
              <w:t>1309********3213</w:t>
            </w:r>
          </w:p>
        </w:tc>
      </w:tr>
      <w:tr>
        <w:tc>
          <w:tcPr>
            <w:tcW w:type="dxa" w:w="4320"/>
          </w:tcPr>
          <w:p>
            <w:r>
              <w:t>滕腾</w:t>
            </w:r>
          </w:p>
        </w:tc>
        <w:tc>
          <w:tcPr>
            <w:tcW w:type="dxa" w:w="4320"/>
          </w:tcPr>
          <w:p>
            <w:r>
              <w:t>3205********0116</w:t>
            </w:r>
          </w:p>
        </w:tc>
      </w:tr>
      <w:tr>
        <w:tc>
          <w:tcPr>
            <w:tcW w:type="dxa" w:w="4320"/>
          </w:tcPr>
          <w:p>
            <w:r>
              <w:t>吴俊静</w:t>
            </w:r>
          </w:p>
        </w:tc>
        <w:tc>
          <w:tcPr>
            <w:tcW w:type="dxa" w:w="4320"/>
          </w:tcPr>
          <w:p>
            <w:r>
              <w:t>3325********1284</w:t>
            </w:r>
          </w:p>
        </w:tc>
      </w:tr>
      <w:tr>
        <w:tc>
          <w:tcPr>
            <w:tcW w:type="dxa" w:w="4320"/>
          </w:tcPr>
          <w:p>
            <w:r>
              <w:t>杨晓祎</w:t>
            </w:r>
          </w:p>
        </w:tc>
        <w:tc>
          <w:tcPr>
            <w:tcW w:type="dxa" w:w="4320"/>
          </w:tcPr>
          <w:p>
            <w:r>
              <w:t>4103********006X</w:t>
            </w:r>
          </w:p>
        </w:tc>
      </w:tr>
      <w:tr>
        <w:tc>
          <w:tcPr>
            <w:tcW w:type="dxa" w:w="4320"/>
          </w:tcPr>
          <w:p>
            <w:r>
              <w:t>张谢博謇</w:t>
            </w:r>
          </w:p>
        </w:tc>
        <w:tc>
          <w:tcPr>
            <w:tcW w:type="dxa" w:w="4320"/>
          </w:tcPr>
          <w:p>
            <w:r>
              <w:t>3201********0318</w:t>
            </w:r>
          </w:p>
        </w:tc>
      </w:tr>
      <w:tr>
        <w:tc>
          <w:tcPr>
            <w:tcW w:type="dxa" w:w="4320"/>
          </w:tcPr>
          <w:p>
            <w:r>
              <w:t>李文韬</w:t>
            </w:r>
          </w:p>
        </w:tc>
        <w:tc>
          <w:tcPr>
            <w:tcW w:type="dxa" w:w="4320"/>
          </w:tcPr>
          <w:p>
            <w:r>
              <w:t>4115********0537</w:t>
            </w:r>
          </w:p>
        </w:tc>
      </w:tr>
      <w:tr>
        <w:tc>
          <w:tcPr>
            <w:tcW w:type="dxa" w:w="4320"/>
          </w:tcPr>
          <w:p>
            <w:r>
              <w:t>王浩</w:t>
            </w:r>
          </w:p>
        </w:tc>
        <w:tc>
          <w:tcPr>
            <w:tcW w:type="dxa" w:w="4320"/>
          </w:tcPr>
          <w:p>
            <w:r>
              <w:t>3209********2010</w:t>
            </w:r>
          </w:p>
        </w:tc>
      </w:tr>
      <w:tr>
        <w:tc>
          <w:tcPr>
            <w:tcW w:type="dxa" w:w="4320"/>
          </w:tcPr>
          <w:p>
            <w:r>
              <w:t>谢雨桐</w:t>
            </w:r>
          </w:p>
        </w:tc>
        <w:tc>
          <w:tcPr>
            <w:tcW w:type="dxa" w:w="4320"/>
          </w:tcPr>
          <w:p>
            <w:r>
              <w:t>3201********6724</w:t>
            </w:r>
          </w:p>
        </w:tc>
      </w:tr>
      <w:tr>
        <w:tc>
          <w:tcPr>
            <w:tcW w:type="dxa" w:w="4320"/>
          </w:tcPr>
          <w:p>
            <w:r>
              <w:t>袁皓</w:t>
            </w:r>
          </w:p>
        </w:tc>
        <w:tc>
          <w:tcPr>
            <w:tcW w:type="dxa" w:w="4320"/>
          </w:tcPr>
          <w:p>
            <w:r>
              <w:t>1307********0615</w:t>
            </w:r>
          </w:p>
        </w:tc>
      </w:tr>
      <w:tr>
        <w:tc>
          <w:tcPr>
            <w:tcW w:type="dxa" w:w="4320"/>
          </w:tcPr>
          <w:p>
            <w:r>
              <w:t>李倩</w:t>
            </w:r>
          </w:p>
        </w:tc>
        <w:tc>
          <w:tcPr>
            <w:tcW w:type="dxa" w:w="4320"/>
          </w:tcPr>
          <w:p>
            <w:r>
              <w:t>3713********454X</w:t>
            </w:r>
          </w:p>
        </w:tc>
      </w:tr>
      <w:tr>
        <w:tc>
          <w:tcPr>
            <w:tcW w:type="dxa" w:w="4320"/>
          </w:tcPr>
          <w:p>
            <w:r>
              <w:t>吴越</w:t>
            </w:r>
          </w:p>
        </w:tc>
        <w:tc>
          <w:tcPr>
            <w:tcW w:type="dxa" w:w="4320"/>
          </w:tcPr>
          <w:p>
            <w:r>
              <w:t>3402********6502</w:t>
            </w:r>
          </w:p>
        </w:tc>
      </w:tr>
      <w:tr>
        <w:tc>
          <w:tcPr>
            <w:tcW w:type="dxa" w:w="4320"/>
          </w:tcPr>
          <w:p>
            <w:r>
              <w:t>郑子健</w:t>
            </w:r>
          </w:p>
        </w:tc>
        <w:tc>
          <w:tcPr>
            <w:tcW w:type="dxa" w:w="4320"/>
          </w:tcPr>
          <w:p>
            <w:r>
              <w:t>3325********7513</w:t>
            </w:r>
          </w:p>
        </w:tc>
      </w:tr>
      <w:tr>
        <w:tc>
          <w:tcPr>
            <w:tcW w:type="dxa" w:w="4320"/>
          </w:tcPr>
          <w:p>
            <w:r>
              <w:t>孙乐</w:t>
            </w:r>
          </w:p>
        </w:tc>
        <w:tc>
          <w:tcPr>
            <w:tcW w:type="dxa" w:w="4320"/>
          </w:tcPr>
          <w:p>
            <w:r>
              <w:t>3210********2715</w:t>
            </w:r>
          </w:p>
        </w:tc>
      </w:tr>
      <w:tr>
        <w:tc>
          <w:tcPr>
            <w:tcW w:type="dxa" w:w="4320"/>
          </w:tcPr>
          <w:p>
            <w:r>
              <w:t>皮泰承</w:t>
            </w:r>
          </w:p>
        </w:tc>
        <w:tc>
          <w:tcPr>
            <w:tcW w:type="dxa" w:w="4320"/>
          </w:tcPr>
          <w:p>
            <w:r>
              <w:t>2201********4519</w:t>
            </w:r>
          </w:p>
        </w:tc>
      </w:tr>
      <w:tr>
        <w:tc>
          <w:tcPr>
            <w:tcW w:type="dxa" w:w="4320"/>
          </w:tcPr>
          <w:p>
            <w:r>
              <w:t>李政涛</w:t>
            </w:r>
          </w:p>
        </w:tc>
        <w:tc>
          <w:tcPr>
            <w:tcW w:type="dxa" w:w="4320"/>
          </w:tcPr>
          <w:p>
            <w:r>
              <w:t>4203********283X</w:t>
            </w:r>
          </w:p>
        </w:tc>
      </w:tr>
      <w:tr>
        <w:tc>
          <w:tcPr>
            <w:tcW w:type="dxa" w:w="4320"/>
          </w:tcPr>
          <w:p>
            <w:r>
              <w:t>冯庭宇</w:t>
            </w:r>
          </w:p>
        </w:tc>
        <w:tc>
          <w:tcPr>
            <w:tcW w:type="dxa" w:w="4320"/>
          </w:tcPr>
          <w:p>
            <w:r>
              <w:t>3607********4019</w:t>
            </w:r>
          </w:p>
        </w:tc>
      </w:tr>
      <w:tr>
        <w:tc>
          <w:tcPr>
            <w:tcW w:type="dxa" w:w="4320"/>
          </w:tcPr>
          <w:p>
            <w:r>
              <w:t>张妍</w:t>
            </w:r>
          </w:p>
        </w:tc>
        <w:tc>
          <w:tcPr>
            <w:tcW w:type="dxa" w:w="4320"/>
          </w:tcPr>
          <w:p>
            <w:r>
              <w:t>3201********1625</w:t>
            </w:r>
          </w:p>
        </w:tc>
      </w:tr>
      <w:tr>
        <w:tc>
          <w:tcPr>
            <w:tcW w:type="dxa" w:w="4320"/>
          </w:tcPr>
          <w:p>
            <w:r>
              <w:t>李子强</w:t>
            </w:r>
          </w:p>
        </w:tc>
        <w:tc>
          <w:tcPr>
            <w:tcW w:type="dxa" w:w="4320"/>
          </w:tcPr>
          <w:p>
            <w:r>
              <w:t>3207********5416</w:t>
            </w:r>
          </w:p>
        </w:tc>
      </w:tr>
      <w:tr>
        <w:tc>
          <w:tcPr>
            <w:tcW w:type="dxa" w:w="4320"/>
          </w:tcPr>
          <w:p>
            <w:r>
              <w:t>葛欣然</w:t>
            </w:r>
          </w:p>
        </w:tc>
        <w:tc>
          <w:tcPr>
            <w:tcW w:type="dxa" w:w="4320"/>
          </w:tcPr>
          <w:p>
            <w:r>
              <w:t>3301********2019</w:t>
            </w:r>
          </w:p>
        </w:tc>
      </w:tr>
      <w:tr>
        <w:tc>
          <w:tcPr>
            <w:tcW w:type="dxa" w:w="4320"/>
          </w:tcPr>
          <w:p>
            <w:r>
              <w:t>陈律翰</w:t>
            </w:r>
          </w:p>
        </w:tc>
        <w:tc>
          <w:tcPr>
            <w:tcW w:type="dxa" w:w="4320"/>
          </w:tcPr>
          <w:p>
            <w:r>
              <w:t>3303********7336</w:t>
            </w:r>
          </w:p>
        </w:tc>
      </w:tr>
      <w:tr>
        <w:tc>
          <w:tcPr>
            <w:tcW w:type="dxa" w:w="4320"/>
          </w:tcPr>
          <w:p>
            <w:r>
              <w:t>缴立楠</w:t>
            </w:r>
          </w:p>
        </w:tc>
        <w:tc>
          <w:tcPr>
            <w:tcW w:type="dxa" w:w="4320"/>
          </w:tcPr>
          <w:p>
            <w:r>
              <w:t>1201********0078</w:t>
            </w:r>
          </w:p>
        </w:tc>
      </w:tr>
      <w:tr>
        <w:tc>
          <w:tcPr>
            <w:tcW w:type="dxa" w:w="4320"/>
          </w:tcPr>
          <w:p>
            <w:r>
              <w:t>李丫丫</w:t>
            </w:r>
          </w:p>
        </w:tc>
        <w:tc>
          <w:tcPr>
            <w:tcW w:type="dxa" w:w="4320"/>
          </w:tcPr>
          <w:p>
            <w:r>
              <w:t>5120********7228</w:t>
            </w:r>
          </w:p>
        </w:tc>
      </w:tr>
      <w:tr>
        <w:tc>
          <w:tcPr>
            <w:tcW w:type="dxa" w:w="4320"/>
          </w:tcPr>
          <w:p>
            <w:r>
              <w:t>亢世娇</w:t>
            </w:r>
          </w:p>
        </w:tc>
        <w:tc>
          <w:tcPr>
            <w:tcW w:type="dxa" w:w="4320"/>
          </w:tcPr>
          <w:p>
            <w:r>
              <w:t>3702********1822</w:t>
            </w:r>
          </w:p>
        </w:tc>
      </w:tr>
      <w:tr>
        <w:tc>
          <w:tcPr>
            <w:tcW w:type="dxa" w:w="4320"/>
          </w:tcPr>
          <w:p>
            <w:r>
              <w:t>郭丹</w:t>
            </w:r>
          </w:p>
        </w:tc>
        <w:tc>
          <w:tcPr>
            <w:tcW w:type="dxa" w:w="4320"/>
          </w:tcPr>
          <w:p>
            <w:r>
              <w:t>4115********3021</w:t>
            </w:r>
          </w:p>
        </w:tc>
      </w:tr>
      <w:tr>
        <w:tc>
          <w:tcPr>
            <w:tcW w:type="dxa" w:w="4320"/>
          </w:tcPr>
          <w:p>
            <w:r>
              <w:t>谢飞翔</w:t>
            </w:r>
          </w:p>
        </w:tc>
        <w:tc>
          <w:tcPr>
            <w:tcW w:type="dxa" w:w="4320"/>
          </w:tcPr>
          <w:p>
            <w:r>
              <w:t>3401********3413</w:t>
            </w:r>
          </w:p>
        </w:tc>
      </w:tr>
      <w:tr>
        <w:tc>
          <w:tcPr>
            <w:tcW w:type="dxa" w:w="4320"/>
          </w:tcPr>
          <w:p>
            <w:r>
              <w:t>黄思齐</w:t>
            </w:r>
          </w:p>
        </w:tc>
        <w:tc>
          <w:tcPr>
            <w:tcW w:type="dxa" w:w="4320"/>
          </w:tcPr>
          <w:p>
            <w:r>
              <w:t>3608********2028</w:t>
            </w:r>
          </w:p>
        </w:tc>
      </w:tr>
      <w:tr>
        <w:tc>
          <w:tcPr>
            <w:tcW w:type="dxa" w:w="4320"/>
          </w:tcPr>
          <w:p>
            <w:r>
              <w:t>丁宇轩</w:t>
            </w:r>
          </w:p>
        </w:tc>
        <w:tc>
          <w:tcPr>
            <w:tcW w:type="dxa" w:w="4320"/>
          </w:tcPr>
          <w:p>
            <w:r>
              <w:t>3401********2815</w:t>
            </w:r>
          </w:p>
        </w:tc>
      </w:tr>
      <w:tr>
        <w:tc>
          <w:tcPr>
            <w:tcW w:type="dxa" w:w="4320"/>
          </w:tcPr>
          <w:p>
            <w:r>
              <w:t>王楠</w:t>
            </w:r>
          </w:p>
        </w:tc>
        <w:tc>
          <w:tcPr>
            <w:tcW w:type="dxa" w:w="4320"/>
          </w:tcPr>
          <w:p>
            <w:r>
              <w:t>1201********0138</w:t>
            </w:r>
          </w:p>
        </w:tc>
      </w:tr>
      <w:tr>
        <w:tc>
          <w:tcPr>
            <w:tcW w:type="dxa" w:w="4320"/>
          </w:tcPr>
          <w:p>
            <w:r>
              <w:t>周梓涵</w:t>
            </w:r>
          </w:p>
        </w:tc>
        <w:tc>
          <w:tcPr>
            <w:tcW w:type="dxa" w:w="4320"/>
          </w:tcPr>
          <w:p>
            <w:r>
              <w:t>3205********3251</w:t>
            </w:r>
          </w:p>
        </w:tc>
      </w:tr>
      <w:tr>
        <w:tc>
          <w:tcPr>
            <w:tcW w:type="dxa" w:w="4320"/>
          </w:tcPr>
          <w:p>
            <w:r>
              <w:t>蒋幸</w:t>
            </w:r>
          </w:p>
        </w:tc>
        <w:tc>
          <w:tcPr>
            <w:tcW w:type="dxa" w:w="4320"/>
          </w:tcPr>
          <w:p>
            <w:r>
              <w:t>3414********0981</w:t>
            </w:r>
          </w:p>
        </w:tc>
      </w:tr>
      <w:tr>
        <w:tc>
          <w:tcPr>
            <w:tcW w:type="dxa" w:w="4320"/>
          </w:tcPr>
          <w:p>
            <w:r>
              <w:t>陈炳皓</w:t>
            </w:r>
          </w:p>
        </w:tc>
        <w:tc>
          <w:tcPr>
            <w:tcW w:type="dxa" w:w="4320"/>
          </w:tcPr>
          <w:p>
            <w:r>
              <w:t>3310********0092</w:t>
            </w:r>
          </w:p>
        </w:tc>
      </w:tr>
      <w:tr>
        <w:tc>
          <w:tcPr>
            <w:tcW w:type="dxa" w:w="4320"/>
          </w:tcPr>
          <w:p>
            <w:r>
              <w:t>裴莹莹</w:t>
            </w:r>
          </w:p>
        </w:tc>
        <w:tc>
          <w:tcPr>
            <w:tcW w:type="dxa" w:w="4320"/>
          </w:tcPr>
          <w:p>
            <w:r>
              <w:t>2301********0322</w:t>
            </w:r>
          </w:p>
        </w:tc>
      </w:tr>
      <w:tr>
        <w:tc>
          <w:tcPr>
            <w:tcW w:type="dxa" w:w="4320"/>
          </w:tcPr>
          <w:p>
            <w:r>
              <w:t>卫兆博</w:t>
            </w:r>
          </w:p>
        </w:tc>
        <w:tc>
          <w:tcPr>
            <w:tcW w:type="dxa" w:w="4320"/>
          </w:tcPr>
          <w:p>
            <w:r>
              <w:t>4103********8630</w:t>
            </w:r>
          </w:p>
        </w:tc>
      </w:tr>
      <w:tr>
        <w:tc>
          <w:tcPr>
            <w:tcW w:type="dxa" w:w="4320"/>
          </w:tcPr>
          <w:p>
            <w:r>
              <w:t>王思滢</w:t>
            </w:r>
          </w:p>
        </w:tc>
        <w:tc>
          <w:tcPr>
            <w:tcW w:type="dxa" w:w="4320"/>
          </w:tcPr>
          <w:p>
            <w:r>
              <w:t>1301********6427</w:t>
            </w:r>
          </w:p>
        </w:tc>
      </w:tr>
      <w:tr>
        <w:tc>
          <w:tcPr>
            <w:tcW w:type="dxa" w:w="4320"/>
          </w:tcPr>
          <w:p>
            <w:r>
              <w:t>周昊田</w:t>
            </w:r>
          </w:p>
        </w:tc>
        <w:tc>
          <w:tcPr>
            <w:tcW w:type="dxa" w:w="4320"/>
          </w:tcPr>
          <w:p>
            <w:r>
              <w:t>4110********635X</w:t>
            </w:r>
          </w:p>
        </w:tc>
      </w:tr>
      <w:tr>
        <w:tc>
          <w:tcPr>
            <w:tcW w:type="dxa" w:w="4320"/>
          </w:tcPr>
          <w:p>
            <w:r>
              <w:t>刘家铭</w:t>
            </w:r>
          </w:p>
        </w:tc>
        <w:tc>
          <w:tcPr>
            <w:tcW w:type="dxa" w:w="4320"/>
          </w:tcPr>
          <w:p>
            <w:r>
              <w:t>2114********3816</w:t>
            </w:r>
          </w:p>
        </w:tc>
      </w:tr>
      <w:tr>
        <w:tc>
          <w:tcPr>
            <w:tcW w:type="dxa" w:w="4320"/>
          </w:tcPr>
          <w:p>
            <w:r>
              <w:t>杨同凯</w:t>
            </w:r>
          </w:p>
        </w:tc>
        <w:tc>
          <w:tcPr>
            <w:tcW w:type="dxa" w:w="4320"/>
          </w:tcPr>
          <w:p>
            <w:r>
              <w:t>3714********5239</w:t>
            </w:r>
          </w:p>
        </w:tc>
      </w:tr>
      <w:tr>
        <w:tc>
          <w:tcPr>
            <w:tcW w:type="dxa" w:w="4320"/>
          </w:tcPr>
          <w:p>
            <w:r>
              <w:t>陈思汶</w:t>
            </w:r>
          </w:p>
        </w:tc>
        <w:tc>
          <w:tcPr>
            <w:tcW w:type="dxa" w:w="4320"/>
          </w:tcPr>
          <w:p>
            <w:r>
              <w:t>5113********3736</w:t>
            </w:r>
          </w:p>
        </w:tc>
      </w:tr>
      <w:tr>
        <w:tc>
          <w:tcPr>
            <w:tcW w:type="dxa" w:w="4320"/>
          </w:tcPr>
          <w:p>
            <w:r>
              <w:t>佘旭</w:t>
            </w:r>
          </w:p>
        </w:tc>
        <w:tc>
          <w:tcPr>
            <w:tcW w:type="dxa" w:w="4320"/>
          </w:tcPr>
          <w:p>
            <w:r>
              <w:t>3503********5614</w:t>
            </w:r>
          </w:p>
        </w:tc>
      </w:tr>
      <w:tr>
        <w:tc>
          <w:tcPr>
            <w:tcW w:type="dxa" w:w="4320"/>
          </w:tcPr>
          <w:p>
            <w:r>
              <w:t>钱星月</w:t>
            </w:r>
          </w:p>
        </w:tc>
        <w:tc>
          <w:tcPr>
            <w:tcW w:type="dxa" w:w="4320"/>
          </w:tcPr>
          <w:p>
            <w:r>
              <w:t>3206********7465</w:t>
            </w:r>
          </w:p>
        </w:tc>
      </w:tr>
      <w:tr>
        <w:tc>
          <w:tcPr>
            <w:tcW w:type="dxa" w:w="4320"/>
          </w:tcPr>
          <w:p>
            <w:r>
              <w:t>王雨萱</w:t>
            </w:r>
          </w:p>
        </w:tc>
        <w:tc>
          <w:tcPr>
            <w:tcW w:type="dxa" w:w="4320"/>
          </w:tcPr>
          <w:p>
            <w:r>
              <w:t>6107********7625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