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江南大学纺织科学与工程学院组织第二次推免复试的通知</w:t>
      </w:r>
    </w:p>
    <w:p>
      <w:r>
        <w:t>各位考生：</w:t>
      </w:r>
    </w:p>
    <w:p>
      <w:r>
        <w:t>江南大学纺织科学与工程学院拟组织第二次推免复试，</w:t>
      </w:r>
    </w:p>
    <w:p>
      <w:r>
        <w:t>接收专业、拟接收名额：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类别</w:t>
            </w:r>
          </w:p>
        </w:tc>
        <w:tc>
          <w:tcPr>
            <w:tcW w:type="dxa" w:w="2880"/>
          </w:tcPr>
          <w:p>
            <w:r>
              <w:t>专业</w:t>
            </w:r>
          </w:p>
        </w:tc>
        <w:tc>
          <w:tcPr>
            <w:tcW w:type="dxa" w:w="2880"/>
          </w:tcPr>
          <w:p>
            <w:r>
              <w:t>拟接收人数</w:t>
            </w:r>
          </w:p>
        </w:tc>
      </w:tr>
      <w:tr>
        <w:tc>
          <w:tcPr>
            <w:tcW w:type="dxa" w:w="2880"/>
          </w:tcPr>
          <w:p>
            <w:r>
              <w:t>学术学位硕士</w:t>
            </w:r>
          </w:p>
        </w:tc>
        <w:tc>
          <w:tcPr>
            <w:tcW w:type="dxa" w:w="2880"/>
          </w:tcPr>
          <w:p>
            <w:r>
              <w:t>082100纺织科学与工程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专业学位硕士</w:t>
            </w:r>
          </w:p>
        </w:tc>
        <w:tc>
          <w:tcPr>
            <w:tcW w:type="dxa" w:w="2880"/>
          </w:tcPr>
          <w:p>
            <w:r>
              <w:t>085604纺织工程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085606轻化工程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/>
        </w:tc>
      </w:tr>
    </w:tbl>
    <w:p>
      <w:r>
        <w:t>请有意向报考的考生登录“全国推荐免试攻读研究生信息公开管理服务系统”（网址：http://yz.chsi.com.cn/tm）填报志愿，并将以下材料发送到邮箱178631162@qq.com：本科学习成绩单、外语能力证明、获奖证明及其他能反映研究能力和创新潜质等的材料。</w:t>
      </w:r>
    </w:p>
    <w:p>
      <w:r>
        <w:t>本次推免复试采用远程视频形式。具体操作和注意事项另行通知。</w:t>
      </w:r>
    </w:p>
    <w:p>
      <w:r>
        <w:t>学院联系方式：沙老师，0510-85912011，178631162@qq.com。</w:t>
      </w:r>
    </w:p>
    <w:p>
      <w:r>
        <w:t>纺织科学与工程学院</w:t>
      </w:r>
    </w:p>
    <w:p>
      <w:r>
        <w:t>2024年10月8日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