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江南大学环境与生态学院2027年接收推荐免试研究生复试名单公示</w:t>
      </w:r>
    </w:p>
    <w:p>
      <w:r>
        <w:t>新闻动态</w:t>
      </w:r>
    </w:p>
    <w:p>
      <w:pPr>
        <w:pStyle w:val="ListBullet"/>
      </w:pPr>
      <w:r>
        <w:t>学院要闻</w:t>
      </w:r>
    </w:p>
    <w:p>
      <w:pPr>
        <w:pStyle w:val="ListBullet"/>
      </w:pPr>
      <w:r>
        <w:t>通知公告</w:t>
      </w:r>
    </w:p>
    <w:p>
      <w:r>
        <w:t>当前位置:首页&gt;&gt;通知公告&gt;&gt;正文</w:t>
      </w:r>
    </w:p>
    <w:p>
      <w:r>
        <w:t>通知公告</w:t>
      </w:r>
    </w:p>
    <w:p>
      <w:r>
        <w:t>发布时间: 2026-09-23来源：环境与生态学院文：王老师审核：环境与生态学院点击量：244</w:t>
      </w:r>
    </w:p>
    <w:p>
      <w:pPr>
        <w:pStyle w:val="ListBullet"/>
      </w:pPr>
      <w:r>
        <w:t>附件【江南大学环境与生态学院2027年接收推荐免试研究生复试名单公示.pdf】已下载221次</w:t>
      </w:r>
    </w:p>
    <w:p>
      <w:r>
        <w:t>上一条：江南大学环境与生态学院2027年第二轮接收推荐免试研究生工作公告下一条：江南大学国家卓越工程师学院2027年接收推荐免试研究生工作（卓工专项）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