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江南大学智能制造学院2025年推免生第二轮报名工作通知</w:t>
      </w:r>
    </w:p>
    <w:p>
      <w:r>
        <w:t>各位考生：</w:t>
      </w:r>
    </w:p>
    <w:p>
      <w:r>
        <w:t>我院以下专业还有少量名额可招收推免生，请有意报考的考生在“全国推荐免试攻读研究生信息公开管理服务系统”（https://yz.chsi.com.cn/tm，以下简称“推免服务系统”）结束之前填报我院志愿，学院将在第一时间对报考信息进行审核、安排复试。</w:t>
      </w:r>
    </w:p>
    <w:p>
      <w:r>
        <w:t>请考生在“推免服务系统”填报后，将以下材料发送到邮箱im-eao@jiangnan.edu.cn，简历、个人陈述及其他材料（合并为一份PDF文件，小于10MB）。其中其他材料可以包括本科学习成绩单、外语能力证明、获奖证明及其他能反映研究能力和创新潜质等的材料。</w:t>
      </w:r>
    </w:p>
    <w:p>
      <w:r>
        <w:t>本次推免复试考核采用钉钉平台线上复试方式，复试日期另行通知。申请者在收到我院复试通知后，应按规定的时间参加复试，未按时参加者视为自动放弃，请考生务必保持通讯畅通。</w:t>
      </w:r>
    </w:p>
    <w:p>
      <w:r>
        <w:t>其他说明详见《江南大学智能制造学院2025年接收推荐免试研究生工作细则》(https://junyuan.jiangnan.edu.cn/info/1019/2153.htm)。</w:t>
      </w:r>
    </w:p>
    <w:p>
      <w:r>
        <w:t>联系人：智能制造学院B223办公室田老师；</w:t>
      </w:r>
    </w:p>
    <w:p>
      <w:r>
        <w:t>咨询电话：0510-85197829；</w:t>
      </w:r>
    </w:p>
    <w:p>
      <w:r>
        <w:t>咨询邮箱：im-eao@jiangnan.edu.cn；</w:t>
      </w:r>
    </w:p>
    <w:p>
      <w:r>
        <w:t>联系地址：无锡市江阴市青阳镇府前路299号。</w:t>
      </w:r>
    </w:p>
    <w:p>
      <w:r>
        <w:t>欢迎广大推免生报考江南大学智能制造学院！</w:t>
      </w:r>
    </w:p>
    <w:p>
      <w:r>
        <w:t>江南大学智能制造学院</w:t>
      </w:r>
    </w:p>
    <w:p>
      <w:r>
        <w:t>2024年10月8日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