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学院概况 学院简介 历史沿革 学院领导 机构设置</w:t>
      </w:r>
    </w:p>
    <w:p>
      <w:r>
        <w:t>我院于9月16日下午组织申报推免的学生在钱伟长楼201、202会议室进行了推荐免试研究生的面试。</w:t>
      </w:r>
    </w:p>
    <w:p>
      <w:r>
        <w:t>我院根据《教育部办公厅关于进一步完善推荐优秀应届本科毕业生免试攻读研究生工作办法的通知》(教学厅[2014]5号)的精神，《江南大学推荐优秀应届本科毕业生免试攻读硕士学位研究生实施办法（试行）》（江大校办[2014]9号）和《江南大学关于推荐2016届优秀本科毕业生免试攻读硕士学位研究生资格工作的通知》的文件精神，结合本院实际情况，将面试工作分成信计、光科两个大组进行。参加面试的学生都做了非常认真的准备。从刚开始的英文自我介绍，选定题目的回答，应对评委的提问，每一位都十分努力。十数位专家教授作为评委，为将近二十位各专业学生进行了专业面试。经过认真评审，详细讨论，评委们根据学生的实际情况确定了我院向学校推荐夏秀山等共十二名同学作为免试研究生。</w:t>
      </w:r>
    </w:p>
    <w:p>
      <w:r>
        <w:t>本届推荐免试研究生工作圆满完成。在此感谢尽心尽力为同学们面试的各位评委，也希望今后有更多的同学积极申报免试研究生！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