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江南大学数字科技与创意设计学院2027年接收推荐免试研究生复试名单公示</w:t>
      </w:r>
    </w:p>
    <w:p>
      <w:r>
        <w:t>StartFragment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身份证号</w:t>
            </w:r>
          </w:p>
        </w:tc>
        <w:tc>
          <w:tcPr>
            <w:tcW w:type="dxa" w:w="2880"/>
          </w:tcPr>
          <w:p>
            <w:r>
              <w:t>备注</w:t>
            </w:r>
          </w:p>
        </w:tc>
      </w:tr>
      <w:tr>
        <w:tc>
          <w:tcPr>
            <w:tcW w:type="dxa" w:w="2880"/>
          </w:tcPr>
          <w:p>
            <w:r>
              <w:t>朱睿</w:t>
            </w:r>
          </w:p>
        </w:tc>
        <w:tc>
          <w:tcPr>
            <w:tcW w:type="dxa" w:w="2880"/>
          </w:tcPr>
          <w:p>
            <w:r>
              <w:t>5101**********0035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吴仁越</w:t>
            </w:r>
          </w:p>
        </w:tc>
        <w:tc>
          <w:tcPr>
            <w:tcW w:type="dxa" w:w="2880"/>
          </w:tcPr>
          <w:p>
            <w:r>
              <w:t>3202**********0012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刘佳丽</w:t>
            </w:r>
          </w:p>
        </w:tc>
        <w:tc>
          <w:tcPr>
            <w:tcW w:type="dxa" w:w="2880"/>
          </w:tcPr>
          <w:p>
            <w:r>
              <w:t>3707**********8987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姜盈伊</w:t>
            </w:r>
          </w:p>
        </w:tc>
        <w:tc>
          <w:tcPr>
            <w:tcW w:type="dxa" w:w="2880"/>
          </w:tcPr>
          <w:p>
            <w:r>
              <w:t>3304**********1447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聂书乐</w:t>
            </w:r>
          </w:p>
        </w:tc>
        <w:tc>
          <w:tcPr>
            <w:tcW w:type="dxa" w:w="2880"/>
          </w:tcPr>
          <w:p>
            <w:r>
              <w:t>3101**********4425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李心宇</w:t>
            </w:r>
          </w:p>
        </w:tc>
        <w:tc>
          <w:tcPr>
            <w:tcW w:type="dxa" w:w="2880"/>
          </w:tcPr>
          <w:p>
            <w:r>
              <w:t>3701**********1141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王紫娴</w:t>
            </w:r>
          </w:p>
        </w:tc>
        <w:tc>
          <w:tcPr>
            <w:tcW w:type="dxa" w:w="2880"/>
          </w:tcPr>
          <w:p>
            <w:r>
              <w:t>3303**********010X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李乐心</w:t>
            </w:r>
          </w:p>
        </w:tc>
        <w:tc>
          <w:tcPr>
            <w:tcW w:type="dxa" w:w="2880"/>
          </w:tcPr>
          <w:p>
            <w:r>
              <w:t>4201**********2029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陈姣燕</w:t>
            </w:r>
          </w:p>
        </w:tc>
        <w:tc>
          <w:tcPr>
            <w:tcW w:type="dxa" w:w="2880"/>
          </w:tcPr>
          <w:p>
            <w:r>
              <w:t>6201**********0041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罗欣媛</w:t>
            </w:r>
          </w:p>
        </w:tc>
        <w:tc>
          <w:tcPr>
            <w:tcW w:type="dxa" w:w="2880"/>
          </w:tcPr>
          <w:p>
            <w:r>
              <w:t>5104**********1423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张劲萱</w:t>
            </w:r>
          </w:p>
        </w:tc>
        <w:tc>
          <w:tcPr>
            <w:tcW w:type="dxa" w:w="2880"/>
          </w:tcPr>
          <w:p>
            <w:r>
              <w:t>3201**********0044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杨谨源</w:t>
            </w:r>
          </w:p>
        </w:tc>
        <w:tc>
          <w:tcPr>
            <w:tcW w:type="dxa" w:w="2880"/>
          </w:tcPr>
          <w:p>
            <w:r>
              <w:t>3201**********0825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刘欣荣</w:t>
            </w:r>
          </w:p>
        </w:tc>
        <w:tc>
          <w:tcPr>
            <w:tcW w:type="dxa" w:w="2880"/>
          </w:tcPr>
          <w:p>
            <w:r>
              <w:t>1527**********181X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贾俊杰</w:t>
            </w:r>
          </w:p>
        </w:tc>
        <w:tc>
          <w:tcPr>
            <w:tcW w:type="dxa" w:w="2880"/>
          </w:tcPr>
          <w:p>
            <w:r>
              <w:t>3601**********0013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吴琦炜</w:t>
            </w:r>
          </w:p>
        </w:tc>
        <w:tc>
          <w:tcPr>
            <w:tcW w:type="dxa" w:w="2880"/>
          </w:tcPr>
          <w:p>
            <w:r>
              <w:t>4401**********545X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刘宇浩</w:t>
            </w:r>
          </w:p>
        </w:tc>
        <w:tc>
          <w:tcPr>
            <w:tcW w:type="dxa" w:w="2880"/>
          </w:tcPr>
          <w:p>
            <w:r>
              <w:t>3605**********903X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陈显巍</w:t>
            </w:r>
          </w:p>
        </w:tc>
        <w:tc>
          <w:tcPr>
            <w:tcW w:type="dxa" w:w="2880"/>
          </w:tcPr>
          <w:p>
            <w:r>
              <w:t>4302**********0196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胡舒涵</w:t>
            </w:r>
          </w:p>
        </w:tc>
        <w:tc>
          <w:tcPr>
            <w:tcW w:type="dxa" w:w="2880"/>
          </w:tcPr>
          <w:p>
            <w:r>
              <w:t>3405**********0020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胡优璇</w:t>
            </w:r>
          </w:p>
        </w:tc>
        <w:tc>
          <w:tcPr>
            <w:tcW w:type="dxa" w:w="2880"/>
          </w:tcPr>
          <w:p>
            <w:r>
              <w:t>3303**********0049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林俣茜</w:t>
            </w:r>
          </w:p>
        </w:tc>
        <w:tc>
          <w:tcPr>
            <w:tcW w:type="dxa" w:w="2880"/>
          </w:tcPr>
          <w:p>
            <w:r>
              <w:t>3303**********6723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陈思瑜</w:t>
            </w:r>
          </w:p>
        </w:tc>
        <w:tc>
          <w:tcPr>
            <w:tcW w:type="dxa" w:w="2880"/>
          </w:tcPr>
          <w:p>
            <w:r>
              <w:t>3210**********4222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李柯</w:t>
            </w:r>
          </w:p>
        </w:tc>
        <w:tc>
          <w:tcPr>
            <w:tcW w:type="dxa" w:w="2880"/>
          </w:tcPr>
          <w:p>
            <w:r>
              <w:t>4310**********1615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刘可莹</w:t>
            </w:r>
          </w:p>
        </w:tc>
        <w:tc>
          <w:tcPr>
            <w:tcW w:type="dxa" w:w="2880"/>
          </w:tcPr>
          <w:p>
            <w:r>
              <w:t>2302**********2929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黄静宜</w:t>
            </w:r>
          </w:p>
        </w:tc>
        <w:tc>
          <w:tcPr>
            <w:tcW w:type="dxa" w:w="2880"/>
          </w:tcPr>
          <w:p>
            <w:r>
              <w:t>4103**********0029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杨已晴</w:t>
            </w:r>
          </w:p>
        </w:tc>
        <w:tc>
          <w:tcPr>
            <w:tcW w:type="dxa" w:w="2880"/>
          </w:tcPr>
          <w:p>
            <w:r>
              <w:t>1302**********482X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赵翊妃</w:t>
            </w:r>
          </w:p>
        </w:tc>
        <w:tc>
          <w:tcPr>
            <w:tcW w:type="dxa" w:w="2880"/>
          </w:tcPr>
          <w:p>
            <w:r>
              <w:t>1302**********2423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廉蕙梓</w:t>
            </w:r>
          </w:p>
        </w:tc>
        <w:tc>
          <w:tcPr>
            <w:tcW w:type="dxa" w:w="2880"/>
          </w:tcPr>
          <w:p>
            <w:r>
              <w:t>3701**********014X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吴书睿</w:t>
            </w:r>
          </w:p>
        </w:tc>
        <w:tc>
          <w:tcPr>
            <w:tcW w:type="dxa" w:w="2880"/>
          </w:tcPr>
          <w:p>
            <w:r>
              <w:t>1404**********2073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吴烨雯</w:t>
            </w:r>
          </w:p>
        </w:tc>
        <w:tc>
          <w:tcPr>
            <w:tcW w:type="dxa" w:w="2880"/>
          </w:tcPr>
          <w:p>
            <w:r>
              <w:t>4401**********2825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陆潞</w:t>
            </w:r>
          </w:p>
        </w:tc>
        <w:tc>
          <w:tcPr>
            <w:tcW w:type="dxa" w:w="2880"/>
          </w:tcPr>
          <w:p>
            <w:r>
              <w:t>4312**********0048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乐遥</w:t>
            </w:r>
          </w:p>
        </w:tc>
        <w:tc>
          <w:tcPr>
            <w:tcW w:type="dxa" w:w="2880"/>
          </w:tcPr>
          <w:p>
            <w:r>
              <w:t>3502**********1324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刘馨柠</w:t>
            </w:r>
          </w:p>
        </w:tc>
        <w:tc>
          <w:tcPr>
            <w:tcW w:type="dxa" w:w="2880"/>
          </w:tcPr>
          <w:p>
            <w:r>
              <w:t>3703**********1023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霍秋儒</w:t>
            </w:r>
          </w:p>
        </w:tc>
        <w:tc>
          <w:tcPr>
            <w:tcW w:type="dxa" w:w="2880"/>
          </w:tcPr>
          <w:p>
            <w:r>
              <w:t>5001**********0621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周炳旭</w:t>
            </w:r>
          </w:p>
        </w:tc>
        <w:tc>
          <w:tcPr>
            <w:tcW w:type="dxa" w:w="2880"/>
          </w:tcPr>
          <w:p>
            <w:r>
              <w:t>3703**********2118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蒋雨洁</w:t>
            </w:r>
          </w:p>
        </w:tc>
        <w:tc>
          <w:tcPr>
            <w:tcW w:type="dxa" w:w="2880"/>
          </w:tcPr>
          <w:p>
            <w:r>
              <w:t>3201**********2021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陈陆韦</w:t>
            </w:r>
          </w:p>
        </w:tc>
        <w:tc>
          <w:tcPr>
            <w:tcW w:type="dxa" w:w="2880"/>
          </w:tcPr>
          <w:p>
            <w:r>
              <w:t>3101**********3613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陈秋瑜</w:t>
            </w:r>
          </w:p>
        </w:tc>
        <w:tc>
          <w:tcPr>
            <w:tcW w:type="dxa" w:w="2880"/>
          </w:tcPr>
          <w:p>
            <w:r>
              <w:t>3501**********0143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陈秋至</w:t>
            </w:r>
          </w:p>
        </w:tc>
        <w:tc>
          <w:tcPr>
            <w:tcW w:type="dxa" w:w="2880"/>
          </w:tcPr>
          <w:p>
            <w:r>
              <w:t>2114**********0010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高雅姿</w:t>
            </w:r>
          </w:p>
        </w:tc>
        <w:tc>
          <w:tcPr>
            <w:tcW w:type="dxa" w:w="2880"/>
          </w:tcPr>
          <w:p>
            <w:r>
              <w:t>1423**********0022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李筠盈</w:t>
            </w:r>
          </w:p>
        </w:tc>
        <w:tc>
          <w:tcPr>
            <w:tcW w:type="dxa" w:w="2880"/>
          </w:tcPr>
          <w:p>
            <w:r>
              <w:t>3702**********0926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陈丝雨</w:t>
            </w:r>
          </w:p>
        </w:tc>
        <w:tc>
          <w:tcPr>
            <w:tcW w:type="dxa" w:w="2880"/>
          </w:tcPr>
          <w:p>
            <w:r>
              <w:t>3604**********4561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曾圆圆</w:t>
            </w:r>
          </w:p>
        </w:tc>
        <w:tc>
          <w:tcPr>
            <w:tcW w:type="dxa" w:w="2880"/>
          </w:tcPr>
          <w:p>
            <w:r>
              <w:t>4305**********2681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张语桐</w:t>
            </w:r>
          </w:p>
        </w:tc>
        <w:tc>
          <w:tcPr>
            <w:tcW w:type="dxa" w:w="2880"/>
          </w:tcPr>
          <w:p>
            <w:r>
              <w:t>3714**********0347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李昕</w:t>
            </w:r>
          </w:p>
        </w:tc>
        <w:tc>
          <w:tcPr>
            <w:tcW w:type="dxa" w:w="2880"/>
          </w:tcPr>
          <w:p>
            <w:r>
              <w:t>3401**********1121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周旭</w:t>
            </w:r>
          </w:p>
        </w:tc>
        <w:tc>
          <w:tcPr>
            <w:tcW w:type="dxa" w:w="2880"/>
          </w:tcPr>
          <w:p>
            <w:r>
              <w:t>3201**********0657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马艺徐</w:t>
            </w:r>
          </w:p>
        </w:tc>
        <w:tc>
          <w:tcPr>
            <w:tcW w:type="dxa" w:w="2880"/>
          </w:tcPr>
          <w:p>
            <w:r>
              <w:t>3202**********6529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沈朝宁</w:t>
            </w:r>
          </w:p>
        </w:tc>
        <w:tc>
          <w:tcPr>
            <w:tcW w:type="dxa" w:w="2880"/>
          </w:tcPr>
          <w:p>
            <w:r>
              <w:t>4103**********0046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郭玟杰</w:t>
            </w:r>
          </w:p>
        </w:tc>
        <w:tc>
          <w:tcPr>
            <w:tcW w:type="dxa" w:w="2880"/>
          </w:tcPr>
          <w:p>
            <w:r>
              <w:t>3202**********451X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陈芊蔚</w:t>
            </w:r>
          </w:p>
        </w:tc>
        <w:tc>
          <w:tcPr>
            <w:tcW w:type="dxa" w:w="2880"/>
          </w:tcPr>
          <w:p>
            <w:r>
              <w:t>3207**********0029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张嘉怡</w:t>
            </w:r>
          </w:p>
        </w:tc>
        <w:tc>
          <w:tcPr>
            <w:tcW w:type="dxa" w:w="2880"/>
          </w:tcPr>
          <w:p>
            <w:r>
              <w:t>4201**********0024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丁培根</w:t>
            </w:r>
          </w:p>
        </w:tc>
        <w:tc>
          <w:tcPr>
            <w:tcW w:type="dxa" w:w="2880"/>
          </w:tcPr>
          <w:p>
            <w:r>
              <w:t>5002**********5413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王艺皓</w:t>
            </w:r>
          </w:p>
        </w:tc>
        <w:tc>
          <w:tcPr>
            <w:tcW w:type="dxa" w:w="2880"/>
          </w:tcPr>
          <w:p>
            <w:r>
              <w:t>3703**********2814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张梵笙</w:t>
            </w:r>
          </w:p>
        </w:tc>
        <w:tc>
          <w:tcPr>
            <w:tcW w:type="dxa" w:w="2880"/>
          </w:tcPr>
          <w:p>
            <w:r>
              <w:t>3501**********1556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朱珈莹</w:t>
            </w:r>
          </w:p>
        </w:tc>
        <w:tc>
          <w:tcPr>
            <w:tcW w:type="dxa" w:w="2880"/>
          </w:tcPr>
          <w:p>
            <w:r>
              <w:t>3206**********5006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王天阳</w:t>
            </w:r>
          </w:p>
        </w:tc>
        <w:tc>
          <w:tcPr>
            <w:tcW w:type="dxa" w:w="2880"/>
          </w:tcPr>
          <w:p>
            <w:r>
              <w:t>1306**********0614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罗金茹</w:t>
            </w:r>
          </w:p>
        </w:tc>
        <w:tc>
          <w:tcPr>
            <w:tcW w:type="dxa" w:w="2880"/>
          </w:tcPr>
          <w:p>
            <w:r>
              <w:t>4206**********5029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文章</w:t>
            </w:r>
          </w:p>
        </w:tc>
        <w:tc>
          <w:tcPr>
            <w:tcW w:type="dxa" w:w="2880"/>
          </w:tcPr>
          <w:p>
            <w:r>
              <w:t>5109**********4350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李晟昔</w:t>
            </w:r>
          </w:p>
        </w:tc>
        <w:tc>
          <w:tcPr>
            <w:tcW w:type="dxa" w:w="2880"/>
          </w:tcPr>
          <w:p>
            <w:r>
              <w:t>6103**********3612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伍舟宇</w:t>
            </w:r>
          </w:p>
        </w:tc>
        <w:tc>
          <w:tcPr>
            <w:tcW w:type="dxa" w:w="2880"/>
          </w:tcPr>
          <w:p>
            <w:r>
              <w:t>3202**********4524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陈若霖</w:t>
            </w:r>
          </w:p>
        </w:tc>
        <w:tc>
          <w:tcPr>
            <w:tcW w:type="dxa" w:w="2880"/>
          </w:tcPr>
          <w:p>
            <w:r>
              <w:t>3307**********8237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封晟</w:t>
            </w:r>
          </w:p>
        </w:tc>
        <w:tc>
          <w:tcPr>
            <w:tcW w:type="dxa" w:w="2880"/>
          </w:tcPr>
          <w:p>
            <w:r>
              <w:t>3301**********2311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罗佳文</w:t>
            </w:r>
          </w:p>
        </w:tc>
        <w:tc>
          <w:tcPr>
            <w:tcW w:type="dxa" w:w="2880"/>
          </w:tcPr>
          <w:p>
            <w:r>
              <w:t>1402**********910X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储沁园</w:t>
            </w:r>
          </w:p>
        </w:tc>
        <w:tc>
          <w:tcPr>
            <w:tcW w:type="dxa" w:w="2880"/>
          </w:tcPr>
          <w:p>
            <w:r>
              <w:t>3201**********4645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吕姿颖</w:t>
            </w:r>
          </w:p>
        </w:tc>
        <w:tc>
          <w:tcPr>
            <w:tcW w:type="dxa" w:w="2880"/>
          </w:tcPr>
          <w:p>
            <w:r>
              <w:t>5002**********002X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谭若阳</w:t>
            </w:r>
          </w:p>
        </w:tc>
        <w:tc>
          <w:tcPr>
            <w:tcW w:type="dxa" w:w="2880"/>
          </w:tcPr>
          <w:p>
            <w:r>
              <w:t>4301**********4625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张雪凤</w:t>
            </w:r>
          </w:p>
        </w:tc>
        <w:tc>
          <w:tcPr>
            <w:tcW w:type="dxa" w:w="2880"/>
          </w:tcPr>
          <w:p>
            <w:r>
              <w:t>3304**********3228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林熙</w:t>
            </w:r>
          </w:p>
        </w:tc>
        <w:tc>
          <w:tcPr>
            <w:tcW w:type="dxa" w:w="2880"/>
          </w:tcPr>
          <w:p>
            <w:r>
              <w:t>3325**********177X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隋雨彤</w:t>
            </w:r>
          </w:p>
        </w:tc>
        <w:tc>
          <w:tcPr>
            <w:tcW w:type="dxa" w:w="2880"/>
          </w:tcPr>
          <w:p>
            <w:r>
              <w:t>2107**********0448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楼梦圆</w:t>
            </w:r>
          </w:p>
        </w:tc>
        <w:tc>
          <w:tcPr>
            <w:tcW w:type="dxa" w:w="2880"/>
          </w:tcPr>
          <w:p>
            <w:r>
              <w:t>3306**********8229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顾昕</w:t>
            </w:r>
          </w:p>
        </w:tc>
        <w:tc>
          <w:tcPr>
            <w:tcW w:type="dxa" w:w="2880"/>
          </w:tcPr>
          <w:p>
            <w:r>
              <w:t>2302**********1325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徐冠文</w:t>
            </w:r>
          </w:p>
        </w:tc>
        <w:tc>
          <w:tcPr>
            <w:tcW w:type="dxa" w:w="2880"/>
          </w:tcPr>
          <w:p>
            <w:r>
              <w:t>3201**********3217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谢英姿</w:t>
            </w:r>
          </w:p>
        </w:tc>
        <w:tc>
          <w:tcPr>
            <w:tcW w:type="dxa" w:w="2880"/>
          </w:tcPr>
          <w:p>
            <w:r>
              <w:t>1302**********4520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程天媚</w:t>
            </w:r>
          </w:p>
        </w:tc>
        <w:tc>
          <w:tcPr>
            <w:tcW w:type="dxa" w:w="2880"/>
          </w:tcPr>
          <w:p>
            <w:r>
              <w:t>3208**********5980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戴泽涛</w:t>
            </w:r>
          </w:p>
        </w:tc>
        <w:tc>
          <w:tcPr>
            <w:tcW w:type="dxa" w:w="2880"/>
          </w:tcPr>
          <w:p>
            <w:r>
              <w:t>4415**********2758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崔子逸</w:t>
            </w:r>
          </w:p>
        </w:tc>
        <w:tc>
          <w:tcPr>
            <w:tcW w:type="dxa" w:w="2880"/>
          </w:tcPr>
          <w:p>
            <w:r>
              <w:t>4301**********3612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周鸣涛</w:t>
            </w:r>
          </w:p>
        </w:tc>
        <w:tc>
          <w:tcPr>
            <w:tcW w:type="dxa" w:w="2880"/>
          </w:tcPr>
          <w:p>
            <w:r>
              <w:t>3205**********8533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巩佳琦</w:t>
            </w:r>
          </w:p>
        </w:tc>
        <w:tc>
          <w:tcPr>
            <w:tcW w:type="dxa" w:w="2880"/>
          </w:tcPr>
          <w:p>
            <w:r>
              <w:t>3714**********3042</w:t>
            </w:r>
          </w:p>
        </w:tc>
        <w:tc>
          <w:tcPr>
            <w:tcW w:type="dxa" w:w="2880"/>
          </w:tcPr>
          <w:p>
            <w:r>
              <w:t>卓工专项</w:t>
            </w:r>
          </w:p>
        </w:tc>
      </w:tr>
      <w:tr>
        <w:tc>
          <w:tcPr>
            <w:tcW w:type="dxa" w:w="2880"/>
          </w:tcPr>
          <w:p>
            <w:r>
              <w:t>陈筱菲</w:t>
            </w:r>
          </w:p>
        </w:tc>
        <w:tc>
          <w:tcPr>
            <w:tcW w:type="dxa" w:w="2880"/>
          </w:tcPr>
          <w:p>
            <w:r>
              <w:t>3707**********4066</w:t>
            </w:r>
          </w:p>
        </w:tc>
        <w:tc>
          <w:tcPr>
            <w:tcW w:type="dxa" w:w="2880"/>
          </w:tcPr>
          <w:p>
            <w:r>
              <w:t>卓工专项</w:t>
            </w:r>
          </w:p>
        </w:tc>
      </w:tr>
    </w:tbl>
    <w:p>
      <w:r>
        <w:t>EndFragment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