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江南大学商学院2020年全国优秀大学生云端夏令营公告</w:t>
      </w:r>
    </w:p>
    <w:p>
      <w:r>
        <w:t>江南大学是教育部直属、国家“211工程”重点建设高校和一流学科建设高校，商学院设有“工商管理120200”、“应用经济学020200”、“管理科学与工程120100”三个一级学科学位授权点（学术学位），“物流工程与管理125604”、“工业工程与管理125603”两个专业硕士学位（MEM）授予点。为增进优秀本科生对我院学科专业、导师的了解，吸引更多的优秀人才加入，我院将开展“全国优秀大学生云端夏令营”工作，夏令营将于2020年7月20日-7月21日举行，现拟面向全国高校招收营员，申请工作自即日开始。</w:t>
      </w:r>
    </w:p>
    <w:p>
      <w:r>
        <w:t>一、申请条件：</w:t>
      </w:r>
    </w:p>
    <w:p>
      <w:r>
        <w:t>1、具有良好的思想品德和政治素质，遵纪守法，在校期间未受过任何法纪处分，身心健康。</w:t>
      </w:r>
    </w:p>
    <w:p>
      <w:r>
        <w:t>2、学习成绩优异，综合素质高，具备良好的研究生培养潜质，学风端正的2021届优秀应届本科毕业生。</w:t>
      </w:r>
    </w:p>
    <w:p>
      <w:r>
        <w:t>二、申请流程及审核：</w:t>
      </w:r>
    </w:p>
    <w:p>
      <w:r>
        <w:t>1、网上申请：请有报名意向的学生在江南大学研究生招生信息网“夏令营报名系统”填报申请信息，网址：http://gmis.jiangnan.edu.cn/zsgl2020/xlygl/。网报开始时间：2020年7月15日，网报截止日期：2020年7月19日上午12:00前。</w:t>
      </w:r>
    </w:p>
    <w:p>
      <w:r>
        <w:t>2、资格审核：7月19日由学院确定入选名单，请及时登录申请系统查询。入选营员须在7月20日前加入我院夏令营钉钉群，逾期未加入视放弃此资格。</w:t>
      </w:r>
    </w:p>
    <w:p>
      <w:r>
        <w:t>三、报到时间及活动安排：</w:t>
      </w:r>
    </w:p>
    <w:p>
      <w:r>
        <w:t>7月20日：营员报到（进入钉钉群，并签到）；</w:t>
      </w:r>
    </w:p>
    <w:p>
      <w:r>
        <w:t>7月21日：活动安排：</w:t>
      </w:r>
    </w:p>
    <w:p>
      <w:r>
        <w:t>我院将根据营员申请材料、营期综合考核情况，选拔出优秀营员，颁发优秀营员证书。优秀营员若获得所在本科院校推荐免试资格，可根据本人志愿，按国家招生录取相关规定，拟录取为我院对应专业2021级硕士研究生。四、优秀营员选拔：</w:t>
      </w:r>
    </w:p>
    <w:p>
      <w:r>
        <w:t>五、注意事项：</w:t>
      </w:r>
    </w:p>
    <w:p>
      <w:r>
        <w:t>1、申请材料须如实填写和提供；</w:t>
      </w:r>
    </w:p>
    <w:p>
      <w:r>
        <w:t>2、参加夏令营的营员必须遵守我院相关规定，按照统一的安排参加各项活动。</w:t>
      </w:r>
    </w:p>
    <w:p>
      <w:r>
        <w:t>欢迎有意向报考我院研究生的全国各地同学参加本次云端夏令营活动！</w:t>
      </w:r>
    </w:p>
    <w:p>
      <w:r>
        <w:t>联系方式：0510-85913592丁老师或者钉钉群（群号：35579924，二维码见下）。为保证信息安全，请勿以其他方式联系。</w:t>
      </w:r>
    </w:p>
    <w:p>
      <w:r>
        <w:t>入群说明：加群务必实名制，备注自己本科院校+报名专业+姓名。没有按照上述要求注明信息的，本群一律不予接受。</w:t>
      </w:r>
    </w:p>
    <w:p>
      <w:r>
        <w:t>关于夏令营资格审核结果及后期活动安排的通知将会在群里公布，请入群后密切关注群通知。</w:t>
      </w:r>
    </w:p>
    <w:p>
      <w:r>
        <w:t>附：江南大学商学院2020年全国优秀大学生云端夏令营报名钉钉群二维码：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