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江南大学光电信息与物理科学学院2027年接收推荐免试研究生复试名单公示</w:t>
      </w:r>
    </w:p>
    <w:p>
      <w:r>
        <w:t>顶部-start</w:t>
      </w:r>
    </w:p>
    <w:p>
      <w:r>
        <w:t>电脑搜索开始</w:t>
      </w:r>
    </w:p>
    <w:p>
      <w:r>
        <w:t>电脑搜索结束</w:t>
      </w:r>
    </w:p>
    <w:p>
      <w:r>
        <w:t>顶部-end</w:t>
      </w:r>
    </w:p>
    <w:p>
      <w:r>
        <w:t>主体开始</w:t>
      </w:r>
    </w:p>
    <w:p>
      <w:pPr>
        <w:pStyle w:val="Heading1"/>
      </w:pPr>
      <w:r>
        <w:t>通知公告</w:t>
      </w:r>
    </w:p>
    <w:p>
      <w:pPr>
        <w:pStyle w:val="ListBullet"/>
      </w:pPr>
      <w:r>
        <w:t>人才招聘</w:t>
      </w:r>
    </w:p>
    <w:p>
      <w:pPr>
        <w:pStyle w:val="ListBullet"/>
      </w:pPr>
      <w:r>
        <w:t>本科教育</w:t>
      </w:r>
    </w:p>
    <w:p>
      <w:pPr>
        <w:pStyle w:val="ListBullet"/>
      </w:pPr>
      <w:r>
        <w:t>学生活动</w:t>
      </w:r>
    </w:p>
    <w:p>
      <w:pPr>
        <w:pStyle w:val="ListBullet"/>
      </w:pPr>
      <w:r>
        <w:t>学术交流</w:t>
      </w:r>
    </w:p>
    <w:p>
      <w:pPr>
        <w:pStyle w:val="ListBullet"/>
      </w:pPr>
      <w:r>
        <w:t>研究生招生</w:t>
      </w:r>
    </w:p>
    <w:p>
      <w:pPr>
        <w:pStyle w:val="ListBullet"/>
      </w:pPr>
      <w:r>
        <w:t>评奖评优</w:t>
      </w:r>
    </w:p>
    <w:p>
      <w:pPr>
        <w:pStyle w:val="Heading2"/>
      </w:pPr>
      <w:r>
        <w:t>通知公告</w:t>
      </w:r>
    </w:p>
    <w:p>
      <w:pPr>
        <w:pStyle w:val="ListBullet"/>
      </w:pPr>
      <w:r>
        <w:t>人才招聘</w:t>
      </w:r>
    </w:p>
    <w:p>
      <w:pPr>
        <w:pStyle w:val="ListBullet"/>
      </w:pPr>
      <w:r>
        <w:t>本科教育</w:t>
      </w:r>
    </w:p>
    <w:p>
      <w:pPr>
        <w:pStyle w:val="ListBullet"/>
      </w:pPr>
      <w:r>
        <w:t>学生活动</w:t>
      </w:r>
    </w:p>
    <w:p>
      <w:pPr>
        <w:pStyle w:val="ListBullet"/>
      </w:pPr>
      <w:r>
        <w:t>学术交流</w:t>
      </w:r>
    </w:p>
    <w:p>
      <w:pPr>
        <w:pStyle w:val="ListBullet"/>
      </w:pPr>
      <w:r>
        <w:t>研究生招生</w:t>
      </w:r>
    </w:p>
    <w:p>
      <w:pPr>
        <w:pStyle w:val="ListBullet"/>
      </w:pPr>
      <w:r>
        <w:t>评奖评优</w:t>
      </w:r>
    </w:p>
    <w:p>
      <w:r>
        <w:t>首页&gt;&gt;通知公告&gt;&gt;正文</w:t>
      </w:r>
    </w:p>
    <w:p>
      <w:r>
        <w:t>作者：光电信息与物理科学学院</w:t>
      </w:r>
    </w:p>
    <w:p>
      <w:r>
        <w:t>发布时间：2026-09-23</w:t>
      </w:r>
    </w:p>
    <w:p>
      <w:r>
        <w:t>点击次数：174</w:t>
      </w:r>
    </w:p>
    <w:p>
      <w:r>
        <w:t>江南大学光电信息与物理科学学院2027年接收推荐免试研究生复试名单详见附件。</w:t>
      </w:r>
    </w:p>
    <w:p>
      <w:pPr>
        <w:pStyle w:val="ListBullet"/>
      </w:pPr>
      <w:r>
        <w:t>附件【光电信息与物理科学学院2027年接收推荐免试研究生复试名单.doc】已下载69次</w:t>
      </w:r>
    </w:p>
    <w:p>
      <w:r>
        <w:t>下一篇：江南大学国家卓越工程师学院2027年接收推荐免试研究生工作（卓工专项）</w:t>
      </w:r>
    </w:p>
    <w:p>
      <w:r>
        <w:t>主体结束</w:t>
      </w:r>
    </w:p>
    <w:p>
      <w:r>
        <w:t>foot-start</w:t>
      </w:r>
    </w:p>
    <w:p>
      <w:r>
        <w:t>foot-end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