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江南大学人工智能与计算机学院（软件学院）2025年推免生第二轮报名工作通知</w:t>
      </w:r>
    </w:p>
    <w:p>
      <w:r>
        <w:t>各位考生：</w:t>
      </w:r>
    </w:p>
    <w:p>
      <w:r>
        <w:t>我院软件工程（085405）和人工智能（085410）两个专业还有少量名额可招收推免生，请有意报考的考生在“全国推荐免试攻读研究生信息公开管理服务系统”（https://yz.chsi.com.cn/tm，以下简称“推免服务系统”）结束之前填报我院志愿，学院将在第一时间对报考信息进行审核、安排复试。</w:t>
      </w:r>
    </w:p>
    <w:p>
      <w:r>
        <w:t>请考生在“推免服务系统”填报后，将以下材料（原件扫描件）按照“姓名+推免”命名后发送到邮箱qzuo@jiangnan.edu.cn，其中材料包括本人有效身份证件和学生证、本科学习成绩单（须加盖学校教务处或学院公章）、外语能力证明、获奖证明及其他能反映研究能力和创新潜质等的材料。</w:t>
      </w:r>
    </w:p>
    <w:p>
      <w:r>
        <w:t>本次推免复试考核采用腾讯视频线上复试方式，复试日期另行通知。申请者在收到我院复试通知后，应按规定的时间参加复试，未按时参加者视为自动放弃，请考生务必保持通讯畅通。</w:t>
      </w:r>
    </w:p>
    <w:p>
      <w:r>
        <w:t>其他说明详见《江南大学人工智能与计算机学院（软件学院）2025年接收推荐免试研究生工作细则》(https://ai.jiangnan.edu.cn/info/1055/3923.htm)。</w:t>
      </w:r>
    </w:p>
    <w:p>
      <w:r>
        <w:t>联系人：左老师；</w:t>
      </w:r>
    </w:p>
    <w:p>
      <w:r>
        <w:t>咨询电话：0510-85197072；</w:t>
      </w:r>
    </w:p>
    <w:p>
      <w:r>
        <w:t>咨询邮箱：qzuo@jiangnan.edu.cn；</w:t>
      </w:r>
    </w:p>
    <w:p>
      <w:r>
        <w:t>联系地址：无锡市滨湖区蠡湖大道1800号。</w:t>
      </w:r>
    </w:p>
    <w:p>
      <w:r>
        <w:t>江南大学人工智能与计算机学院（软件学院）</w:t>
      </w:r>
    </w:p>
    <w:p>
      <w:r>
        <w:t>2024年10月8日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