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江南大学人工智能与计算机学院2027年接收推荐免试研究生复试名单公示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姓名</w:t>
            </w:r>
          </w:p>
        </w:tc>
        <w:tc>
          <w:tcPr>
            <w:tcW w:type="dxa" w:w="4320"/>
          </w:tcPr>
          <w:p>
            <w:r>
              <w:t>身份证号</w:t>
            </w:r>
          </w:p>
        </w:tc>
      </w:tr>
      <w:tr>
        <w:tc>
          <w:tcPr>
            <w:tcW w:type="dxa" w:w="4320"/>
          </w:tcPr>
          <w:p>
            <w:r>
              <w:t>李荣康</w:t>
            </w:r>
          </w:p>
        </w:tc>
        <w:tc>
          <w:tcPr>
            <w:tcW w:type="dxa" w:w="4320"/>
          </w:tcPr>
          <w:p>
            <w:r>
              <w:t>4107**********2519</w:t>
            </w:r>
          </w:p>
        </w:tc>
      </w:tr>
      <w:tr>
        <w:tc>
          <w:tcPr>
            <w:tcW w:type="dxa" w:w="4320"/>
          </w:tcPr>
          <w:p>
            <w:r>
              <w:t>叶子奕</w:t>
            </w:r>
          </w:p>
        </w:tc>
        <w:tc>
          <w:tcPr>
            <w:tcW w:type="dxa" w:w="4320"/>
          </w:tcPr>
          <w:p>
            <w:r>
              <w:t>3708**********3921</w:t>
            </w:r>
          </w:p>
        </w:tc>
      </w:tr>
      <w:tr>
        <w:tc>
          <w:tcPr>
            <w:tcW w:type="dxa" w:w="4320"/>
          </w:tcPr>
          <w:p>
            <w:r>
              <w:t>胡怡杰</w:t>
            </w:r>
          </w:p>
        </w:tc>
        <w:tc>
          <w:tcPr>
            <w:tcW w:type="dxa" w:w="4320"/>
          </w:tcPr>
          <w:p>
            <w:r>
              <w:t>1305**********8284</w:t>
            </w:r>
          </w:p>
        </w:tc>
      </w:tr>
      <w:tr>
        <w:tc>
          <w:tcPr>
            <w:tcW w:type="dxa" w:w="4320"/>
          </w:tcPr>
          <w:p>
            <w:r>
              <w:t>张天恩</w:t>
            </w:r>
          </w:p>
        </w:tc>
        <w:tc>
          <w:tcPr>
            <w:tcW w:type="dxa" w:w="4320"/>
          </w:tcPr>
          <w:p>
            <w:r>
              <w:t>5002**********775X</w:t>
            </w:r>
          </w:p>
        </w:tc>
      </w:tr>
      <w:tr>
        <w:tc>
          <w:tcPr>
            <w:tcW w:type="dxa" w:w="4320"/>
          </w:tcPr>
          <w:p>
            <w:r>
              <w:t>程德君</w:t>
            </w:r>
          </w:p>
        </w:tc>
        <w:tc>
          <w:tcPr>
            <w:tcW w:type="dxa" w:w="4320"/>
          </w:tcPr>
          <w:p>
            <w:r>
              <w:t>3715**********1030</w:t>
            </w:r>
          </w:p>
        </w:tc>
      </w:tr>
      <w:tr>
        <w:tc>
          <w:tcPr>
            <w:tcW w:type="dxa" w:w="4320"/>
          </w:tcPr>
          <w:p>
            <w:r>
              <w:t>吴艳</w:t>
            </w:r>
          </w:p>
        </w:tc>
        <w:tc>
          <w:tcPr>
            <w:tcW w:type="dxa" w:w="4320"/>
          </w:tcPr>
          <w:p>
            <w:r>
              <w:t>3507**********3028</w:t>
            </w:r>
          </w:p>
        </w:tc>
      </w:tr>
      <w:tr>
        <w:tc>
          <w:tcPr>
            <w:tcW w:type="dxa" w:w="4320"/>
          </w:tcPr>
          <w:p>
            <w:r>
              <w:t>季佳怡</w:t>
            </w:r>
          </w:p>
        </w:tc>
        <w:tc>
          <w:tcPr>
            <w:tcW w:type="dxa" w:w="4320"/>
          </w:tcPr>
          <w:p>
            <w:r>
              <w:t>3212**********9087</w:t>
            </w:r>
          </w:p>
        </w:tc>
      </w:tr>
      <w:tr>
        <w:tc>
          <w:tcPr>
            <w:tcW w:type="dxa" w:w="4320"/>
          </w:tcPr>
          <w:p>
            <w:r>
              <w:t>侯文静</w:t>
            </w:r>
          </w:p>
        </w:tc>
        <w:tc>
          <w:tcPr>
            <w:tcW w:type="dxa" w:w="4320"/>
          </w:tcPr>
          <w:p>
            <w:r>
              <w:t>3411**********5025</w:t>
            </w:r>
          </w:p>
        </w:tc>
      </w:tr>
      <w:tr>
        <w:tc>
          <w:tcPr>
            <w:tcW w:type="dxa" w:w="4320"/>
          </w:tcPr>
          <w:p>
            <w:r>
              <w:t>冯蕾</w:t>
            </w:r>
          </w:p>
        </w:tc>
        <w:tc>
          <w:tcPr>
            <w:tcW w:type="dxa" w:w="4320"/>
          </w:tcPr>
          <w:p>
            <w:r>
              <w:t>3204**********7822</w:t>
            </w:r>
          </w:p>
        </w:tc>
      </w:tr>
      <w:tr>
        <w:tc>
          <w:tcPr>
            <w:tcW w:type="dxa" w:w="4320"/>
          </w:tcPr>
          <w:p>
            <w:r>
              <w:t>张朦丹</w:t>
            </w:r>
          </w:p>
        </w:tc>
        <w:tc>
          <w:tcPr>
            <w:tcW w:type="dxa" w:w="4320"/>
          </w:tcPr>
          <w:p>
            <w:r>
              <w:t>3206**********0607</w:t>
            </w:r>
          </w:p>
        </w:tc>
      </w:tr>
      <w:tr>
        <w:tc>
          <w:tcPr>
            <w:tcW w:type="dxa" w:w="4320"/>
          </w:tcPr>
          <w:p>
            <w:r>
              <w:t>杨茗涵</w:t>
            </w:r>
          </w:p>
        </w:tc>
        <w:tc>
          <w:tcPr>
            <w:tcW w:type="dxa" w:w="4320"/>
          </w:tcPr>
          <w:p>
            <w:r>
              <w:t>3204**********5429</w:t>
            </w:r>
          </w:p>
        </w:tc>
      </w:tr>
      <w:tr>
        <w:tc>
          <w:tcPr>
            <w:tcW w:type="dxa" w:w="4320"/>
          </w:tcPr>
          <w:p>
            <w:r>
              <w:t>秦韩封</w:t>
            </w:r>
          </w:p>
        </w:tc>
        <w:tc>
          <w:tcPr>
            <w:tcW w:type="dxa" w:w="4320"/>
          </w:tcPr>
          <w:p>
            <w:r>
              <w:t>4114**********105X</w:t>
            </w:r>
          </w:p>
        </w:tc>
      </w:tr>
      <w:tr>
        <w:tc>
          <w:tcPr>
            <w:tcW w:type="dxa" w:w="4320"/>
          </w:tcPr>
          <w:p>
            <w:r>
              <w:t>武鹏</w:t>
            </w:r>
          </w:p>
        </w:tc>
        <w:tc>
          <w:tcPr>
            <w:tcW w:type="dxa" w:w="4320"/>
          </w:tcPr>
          <w:p>
            <w:r>
              <w:t>4117**********2512</w:t>
            </w:r>
          </w:p>
        </w:tc>
      </w:tr>
      <w:tr>
        <w:tc>
          <w:tcPr>
            <w:tcW w:type="dxa" w:w="4320"/>
          </w:tcPr>
          <w:p>
            <w:r>
              <w:t>孙梦云</w:t>
            </w:r>
          </w:p>
        </w:tc>
        <w:tc>
          <w:tcPr>
            <w:tcW w:type="dxa" w:w="4320"/>
          </w:tcPr>
          <w:p>
            <w:r>
              <w:t>3404**********5220</w:t>
            </w:r>
          </w:p>
        </w:tc>
      </w:tr>
      <w:tr>
        <w:tc>
          <w:tcPr>
            <w:tcW w:type="dxa" w:w="4320"/>
          </w:tcPr>
          <w:p>
            <w:r>
              <w:t>吕絮</w:t>
            </w:r>
          </w:p>
        </w:tc>
        <w:tc>
          <w:tcPr>
            <w:tcW w:type="dxa" w:w="4320"/>
          </w:tcPr>
          <w:p>
            <w:r>
              <w:t>3203**********2965</w:t>
            </w:r>
          </w:p>
        </w:tc>
      </w:tr>
      <w:tr>
        <w:tc>
          <w:tcPr>
            <w:tcW w:type="dxa" w:w="4320"/>
          </w:tcPr>
          <w:p>
            <w:r>
              <w:t>任陈晨</w:t>
            </w:r>
          </w:p>
        </w:tc>
        <w:tc>
          <w:tcPr>
            <w:tcW w:type="dxa" w:w="4320"/>
          </w:tcPr>
          <w:p>
            <w:r>
              <w:t>3209**********4228</w:t>
            </w:r>
          </w:p>
        </w:tc>
      </w:tr>
      <w:tr>
        <w:tc>
          <w:tcPr>
            <w:tcW w:type="dxa" w:w="4320"/>
          </w:tcPr>
          <w:p>
            <w:r>
              <w:t>魏兴森</w:t>
            </w:r>
          </w:p>
        </w:tc>
        <w:tc>
          <w:tcPr>
            <w:tcW w:type="dxa" w:w="4320"/>
          </w:tcPr>
          <w:p>
            <w:r>
              <w:t>3210**********4210</w:t>
            </w:r>
          </w:p>
        </w:tc>
      </w:tr>
      <w:tr>
        <w:tc>
          <w:tcPr>
            <w:tcW w:type="dxa" w:w="4320"/>
          </w:tcPr>
          <w:p>
            <w:r>
              <w:t>江宇星</w:t>
            </w:r>
          </w:p>
        </w:tc>
        <w:tc>
          <w:tcPr>
            <w:tcW w:type="dxa" w:w="4320"/>
          </w:tcPr>
          <w:p>
            <w:r>
              <w:t>3301**********3111</w:t>
            </w:r>
          </w:p>
        </w:tc>
      </w:tr>
      <w:tr>
        <w:tc>
          <w:tcPr>
            <w:tcW w:type="dxa" w:w="4320"/>
          </w:tcPr>
          <w:p>
            <w:r>
              <w:t>金琦宜</w:t>
            </w:r>
          </w:p>
        </w:tc>
        <w:tc>
          <w:tcPr>
            <w:tcW w:type="dxa" w:w="4320"/>
          </w:tcPr>
          <w:p>
            <w:r>
              <w:t>3213**********0637</w:t>
            </w:r>
          </w:p>
        </w:tc>
      </w:tr>
      <w:tr>
        <w:tc>
          <w:tcPr>
            <w:tcW w:type="dxa" w:w="4320"/>
          </w:tcPr>
          <w:p>
            <w:r>
              <w:t>陆锡茜</w:t>
            </w:r>
          </w:p>
        </w:tc>
        <w:tc>
          <w:tcPr>
            <w:tcW w:type="dxa" w:w="4320"/>
          </w:tcPr>
          <w:p>
            <w:r>
              <w:t>3202**********0946</w:t>
            </w:r>
          </w:p>
        </w:tc>
      </w:tr>
      <w:tr>
        <w:tc>
          <w:tcPr>
            <w:tcW w:type="dxa" w:w="4320"/>
          </w:tcPr>
          <w:p>
            <w:r>
              <w:t>梅成杰</w:t>
            </w:r>
          </w:p>
        </w:tc>
        <w:tc>
          <w:tcPr>
            <w:tcW w:type="dxa" w:w="4320"/>
          </w:tcPr>
          <w:p>
            <w:r>
              <w:t>4307**********013X</w:t>
            </w:r>
          </w:p>
        </w:tc>
      </w:tr>
      <w:tr>
        <w:tc>
          <w:tcPr>
            <w:tcW w:type="dxa" w:w="4320"/>
          </w:tcPr>
          <w:p>
            <w:r>
              <w:t>乔睿智</w:t>
            </w:r>
          </w:p>
        </w:tc>
        <w:tc>
          <w:tcPr>
            <w:tcW w:type="dxa" w:w="4320"/>
          </w:tcPr>
          <w:p>
            <w:r>
              <w:t>1402**********7975</w:t>
            </w:r>
          </w:p>
        </w:tc>
      </w:tr>
      <w:tr>
        <w:tc>
          <w:tcPr>
            <w:tcW w:type="dxa" w:w="4320"/>
          </w:tcPr>
          <w:p>
            <w:r>
              <w:t>王京</w:t>
            </w:r>
          </w:p>
        </w:tc>
        <w:tc>
          <w:tcPr>
            <w:tcW w:type="dxa" w:w="4320"/>
          </w:tcPr>
          <w:p>
            <w:r>
              <w:t>3711**********0035</w:t>
            </w:r>
          </w:p>
        </w:tc>
      </w:tr>
      <w:tr>
        <w:tc>
          <w:tcPr>
            <w:tcW w:type="dxa" w:w="4320"/>
          </w:tcPr>
          <w:p>
            <w:r>
              <w:t>陈思炀</w:t>
            </w:r>
          </w:p>
        </w:tc>
        <w:tc>
          <w:tcPr>
            <w:tcW w:type="dxa" w:w="4320"/>
          </w:tcPr>
          <w:p>
            <w:r>
              <w:t>3509**********0013</w:t>
            </w:r>
          </w:p>
        </w:tc>
      </w:tr>
      <w:tr>
        <w:tc>
          <w:tcPr>
            <w:tcW w:type="dxa" w:w="4320"/>
          </w:tcPr>
          <w:p>
            <w:r>
              <w:t>刘佳琦</w:t>
            </w:r>
          </w:p>
        </w:tc>
        <w:tc>
          <w:tcPr>
            <w:tcW w:type="dxa" w:w="4320"/>
          </w:tcPr>
          <w:p>
            <w:r>
              <w:t>3713**********3163</w:t>
            </w:r>
          </w:p>
        </w:tc>
      </w:tr>
      <w:tr>
        <w:tc>
          <w:tcPr>
            <w:tcW w:type="dxa" w:w="4320"/>
          </w:tcPr>
          <w:p>
            <w:r>
              <w:t>裴宇</w:t>
            </w:r>
          </w:p>
        </w:tc>
        <w:tc>
          <w:tcPr>
            <w:tcW w:type="dxa" w:w="4320"/>
          </w:tcPr>
          <w:p>
            <w:r>
              <w:t>4211**********0252</w:t>
            </w:r>
          </w:p>
        </w:tc>
      </w:tr>
      <w:tr>
        <w:tc>
          <w:tcPr>
            <w:tcW w:type="dxa" w:w="4320"/>
          </w:tcPr>
          <w:p>
            <w:r>
              <w:t>唐红帆</w:t>
            </w:r>
          </w:p>
        </w:tc>
        <w:tc>
          <w:tcPr>
            <w:tcW w:type="dxa" w:w="4320"/>
          </w:tcPr>
          <w:p>
            <w:r>
              <w:t>2101**********3228</w:t>
            </w:r>
          </w:p>
        </w:tc>
      </w:tr>
      <w:tr>
        <w:tc>
          <w:tcPr>
            <w:tcW w:type="dxa" w:w="4320"/>
          </w:tcPr>
          <w:p>
            <w:r>
              <w:t>王京宁</w:t>
            </w:r>
          </w:p>
        </w:tc>
        <w:tc>
          <w:tcPr>
            <w:tcW w:type="dxa" w:w="4320"/>
          </w:tcPr>
          <w:p>
            <w:r>
              <w:t>3201**********0826</w:t>
            </w:r>
          </w:p>
        </w:tc>
      </w:tr>
      <w:tr>
        <w:tc>
          <w:tcPr>
            <w:tcW w:type="dxa" w:w="4320"/>
          </w:tcPr>
          <w:p>
            <w:r>
              <w:t>池长俊</w:t>
            </w:r>
          </w:p>
        </w:tc>
        <w:tc>
          <w:tcPr>
            <w:tcW w:type="dxa" w:w="4320"/>
          </w:tcPr>
          <w:p>
            <w:r>
              <w:t>3303**********6812</w:t>
            </w:r>
          </w:p>
        </w:tc>
      </w:tr>
      <w:tr>
        <w:tc>
          <w:tcPr>
            <w:tcW w:type="dxa" w:w="4320"/>
          </w:tcPr>
          <w:p>
            <w:r>
              <w:t>邓赛男</w:t>
            </w:r>
          </w:p>
        </w:tc>
        <w:tc>
          <w:tcPr>
            <w:tcW w:type="dxa" w:w="4320"/>
          </w:tcPr>
          <w:p>
            <w:r>
              <w:t>4312**********0105</w:t>
            </w:r>
          </w:p>
        </w:tc>
      </w:tr>
      <w:tr>
        <w:tc>
          <w:tcPr>
            <w:tcW w:type="dxa" w:w="4320"/>
          </w:tcPr>
          <w:p>
            <w:r>
              <w:t>戚正阳</w:t>
            </w:r>
          </w:p>
        </w:tc>
        <w:tc>
          <w:tcPr>
            <w:tcW w:type="dxa" w:w="4320"/>
          </w:tcPr>
          <w:p>
            <w:r>
              <w:t>3210**********1115</w:t>
            </w:r>
          </w:p>
        </w:tc>
      </w:tr>
      <w:tr>
        <w:tc>
          <w:tcPr>
            <w:tcW w:type="dxa" w:w="4320"/>
          </w:tcPr>
          <w:p>
            <w:r>
              <w:t>杨星晨</w:t>
            </w:r>
          </w:p>
        </w:tc>
        <w:tc>
          <w:tcPr>
            <w:tcW w:type="dxa" w:w="4320"/>
          </w:tcPr>
          <w:p>
            <w:r>
              <w:t>3208**********4514</w:t>
            </w:r>
          </w:p>
        </w:tc>
      </w:tr>
      <w:tr>
        <w:tc>
          <w:tcPr>
            <w:tcW w:type="dxa" w:w="4320"/>
          </w:tcPr>
          <w:p>
            <w:r>
              <w:t>周嘉浩</w:t>
            </w:r>
          </w:p>
        </w:tc>
        <w:tc>
          <w:tcPr>
            <w:tcW w:type="dxa" w:w="4320"/>
          </w:tcPr>
          <w:p>
            <w:r>
              <w:t>3308**********0710</w:t>
            </w:r>
          </w:p>
        </w:tc>
      </w:tr>
      <w:tr>
        <w:tc>
          <w:tcPr>
            <w:tcW w:type="dxa" w:w="4320"/>
          </w:tcPr>
          <w:p>
            <w:r>
              <w:t>梅俊豪</w:t>
            </w:r>
          </w:p>
        </w:tc>
        <w:tc>
          <w:tcPr>
            <w:tcW w:type="dxa" w:w="4320"/>
          </w:tcPr>
          <w:p>
            <w:r>
              <w:t>3203**********2134</w:t>
            </w:r>
          </w:p>
        </w:tc>
      </w:tr>
      <w:tr>
        <w:tc>
          <w:tcPr>
            <w:tcW w:type="dxa" w:w="4320"/>
          </w:tcPr>
          <w:p>
            <w:r>
              <w:t>田吉瑞</w:t>
            </w:r>
          </w:p>
        </w:tc>
        <w:tc>
          <w:tcPr>
            <w:tcW w:type="dxa" w:w="4320"/>
          </w:tcPr>
          <w:p>
            <w:r>
              <w:t>4201**********2538</w:t>
            </w:r>
          </w:p>
        </w:tc>
      </w:tr>
      <w:tr>
        <w:tc>
          <w:tcPr>
            <w:tcW w:type="dxa" w:w="4320"/>
          </w:tcPr>
          <w:p>
            <w:r>
              <w:t>王仪</w:t>
            </w:r>
          </w:p>
        </w:tc>
        <w:tc>
          <w:tcPr>
            <w:tcW w:type="dxa" w:w="4320"/>
          </w:tcPr>
          <w:p>
            <w:r>
              <w:t>4103**********7543</w:t>
            </w:r>
          </w:p>
        </w:tc>
      </w:tr>
      <w:tr>
        <w:tc>
          <w:tcPr>
            <w:tcW w:type="dxa" w:w="4320"/>
          </w:tcPr>
          <w:p>
            <w:r>
              <w:t>孔湘霖</w:t>
            </w:r>
          </w:p>
        </w:tc>
        <w:tc>
          <w:tcPr>
            <w:tcW w:type="dxa" w:w="4320"/>
          </w:tcPr>
          <w:p>
            <w:r>
              <w:t>1405**********9769</w:t>
            </w:r>
          </w:p>
        </w:tc>
      </w:tr>
      <w:tr>
        <w:tc>
          <w:tcPr>
            <w:tcW w:type="dxa" w:w="4320"/>
          </w:tcPr>
          <w:p>
            <w:r>
              <w:t>刘鸿仪</w:t>
            </w:r>
          </w:p>
        </w:tc>
        <w:tc>
          <w:tcPr>
            <w:tcW w:type="dxa" w:w="4320"/>
          </w:tcPr>
          <w:p>
            <w:r>
              <w:t>2114**********0028</w:t>
            </w:r>
          </w:p>
        </w:tc>
      </w:tr>
      <w:tr>
        <w:tc>
          <w:tcPr>
            <w:tcW w:type="dxa" w:w="4320"/>
          </w:tcPr>
          <w:p>
            <w:r>
              <w:t>李行</w:t>
            </w:r>
          </w:p>
        </w:tc>
        <w:tc>
          <w:tcPr>
            <w:tcW w:type="dxa" w:w="4320"/>
          </w:tcPr>
          <w:p>
            <w:r>
              <w:t>3717**********571X</w:t>
            </w:r>
          </w:p>
        </w:tc>
      </w:tr>
      <w:tr>
        <w:tc>
          <w:tcPr>
            <w:tcW w:type="dxa" w:w="4320"/>
          </w:tcPr>
          <w:p>
            <w:r>
              <w:t>李珈辰</w:t>
            </w:r>
          </w:p>
        </w:tc>
        <w:tc>
          <w:tcPr>
            <w:tcW w:type="dxa" w:w="4320"/>
          </w:tcPr>
          <w:p>
            <w:r>
              <w:t>4306**********0132</w:t>
            </w:r>
          </w:p>
        </w:tc>
      </w:tr>
      <w:tr>
        <w:tc>
          <w:tcPr>
            <w:tcW w:type="dxa" w:w="4320"/>
          </w:tcPr>
          <w:p>
            <w:r>
              <w:t>徐硕</w:t>
            </w:r>
          </w:p>
        </w:tc>
        <w:tc>
          <w:tcPr>
            <w:tcW w:type="dxa" w:w="4320"/>
          </w:tcPr>
          <w:p>
            <w:r>
              <w:t>3713**********8353</w:t>
            </w:r>
          </w:p>
        </w:tc>
      </w:tr>
      <w:tr>
        <w:tc>
          <w:tcPr>
            <w:tcW w:type="dxa" w:w="4320"/>
          </w:tcPr>
          <w:p>
            <w:r>
              <w:t>陈明波</w:t>
            </w:r>
          </w:p>
        </w:tc>
        <w:tc>
          <w:tcPr>
            <w:tcW w:type="dxa" w:w="4320"/>
          </w:tcPr>
          <w:p>
            <w:r>
              <w:t>5002**********7256</w:t>
            </w:r>
          </w:p>
        </w:tc>
      </w:tr>
      <w:tr>
        <w:tc>
          <w:tcPr>
            <w:tcW w:type="dxa" w:w="4320"/>
          </w:tcPr>
          <w:p>
            <w:r>
              <w:t>刘潇娅</w:t>
            </w:r>
          </w:p>
        </w:tc>
        <w:tc>
          <w:tcPr>
            <w:tcW w:type="dxa" w:w="4320"/>
          </w:tcPr>
          <w:p>
            <w:r>
              <w:t>3713**********0723</w:t>
            </w:r>
          </w:p>
        </w:tc>
      </w:tr>
      <w:tr>
        <w:tc>
          <w:tcPr>
            <w:tcW w:type="dxa" w:w="4320"/>
          </w:tcPr>
          <w:p>
            <w:r>
              <w:t>乐辰鹏</w:t>
            </w:r>
          </w:p>
        </w:tc>
        <w:tc>
          <w:tcPr>
            <w:tcW w:type="dxa" w:w="4320"/>
          </w:tcPr>
          <w:p>
            <w:r>
              <w:t>3418**********5633</w:t>
            </w:r>
          </w:p>
        </w:tc>
      </w:tr>
      <w:tr>
        <w:tc>
          <w:tcPr>
            <w:tcW w:type="dxa" w:w="4320"/>
          </w:tcPr>
          <w:p>
            <w:r>
              <w:t>邵昱铭</w:t>
            </w:r>
          </w:p>
        </w:tc>
        <w:tc>
          <w:tcPr>
            <w:tcW w:type="dxa" w:w="4320"/>
          </w:tcPr>
          <w:p>
            <w:r>
              <w:t>2101**********4616</w:t>
            </w:r>
          </w:p>
        </w:tc>
      </w:tr>
      <w:tr>
        <w:tc>
          <w:tcPr>
            <w:tcW w:type="dxa" w:w="4320"/>
          </w:tcPr>
          <w:p>
            <w:r>
              <w:t>唐炜宁</w:t>
            </w:r>
          </w:p>
        </w:tc>
        <w:tc>
          <w:tcPr>
            <w:tcW w:type="dxa" w:w="4320"/>
          </w:tcPr>
          <w:p>
            <w:r>
              <w:t>3202**********1327</w:t>
            </w:r>
          </w:p>
        </w:tc>
      </w:tr>
      <w:tr>
        <w:tc>
          <w:tcPr>
            <w:tcW w:type="dxa" w:w="4320"/>
          </w:tcPr>
          <w:p>
            <w:r>
              <w:t>卿薇</w:t>
            </w:r>
          </w:p>
        </w:tc>
        <w:tc>
          <w:tcPr>
            <w:tcW w:type="dxa" w:w="4320"/>
          </w:tcPr>
          <w:p>
            <w:r>
              <w:t>4311**********0245</w:t>
            </w:r>
          </w:p>
        </w:tc>
      </w:tr>
      <w:tr>
        <w:tc>
          <w:tcPr>
            <w:tcW w:type="dxa" w:w="4320"/>
          </w:tcPr>
          <w:p>
            <w:r>
              <w:t>宋婧蓉</w:t>
            </w:r>
          </w:p>
        </w:tc>
        <w:tc>
          <w:tcPr>
            <w:tcW w:type="dxa" w:w="4320"/>
          </w:tcPr>
          <w:p>
            <w:r>
              <w:t>4302**********0144</w:t>
            </w:r>
          </w:p>
        </w:tc>
      </w:tr>
      <w:tr>
        <w:tc>
          <w:tcPr>
            <w:tcW w:type="dxa" w:w="4320"/>
          </w:tcPr>
          <w:p>
            <w:r>
              <w:t>杨玲</w:t>
            </w:r>
          </w:p>
        </w:tc>
        <w:tc>
          <w:tcPr>
            <w:tcW w:type="dxa" w:w="4320"/>
          </w:tcPr>
          <w:p>
            <w:r>
              <w:t>4305**********506X</w:t>
            </w:r>
          </w:p>
        </w:tc>
      </w:tr>
      <w:tr>
        <w:tc>
          <w:tcPr>
            <w:tcW w:type="dxa" w:w="4320"/>
          </w:tcPr>
          <w:p>
            <w:r>
              <w:t>何叔娟</w:t>
            </w:r>
          </w:p>
        </w:tc>
        <w:tc>
          <w:tcPr>
            <w:tcW w:type="dxa" w:w="4320"/>
          </w:tcPr>
          <w:p>
            <w:r>
              <w:t>4310**********0102</w:t>
            </w:r>
          </w:p>
        </w:tc>
      </w:tr>
      <w:tr>
        <w:tc>
          <w:tcPr>
            <w:tcW w:type="dxa" w:w="4320"/>
          </w:tcPr>
          <w:p>
            <w:r>
              <w:t>李承宇</w:t>
            </w:r>
          </w:p>
        </w:tc>
        <w:tc>
          <w:tcPr>
            <w:tcW w:type="dxa" w:w="4320"/>
          </w:tcPr>
          <w:p>
            <w:r>
              <w:t>2205**********0173</w:t>
            </w:r>
          </w:p>
        </w:tc>
      </w:tr>
      <w:tr>
        <w:tc>
          <w:tcPr>
            <w:tcW w:type="dxa" w:w="4320"/>
          </w:tcPr>
          <w:p>
            <w:r>
              <w:t>谭志杰</w:t>
            </w:r>
          </w:p>
        </w:tc>
        <w:tc>
          <w:tcPr>
            <w:tcW w:type="dxa" w:w="4320"/>
          </w:tcPr>
          <w:p>
            <w:r>
              <w:t>3212**********8517</w:t>
            </w:r>
          </w:p>
        </w:tc>
      </w:tr>
      <w:tr>
        <w:tc>
          <w:tcPr>
            <w:tcW w:type="dxa" w:w="4320"/>
          </w:tcPr>
          <w:p>
            <w:r>
              <w:t>王贾豪</w:t>
            </w:r>
          </w:p>
        </w:tc>
        <w:tc>
          <w:tcPr>
            <w:tcW w:type="dxa" w:w="4320"/>
          </w:tcPr>
          <w:p>
            <w:r>
              <w:t>3707**********0339</w:t>
            </w:r>
          </w:p>
        </w:tc>
      </w:tr>
      <w:tr>
        <w:tc>
          <w:tcPr>
            <w:tcW w:type="dxa" w:w="4320"/>
          </w:tcPr>
          <w:p>
            <w:r>
              <w:t>陈祺鸣</w:t>
            </w:r>
          </w:p>
        </w:tc>
        <w:tc>
          <w:tcPr>
            <w:tcW w:type="dxa" w:w="4320"/>
          </w:tcPr>
          <w:p>
            <w:r>
              <w:t>3505**********1015</w:t>
            </w:r>
          </w:p>
        </w:tc>
      </w:tr>
      <w:tr>
        <w:tc>
          <w:tcPr>
            <w:tcW w:type="dxa" w:w="4320"/>
          </w:tcPr>
          <w:p>
            <w:r>
              <w:t>宋瑶</w:t>
            </w:r>
          </w:p>
        </w:tc>
        <w:tc>
          <w:tcPr>
            <w:tcW w:type="dxa" w:w="4320"/>
          </w:tcPr>
          <w:p>
            <w:r>
              <w:t>4313**********0228</w:t>
            </w:r>
          </w:p>
        </w:tc>
      </w:tr>
      <w:tr>
        <w:tc>
          <w:tcPr>
            <w:tcW w:type="dxa" w:w="4320"/>
          </w:tcPr>
          <w:p>
            <w:r>
              <w:t>宋德海</w:t>
            </w:r>
          </w:p>
        </w:tc>
        <w:tc>
          <w:tcPr>
            <w:tcW w:type="dxa" w:w="4320"/>
          </w:tcPr>
          <w:p>
            <w:r>
              <w:t>3702**********5614</w:t>
            </w:r>
          </w:p>
        </w:tc>
      </w:tr>
      <w:tr>
        <w:tc>
          <w:tcPr>
            <w:tcW w:type="dxa" w:w="4320"/>
          </w:tcPr>
          <w:p>
            <w:r>
              <w:t>谭玉娇</w:t>
            </w:r>
          </w:p>
        </w:tc>
        <w:tc>
          <w:tcPr>
            <w:tcW w:type="dxa" w:w="4320"/>
          </w:tcPr>
          <w:p>
            <w:r>
              <w:t>3713**********3424</w:t>
            </w:r>
          </w:p>
        </w:tc>
      </w:tr>
      <w:tr>
        <w:tc>
          <w:tcPr>
            <w:tcW w:type="dxa" w:w="4320"/>
          </w:tcPr>
          <w:p>
            <w:r>
              <w:t>王金博</w:t>
            </w:r>
          </w:p>
        </w:tc>
        <w:tc>
          <w:tcPr>
            <w:tcW w:type="dxa" w:w="4320"/>
          </w:tcPr>
          <w:p>
            <w:r>
              <w:t>2224**********7478</w:t>
            </w:r>
          </w:p>
        </w:tc>
      </w:tr>
      <w:tr>
        <w:tc>
          <w:tcPr>
            <w:tcW w:type="dxa" w:w="4320"/>
          </w:tcPr>
          <w:p>
            <w:r>
              <w:t>嵇楚</w:t>
            </w:r>
          </w:p>
        </w:tc>
        <w:tc>
          <w:tcPr>
            <w:tcW w:type="dxa" w:w="4320"/>
          </w:tcPr>
          <w:p>
            <w:r>
              <w:t>3213**********0255</w:t>
            </w:r>
          </w:p>
        </w:tc>
      </w:tr>
      <w:tr>
        <w:tc>
          <w:tcPr>
            <w:tcW w:type="dxa" w:w="4320"/>
          </w:tcPr>
          <w:p>
            <w:r>
              <w:t>柳诚</w:t>
            </w:r>
          </w:p>
        </w:tc>
        <w:tc>
          <w:tcPr>
            <w:tcW w:type="dxa" w:w="4320"/>
          </w:tcPr>
          <w:p>
            <w:r>
              <w:t>4209**********4393</w:t>
            </w:r>
          </w:p>
        </w:tc>
      </w:tr>
      <w:tr>
        <w:tc>
          <w:tcPr>
            <w:tcW w:type="dxa" w:w="4320"/>
          </w:tcPr>
          <w:p>
            <w:r>
              <w:t>李泱颖</w:t>
            </w:r>
          </w:p>
        </w:tc>
        <w:tc>
          <w:tcPr>
            <w:tcW w:type="dxa" w:w="4320"/>
          </w:tcPr>
          <w:p>
            <w:r>
              <w:t>3303**********4820</w:t>
            </w:r>
          </w:p>
        </w:tc>
      </w:tr>
      <w:tr>
        <w:tc>
          <w:tcPr>
            <w:tcW w:type="dxa" w:w="4320"/>
          </w:tcPr>
          <w:p>
            <w:r>
              <w:t>史正阳</w:t>
            </w:r>
          </w:p>
        </w:tc>
        <w:tc>
          <w:tcPr>
            <w:tcW w:type="dxa" w:w="4320"/>
          </w:tcPr>
          <w:p>
            <w:r>
              <w:t>1304**********4219</w:t>
            </w:r>
          </w:p>
        </w:tc>
      </w:tr>
      <w:tr>
        <w:tc>
          <w:tcPr>
            <w:tcW w:type="dxa" w:w="4320"/>
          </w:tcPr>
          <w:p>
            <w:r>
              <w:t>吴则阳</w:t>
            </w:r>
          </w:p>
        </w:tc>
        <w:tc>
          <w:tcPr>
            <w:tcW w:type="dxa" w:w="4320"/>
          </w:tcPr>
          <w:p>
            <w:r>
              <w:t>4104**********5911</w:t>
            </w:r>
          </w:p>
        </w:tc>
      </w:tr>
      <w:tr>
        <w:tc>
          <w:tcPr>
            <w:tcW w:type="dxa" w:w="4320"/>
          </w:tcPr>
          <w:p>
            <w:r>
              <w:t>王嘉伟</w:t>
            </w:r>
          </w:p>
        </w:tc>
        <w:tc>
          <w:tcPr>
            <w:tcW w:type="dxa" w:w="4320"/>
          </w:tcPr>
          <w:p>
            <w:r>
              <w:t>3202**********1791</w:t>
            </w:r>
          </w:p>
        </w:tc>
      </w:tr>
      <w:tr>
        <w:tc>
          <w:tcPr>
            <w:tcW w:type="dxa" w:w="4320"/>
          </w:tcPr>
          <w:p>
            <w:r>
              <w:t>李家炜</w:t>
            </w:r>
          </w:p>
        </w:tc>
        <w:tc>
          <w:tcPr>
            <w:tcW w:type="dxa" w:w="4320"/>
          </w:tcPr>
          <w:p>
            <w:r>
              <w:t>4210**********6639</w:t>
            </w:r>
          </w:p>
        </w:tc>
      </w:tr>
      <w:tr>
        <w:tc>
          <w:tcPr>
            <w:tcW w:type="dxa" w:w="4320"/>
          </w:tcPr>
          <w:p>
            <w:r>
              <w:t>曹姝</w:t>
            </w:r>
          </w:p>
        </w:tc>
        <w:tc>
          <w:tcPr>
            <w:tcW w:type="dxa" w:w="4320"/>
          </w:tcPr>
          <w:p>
            <w:r>
              <w:t>1411**********0165</w:t>
            </w:r>
          </w:p>
        </w:tc>
      </w:tr>
      <w:tr>
        <w:tc>
          <w:tcPr>
            <w:tcW w:type="dxa" w:w="4320"/>
          </w:tcPr>
          <w:p>
            <w:r>
              <w:t>刘瑄</w:t>
            </w:r>
          </w:p>
        </w:tc>
        <w:tc>
          <w:tcPr>
            <w:tcW w:type="dxa" w:w="4320"/>
          </w:tcPr>
          <w:p>
            <w:r>
              <w:t>3213**********0227</w:t>
            </w:r>
          </w:p>
        </w:tc>
      </w:tr>
      <w:tr>
        <w:tc>
          <w:tcPr>
            <w:tcW w:type="dxa" w:w="4320"/>
          </w:tcPr>
          <w:p>
            <w:r>
              <w:t>马谦</w:t>
            </w:r>
          </w:p>
        </w:tc>
        <w:tc>
          <w:tcPr>
            <w:tcW w:type="dxa" w:w="4320"/>
          </w:tcPr>
          <w:p>
            <w:r>
              <w:t>3607**********3910</w:t>
            </w:r>
          </w:p>
        </w:tc>
      </w:tr>
      <w:tr>
        <w:tc>
          <w:tcPr>
            <w:tcW w:type="dxa" w:w="4320"/>
          </w:tcPr>
          <w:p>
            <w:r>
              <w:t>杨妮</w:t>
            </w:r>
          </w:p>
        </w:tc>
        <w:tc>
          <w:tcPr>
            <w:tcW w:type="dxa" w:w="4320"/>
          </w:tcPr>
          <w:p>
            <w:r>
              <w:t>3713**********8521</w:t>
            </w:r>
          </w:p>
        </w:tc>
      </w:tr>
      <w:tr>
        <w:tc>
          <w:tcPr>
            <w:tcW w:type="dxa" w:w="4320"/>
          </w:tcPr>
          <w:p>
            <w:r>
              <w:t>严子熠</w:t>
            </w:r>
          </w:p>
        </w:tc>
        <w:tc>
          <w:tcPr>
            <w:tcW w:type="dxa" w:w="4320"/>
          </w:tcPr>
          <w:p>
            <w:r>
              <w:t>3205**********0050</w:t>
            </w:r>
          </w:p>
        </w:tc>
      </w:tr>
      <w:tr>
        <w:tc>
          <w:tcPr>
            <w:tcW w:type="dxa" w:w="4320"/>
          </w:tcPr>
          <w:p>
            <w:r>
              <w:t>张昊</w:t>
            </w:r>
          </w:p>
        </w:tc>
        <w:tc>
          <w:tcPr>
            <w:tcW w:type="dxa" w:w="4320"/>
          </w:tcPr>
          <w:p>
            <w:r>
              <w:t>6228**********0012</w:t>
            </w:r>
          </w:p>
        </w:tc>
      </w:tr>
      <w:tr>
        <w:tc>
          <w:tcPr>
            <w:tcW w:type="dxa" w:w="4320"/>
          </w:tcPr>
          <w:p>
            <w:r>
              <w:t>林宇辰</w:t>
            </w:r>
          </w:p>
        </w:tc>
        <w:tc>
          <w:tcPr>
            <w:tcW w:type="dxa" w:w="4320"/>
          </w:tcPr>
          <w:p>
            <w:r>
              <w:t>3501**********2118</w:t>
            </w:r>
          </w:p>
        </w:tc>
      </w:tr>
      <w:tr>
        <w:tc>
          <w:tcPr>
            <w:tcW w:type="dxa" w:w="4320"/>
          </w:tcPr>
          <w:p>
            <w:r>
              <w:t>李昱杰</w:t>
            </w:r>
          </w:p>
        </w:tc>
        <w:tc>
          <w:tcPr>
            <w:tcW w:type="dxa" w:w="4320"/>
          </w:tcPr>
          <w:p>
            <w:r>
              <w:t>1411**********0177</w:t>
            </w:r>
          </w:p>
        </w:tc>
      </w:tr>
      <w:tr>
        <w:tc>
          <w:tcPr>
            <w:tcW w:type="dxa" w:w="4320"/>
          </w:tcPr>
          <w:p>
            <w:r>
              <w:t>李雨欣</w:t>
            </w:r>
          </w:p>
        </w:tc>
        <w:tc>
          <w:tcPr>
            <w:tcW w:type="dxa" w:w="4320"/>
          </w:tcPr>
          <w:p>
            <w:r>
              <w:t>3209**********7186</w:t>
            </w:r>
          </w:p>
        </w:tc>
      </w:tr>
      <w:tr>
        <w:tc>
          <w:tcPr>
            <w:tcW w:type="dxa" w:w="4320"/>
          </w:tcPr>
          <w:p>
            <w:r>
              <w:t>汤鑫竹</w:t>
            </w:r>
          </w:p>
        </w:tc>
        <w:tc>
          <w:tcPr>
            <w:tcW w:type="dxa" w:w="4320"/>
          </w:tcPr>
          <w:p>
            <w:r>
              <w:t>3414**********6848</w:t>
            </w:r>
          </w:p>
        </w:tc>
      </w:tr>
      <w:tr>
        <w:tc>
          <w:tcPr>
            <w:tcW w:type="dxa" w:w="4320"/>
          </w:tcPr>
          <w:p>
            <w:r>
              <w:t>吴慧冰</w:t>
            </w:r>
          </w:p>
        </w:tc>
        <w:tc>
          <w:tcPr>
            <w:tcW w:type="dxa" w:w="4320"/>
          </w:tcPr>
          <w:p>
            <w:r>
              <w:t>3506**********252X</w:t>
            </w:r>
          </w:p>
        </w:tc>
      </w:tr>
      <w:tr>
        <w:tc>
          <w:tcPr>
            <w:tcW w:type="dxa" w:w="4320"/>
          </w:tcPr>
          <w:p>
            <w:r>
              <w:t>王祉涵</w:t>
            </w:r>
          </w:p>
        </w:tc>
        <w:tc>
          <w:tcPr>
            <w:tcW w:type="dxa" w:w="4320"/>
          </w:tcPr>
          <w:p>
            <w:r>
              <w:t>1401**********0026</w:t>
            </w:r>
          </w:p>
        </w:tc>
      </w:tr>
      <w:tr>
        <w:tc>
          <w:tcPr>
            <w:tcW w:type="dxa" w:w="4320"/>
          </w:tcPr>
          <w:p>
            <w:r>
              <w:t>王楠</w:t>
            </w:r>
          </w:p>
        </w:tc>
        <w:tc>
          <w:tcPr>
            <w:tcW w:type="dxa" w:w="4320"/>
          </w:tcPr>
          <w:p>
            <w:r>
              <w:t>5203**********010X</w:t>
            </w:r>
          </w:p>
        </w:tc>
      </w:tr>
      <w:tr>
        <w:tc>
          <w:tcPr>
            <w:tcW w:type="dxa" w:w="4320"/>
          </w:tcPr>
          <w:p>
            <w:r>
              <w:t>刘悦然</w:t>
            </w:r>
          </w:p>
        </w:tc>
        <w:tc>
          <w:tcPr>
            <w:tcW w:type="dxa" w:w="4320"/>
          </w:tcPr>
          <w:p>
            <w:r>
              <w:t>1301**********1225</w:t>
            </w:r>
          </w:p>
        </w:tc>
      </w:tr>
      <w:tr>
        <w:tc>
          <w:tcPr>
            <w:tcW w:type="dxa" w:w="4320"/>
          </w:tcPr>
          <w:p>
            <w:r>
              <w:t>符文慧</w:t>
            </w:r>
          </w:p>
        </w:tc>
        <w:tc>
          <w:tcPr>
            <w:tcW w:type="dxa" w:w="4320"/>
          </w:tcPr>
          <w:p>
            <w:r>
              <w:t>3610**********2122</w:t>
            </w:r>
          </w:p>
        </w:tc>
      </w:tr>
      <w:tr>
        <w:tc>
          <w:tcPr>
            <w:tcW w:type="dxa" w:w="4320"/>
          </w:tcPr>
          <w:p>
            <w:r>
              <w:t>孙倚</w:t>
            </w:r>
          </w:p>
        </w:tc>
        <w:tc>
          <w:tcPr>
            <w:tcW w:type="dxa" w:w="4320"/>
          </w:tcPr>
          <w:p>
            <w:r>
              <w:t>3702**********1129</w:t>
            </w:r>
          </w:p>
        </w:tc>
      </w:tr>
      <w:tr>
        <w:tc>
          <w:tcPr>
            <w:tcW w:type="dxa" w:w="4320"/>
          </w:tcPr>
          <w:p>
            <w:r>
              <w:t>吴露露</w:t>
            </w:r>
          </w:p>
        </w:tc>
        <w:tc>
          <w:tcPr>
            <w:tcW w:type="dxa" w:w="4320"/>
          </w:tcPr>
          <w:p>
            <w:r>
              <w:t>3413**********2025</w:t>
            </w:r>
          </w:p>
        </w:tc>
      </w:tr>
      <w:tr>
        <w:tc>
          <w:tcPr>
            <w:tcW w:type="dxa" w:w="4320"/>
          </w:tcPr>
          <w:p>
            <w:r>
              <w:t>周欣</w:t>
            </w:r>
          </w:p>
        </w:tc>
        <w:tc>
          <w:tcPr>
            <w:tcW w:type="dxa" w:w="4320"/>
          </w:tcPr>
          <w:p>
            <w:r>
              <w:t>3203**********9444</w:t>
            </w:r>
          </w:p>
        </w:tc>
      </w:tr>
      <w:tr>
        <w:tc>
          <w:tcPr>
            <w:tcW w:type="dxa" w:w="4320"/>
          </w:tcPr>
          <w:p>
            <w:r>
              <w:t>敖苏豫</w:t>
            </w:r>
          </w:p>
        </w:tc>
        <w:tc>
          <w:tcPr>
            <w:tcW w:type="dxa" w:w="4320"/>
          </w:tcPr>
          <w:p>
            <w:r>
              <w:t>4115**********5124</w:t>
            </w:r>
          </w:p>
        </w:tc>
      </w:tr>
      <w:tr>
        <w:tc>
          <w:tcPr>
            <w:tcW w:type="dxa" w:w="4320"/>
          </w:tcPr>
          <w:p>
            <w:r>
              <w:t>陈语欣</w:t>
            </w:r>
          </w:p>
        </w:tc>
        <w:tc>
          <w:tcPr>
            <w:tcW w:type="dxa" w:w="4320"/>
          </w:tcPr>
          <w:p>
            <w:r>
              <w:t>3208**********3022</w:t>
            </w:r>
          </w:p>
        </w:tc>
      </w:tr>
      <w:tr>
        <w:tc>
          <w:tcPr>
            <w:tcW w:type="dxa" w:w="4320"/>
          </w:tcPr>
          <w:p>
            <w:r>
              <w:t>苏冠霖</w:t>
            </w:r>
          </w:p>
        </w:tc>
        <w:tc>
          <w:tcPr>
            <w:tcW w:type="dxa" w:w="4320"/>
          </w:tcPr>
          <w:p>
            <w:r>
              <w:t>1301**********0032</w:t>
            </w:r>
          </w:p>
        </w:tc>
      </w:tr>
      <w:tr>
        <w:tc>
          <w:tcPr>
            <w:tcW w:type="dxa" w:w="4320"/>
          </w:tcPr>
          <w:p>
            <w:r>
              <w:t>张梁</w:t>
            </w:r>
          </w:p>
        </w:tc>
        <w:tc>
          <w:tcPr>
            <w:tcW w:type="dxa" w:w="4320"/>
          </w:tcPr>
          <w:p>
            <w:r>
              <w:t>3210**********172X</w:t>
            </w:r>
          </w:p>
        </w:tc>
      </w:tr>
      <w:tr>
        <w:tc>
          <w:tcPr>
            <w:tcW w:type="dxa" w:w="4320"/>
          </w:tcPr>
          <w:p>
            <w:r>
              <w:t>韩灵康</w:t>
            </w:r>
          </w:p>
        </w:tc>
        <w:tc>
          <w:tcPr>
            <w:tcW w:type="dxa" w:w="4320"/>
          </w:tcPr>
          <w:p>
            <w:r>
              <w:t>3416**********4417</w:t>
            </w:r>
          </w:p>
        </w:tc>
      </w:tr>
      <w:tr>
        <w:tc>
          <w:tcPr>
            <w:tcW w:type="dxa" w:w="4320"/>
          </w:tcPr>
          <w:p>
            <w:r>
              <w:t>叶灵妙</w:t>
            </w:r>
          </w:p>
        </w:tc>
        <w:tc>
          <w:tcPr>
            <w:tcW w:type="dxa" w:w="4320"/>
          </w:tcPr>
          <w:p>
            <w:r>
              <w:t>3325**********0036</w:t>
            </w:r>
          </w:p>
        </w:tc>
      </w:tr>
      <w:tr>
        <w:tc>
          <w:tcPr>
            <w:tcW w:type="dxa" w:w="4320"/>
          </w:tcPr>
          <w:p>
            <w:r>
              <w:t>张恒博</w:t>
            </w:r>
          </w:p>
        </w:tc>
        <w:tc>
          <w:tcPr>
            <w:tcW w:type="dxa" w:w="4320"/>
          </w:tcPr>
          <w:p>
            <w:r>
              <w:t>3203**********2617</w:t>
            </w:r>
          </w:p>
        </w:tc>
      </w:tr>
      <w:tr>
        <w:tc>
          <w:tcPr>
            <w:tcW w:type="dxa" w:w="4320"/>
          </w:tcPr>
          <w:p>
            <w:r>
              <w:t>张煜豪</w:t>
            </w:r>
          </w:p>
        </w:tc>
        <w:tc>
          <w:tcPr>
            <w:tcW w:type="dxa" w:w="4320"/>
          </w:tcPr>
          <w:p>
            <w:r>
              <w:t>3505**********1016</w:t>
            </w:r>
          </w:p>
        </w:tc>
      </w:tr>
      <w:tr>
        <w:tc>
          <w:tcPr>
            <w:tcW w:type="dxa" w:w="4320"/>
          </w:tcPr>
          <w:p>
            <w:r>
              <w:t>郭雨昕</w:t>
            </w:r>
          </w:p>
        </w:tc>
        <w:tc>
          <w:tcPr>
            <w:tcW w:type="dxa" w:w="4320"/>
          </w:tcPr>
          <w:p>
            <w:r>
              <w:t>3707**********3082</w:t>
            </w:r>
          </w:p>
        </w:tc>
      </w:tr>
      <w:tr>
        <w:tc>
          <w:tcPr>
            <w:tcW w:type="dxa" w:w="4320"/>
          </w:tcPr>
          <w:p>
            <w:r>
              <w:t>房美娟</w:t>
            </w:r>
          </w:p>
        </w:tc>
        <w:tc>
          <w:tcPr>
            <w:tcW w:type="dxa" w:w="4320"/>
          </w:tcPr>
          <w:p>
            <w:r>
              <w:t>6104**********3728</w:t>
            </w:r>
          </w:p>
        </w:tc>
      </w:tr>
      <w:tr>
        <w:tc>
          <w:tcPr>
            <w:tcW w:type="dxa" w:w="4320"/>
          </w:tcPr>
          <w:p>
            <w:r>
              <w:t>徐文星</w:t>
            </w:r>
          </w:p>
        </w:tc>
        <w:tc>
          <w:tcPr>
            <w:tcW w:type="dxa" w:w="4320"/>
          </w:tcPr>
          <w:p>
            <w:r>
              <w:t>3209**********5524</w:t>
            </w:r>
          </w:p>
        </w:tc>
      </w:tr>
      <w:tr>
        <w:tc>
          <w:tcPr>
            <w:tcW w:type="dxa" w:w="4320"/>
          </w:tcPr>
          <w:p>
            <w:r>
              <w:t>赵辰阳</w:t>
            </w:r>
          </w:p>
        </w:tc>
        <w:tc>
          <w:tcPr>
            <w:tcW w:type="dxa" w:w="4320"/>
          </w:tcPr>
          <w:p>
            <w:r>
              <w:t>3202**********0911</w:t>
            </w:r>
          </w:p>
        </w:tc>
      </w:tr>
      <w:tr>
        <w:tc>
          <w:tcPr>
            <w:tcW w:type="dxa" w:w="4320"/>
          </w:tcPr>
          <w:p>
            <w:r>
              <w:t>庄少卿</w:t>
            </w:r>
          </w:p>
        </w:tc>
        <w:tc>
          <w:tcPr>
            <w:tcW w:type="dxa" w:w="4320"/>
          </w:tcPr>
          <w:p>
            <w:r>
              <w:t>3413**********6037</w:t>
            </w:r>
          </w:p>
        </w:tc>
      </w:tr>
      <w:tr>
        <w:tc>
          <w:tcPr>
            <w:tcW w:type="dxa" w:w="4320"/>
          </w:tcPr>
          <w:p>
            <w:r>
              <w:t>郭子璇</w:t>
            </w:r>
          </w:p>
        </w:tc>
        <w:tc>
          <w:tcPr>
            <w:tcW w:type="dxa" w:w="4320"/>
          </w:tcPr>
          <w:p>
            <w:r>
              <w:t>3201**********1525</w:t>
            </w:r>
          </w:p>
        </w:tc>
      </w:tr>
      <w:tr>
        <w:tc>
          <w:tcPr>
            <w:tcW w:type="dxa" w:w="4320"/>
          </w:tcPr>
          <w:p>
            <w:r>
              <w:t>刘书屹</w:t>
            </w:r>
          </w:p>
        </w:tc>
        <w:tc>
          <w:tcPr>
            <w:tcW w:type="dxa" w:w="4320"/>
          </w:tcPr>
          <w:p>
            <w:r>
              <w:t>3213**********0236</w:t>
            </w:r>
          </w:p>
        </w:tc>
      </w:tr>
      <w:tr>
        <w:tc>
          <w:tcPr>
            <w:tcW w:type="dxa" w:w="4320"/>
          </w:tcPr>
          <w:p>
            <w:r>
              <w:t>胡雪涵</w:t>
            </w:r>
          </w:p>
        </w:tc>
        <w:tc>
          <w:tcPr>
            <w:tcW w:type="dxa" w:w="4320"/>
          </w:tcPr>
          <w:p>
            <w:r>
              <w:t>3624**********0068</w:t>
            </w:r>
          </w:p>
        </w:tc>
      </w:tr>
      <w:tr>
        <w:tc>
          <w:tcPr>
            <w:tcW w:type="dxa" w:w="4320"/>
          </w:tcPr>
          <w:p>
            <w:r>
              <w:t>廖晨欣</w:t>
            </w:r>
          </w:p>
        </w:tc>
        <w:tc>
          <w:tcPr>
            <w:tcW w:type="dxa" w:w="4320"/>
          </w:tcPr>
          <w:p>
            <w:r>
              <w:t>4208**********133X</w:t>
            </w:r>
          </w:p>
        </w:tc>
      </w:tr>
      <w:tr>
        <w:tc>
          <w:tcPr>
            <w:tcW w:type="dxa" w:w="4320"/>
          </w:tcPr>
          <w:p>
            <w:r>
              <w:t>马秀琴</w:t>
            </w:r>
          </w:p>
        </w:tc>
        <w:tc>
          <w:tcPr>
            <w:tcW w:type="dxa" w:w="4320"/>
          </w:tcPr>
          <w:p>
            <w:r>
              <w:t>3306**********1024</w:t>
            </w:r>
          </w:p>
        </w:tc>
      </w:tr>
      <w:tr>
        <w:tc>
          <w:tcPr>
            <w:tcW w:type="dxa" w:w="4320"/>
          </w:tcPr>
          <w:p>
            <w:r>
              <w:t>陈嘉慧</w:t>
            </w:r>
          </w:p>
        </w:tc>
        <w:tc>
          <w:tcPr>
            <w:tcW w:type="dxa" w:w="4320"/>
          </w:tcPr>
          <w:p>
            <w:r>
              <w:t>4211**********0929</w:t>
            </w:r>
          </w:p>
        </w:tc>
      </w:tr>
      <w:tr>
        <w:tc>
          <w:tcPr>
            <w:tcW w:type="dxa" w:w="4320"/>
          </w:tcPr>
          <w:p>
            <w:r>
              <w:t>唐瑜敏</w:t>
            </w:r>
          </w:p>
        </w:tc>
        <w:tc>
          <w:tcPr>
            <w:tcW w:type="dxa" w:w="4320"/>
          </w:tcPr>
          <w:p>
            <w:r>
              <w:t>3209**********1024</w:t>
            </w:r>
          </w:p>
        </w:tc>
      </w:tr>
      <w:tr>
        <w:tc>
          <w:tcPr>
            <w:tcW w:type="dxa" w:w="4320"/>
          </w:tcPr>
          <w:p>
            <w:r>
              <w:t>吴书晴</w:t>
            </w:r>
          </w:p>
        </w:tc>
        <w:tc>
          <w:tcPr>
            <w:tcW w:type="dxa" w:w="4320"/>
          </w:tcPr>
          <w:p>
            <w:r>
              <w:t>3413**********3282</w:t>
            </w:r>
          </w:p>
        </w:tc>
      </w:tr>
      <w:tr>
        <w:tc>
          <w:tcPr>
            <w:tcW w:type="dxa" w:w="4320"/>
          </w:tcPr>
          <w:p>
            <w:r>
              <w:t>仵艺彤</w:t>
            </w:r>
          </w:p>
        </w:tc>
        <w:tc>
          <w:tcPr>
            <w:tcW w:type="dxa" w:w="4320"/>
          </w:tcPr>
          <w:p>
            <w:r>
              <w:t>6105**********0242</w:t>
            </w:r>
          </w:p>
        </w:tc>
      </w:tr>
      <w:tr>
        <w:tc>
          <w:tcPr>
            <w:tcW w:type="dxa" w:w="4320"/>
          </w:tcPr>
          <w:p>
            <w:r>
              <w:t>保婉婷</w:t>
            </w:r>
          </w:p>
        </w:tc>
        <w:tc>
          <w:tcPr>
            <w:tcW w:type="dxa" w:w="4320"/>
          </w:tcPr>
          <w:p>
            <w:r>
              <w:t>6401**********0341</w:t>
            </w:r>
          </w:p>
        </w:tc>
      </w:tr>
      <w:tr>
        <w:tc>
          <w:tcPr>
            <w:tcW w:type="dxa" w:w="4320"/>
          </w:tcPr>
          <w:p>
            <w:r>
              <w:t>柏琛明</w:t>
            </w:r>
          </w:p>
        </w:tc>
        <w:tc>
          <w:tcPr>
            <w:tcW w:type="dxa" w:w="4320"/>
          </w:tcPr>
          <w:p>
            <w:r>
              <w:t>3210**********0814</w:t>
            </w:r>
          </w:p>
        </w:tc>
      </w:tr>
      <w:tr>
        <w:tc>
          <w:tcPr>
            <w:tcW w:type="dxa" w:w="4320"/>
          </w:tcPr>
          <w:p>
            <w:r>
              <w:t>裴严俊</w:t>
            </w:r>
          </w:p>
        </w:tc>
        <w:tc>
          <w:tcPr>
            <w:tcW w:type="dxa" w:w="4320"/>
          </w:tcPr>
          <w:p>
            <w:r>
              <w:t>3206**********877X</w:t>
            </w:r>
          </w:p>
        </w:tc>
      </w:tr>
      <w:tr>
        <w:tc>
          <w:tcPr>
            <w:tcW w:type="dxa" w:w="4320"/>
          </w:tcPr>
          <w:p>
            <w:r>
              <w:t>温馨</w:t>
            </w:r>
          </w:p>
        </w:tc>
        <w:tc>
          <w:tcPr>
            <w:tcW w:type="dxa" w:w="4320"/>
          </w:tcPr>
          <w:p>
            <w:r>
              <w:t>3608**********5429</w:t>
            </w:r>
          </w:p>
        </w:tc>
      </w:tr>
      <w:tr>
        <w:tc>
          <w:tcPr>
            <w:tcW w:type="dxa" w:w="4320"/>
          </w:tcPr>
          <w:p>
            <w:r>
              <w:t>王昊</w:t>
            </w:r>
          </w:p>
        </w:tc>
        <w:tc>
          <w:tcPr>
            <w:tcW w:type="dxa" w:w="4320"/>
          </w:tcPr>
          <w:p>
            <w:r>
              <w:t>3208**********0819</w:t>
            </w:r>
          </w:p>
        </w:tc>
      </w:tr>
      <w:tr>
        <w:tc>
          <w:tcPr>
            <w:tcW w:type="dxa" w:w="4320"/>
          </w:tcPr>
          <w:p>
            <w:r>
              <w:t>王建豪</w:t>
            </w:r>
          </w:p>
        </w:tc>
        <w:tc>
          <w:tcPr>
            <w:tcW w:type="dxa" w:w="4320"/>
          </w:tcPr>
          <w:p>
            <w:r>
              <w:t>4117**********643X</w:t>
            </w:r>
          </w:p>
        </w:tc>
      </w:tr>
      <w:tr>
        <w:tc>
          <w:tcPr>
            <w:tcW w:type="dxa" w:w="4320"/>
          </w:tcPr>
          <w:p>
            <w:r>
              <w:t>高朋昊</w:t>
            </w:r>
          </w:p>
        </w:tc>
        <w:tc>
          <w:tcPr>
            <w:tcW w:type="dxa" w:w="4320"/>
          </w:tcPr>
          <w:p>
            <w:r>
              <w:t>1304**********001X</w:t>
            </w:r>
          </w:p>
        </w:tc>
      </w:tr>
      <w:tr>
        <w:tc>
          <w:tcPr>
            <w:tcW w:type="dxa" w:w="4320"/>
          </w:tcPr>
          <w:p>
            <w:r>
              <w:t>刘奕心</w:t>
            </w:r>
          </w:p>
        </w:tc>
        <w:tc>
          <w:tcPr>
            <w:tcW w:type="dxa" w:w="4320"/>
          </w:tcPr>
          <w:p>
            <w:r>
              <w:t>3601**********144X</w:t>
            </w:r>
          </w:p>
        </w:tc>
      </w:tr>
      <w:tr>
        <w:tc>
          <w:tcPr>
            <w:tcW w:type="dxa" w:w="4320"/>
          </w:tcPr>
          <w:p>
            <w:r>
              <w:t>茅靖慧</w:t>
            </w:r>
          </w:p>
        </w:tc>
        <w:tc>
          <w:tcPr>
            <w:tcW w:type="dxa" w:w="4320"/>
          </w:tcPr>
          <w:p>
            <w:r>
              <w:t>3102**********0461</w:t>
            </w:r>
          </w:p>
        </w:tc>
      </w:tr>
      <w:tr>
        <w:tc>
          <w:tcPr>
            <w:tcW w:type="dxa" w:w="4320"/>
          </w:tcPr>
          <w:p>
            <w:r>
              <w:t>刘瑞琪</w:t>
            </w:r>
          </w:p>
        </w:tc>
        <w:tc>
          <w:tcPr>
            <w:tcW w:type="dxa" w:w="4320"/>
          </w:tcPr>
          <w:p>
            <w:r>
              <w:t>5103**********1023</w:t>
            </w:r>
          </w:p>
        </w:tc>
      </w:tr>
      <w:tr>
        <w:tc>
          <w:tcPr>
            <w:tcW w:type="dxa" w:w="4320"/>
          </w:tcPr>
          <w:p>
            <w:r>
              <w:t>邵奕博</w:t>
            </w:r>
          </w:p>
        </w:tc>
        <w:tc>
          <w:tcPr>
            <w:tcW w:type="dxa" w:w="4320"/>
          </w:tcPr>
          <w:p>
            <w:r>
              <w:t>3623**********2514</w:t>
            </w:r>
          </w:p>
        </w:tc>
      </w:tr>
      <w:tr>
        <w:tc>
          <w:tcPr>
            <w:tcW w:type="dxa" w:w="4320"/>
          </w:tcPr>
          <w:p>
            <w:r>
              <w:t>陈聚贤</w:t>
            </w:r>
          </w:p>
        </w:tc>
        <w:tc>
          <w:tcPr>
            <w:tcW w:type="dxa" w:w="4320"/>
          </w:tcPr>
          <w:p>
            <w:r>
              <w:t>4109**********4518</w:t>
            </w:r>
          </w:p>
        </w:tc>
      </w:tr>
      <w:tr>
        <w:tc>
          <w:tcPr>
            <w:tcW w:type="dxa" w:w="4320"/>
          </w:tcPr>
          <w:p>
            <w:r>
              <w:t>陈晶晶</w:t>
            </w:r>
          </w:p>
        </w:tc>
        <w:tc>
          <w:tcPr>
            <w:tcW w:type="dxa" w:w="4320"/>
          </w:tcPr>
          <w:p>
            <w:r>
              <w:t>4304**********0322</w:t>
            </w:r>
          </w:p>
        </w:tc>
      </w:tr>
      <w:tr>
        <w:tc>
          <w:tcPr>
            <w:tcW w:type="dxa" w:w="4320"/>
          </w:tcPr>
          <w:p>
            <w:r>
              <w:t>董禺</w:t>
            </w:r>
          </w:p>
        </w:tc>
        <w:tc>
          <w:tcPr>
            <w:tcW w:type="dxa" w:w="4320"/>
          </w:tcPr>
          <w:p>
            <w:r>
              <w:t>3414**********8984</w:t>
            </w:r>
          </w:p>
        </w:tc>
      </w:tr>
      <w:tr>
        <w:tc>
          <w:tcPr>
            <w:tcW w:type="dxa" w:w="4320"/>
          </w:tcPr>
          <w:p>
            <w:r>
              <w:t>李佳</w:t>
            </w:r>
          </w:p>
        </w:tc>
        <w:tc>
          <w:tcPr>
            <w:tcW w:type="dxa" w:w="4320"/>
          </w:tcPr>
          <w:p>
            <w:r>
              <w:t>3202**********3268</w:t>
            </w:r>
          </w:p>
        </w:tc>
      </w:tr>
      <w:tr>
        <w:tc>
          <w:tcPr>
            <w:tcW w:type="dxa" w:w="4320"/>
          </w:tcPr>
          <w:p>
            <w:r>
              <w:t>徐鹤文</w:t>
            </w:r>
          </w:p>
        </w:tc>
        <w:tc>
          <w:tcPr>
            <w:tcW w:type="dxa" w:w="4320"/>
          </w:tcPr>
          <w:p>
            <w:r>
              <w:t>4203**********032X</w:t>
            </w:r>
          </w:p>
        </w:tc>
      </w:tr>
      <w:tr>
        <w:tc>
          <w:tcPr>
            <w:tcW w:type="dxa" w:w="4320"/>
          </w:tcPr>
          <w:p>
            <w:r>
              <w:t>刘家轩</w:t>
            </w:r>
          </w:p>
        </w:tc>
        <w:tc>
          <w:tcPr>
            <w:tcW w:type="dxa" w:w="4320"/>
          </w:tcPr>
          <w:p>
            <w:r>
              <w:t>4107**********2836</w:t>
            </w:r>
          </w:p>
        </w:tc>
      </w:tr>
      <w:tr>
        <w:tc>
          <w:tcPr>
            <w:tcW w:type="dxa" w:w="4320"/>
          </w:tcPr>
          <w:p>
            <w:r>
              <w:t>尤金正</w:t>
            </w:r>
          </w:p>
        </w:tc>
        <w:tc>
          <w:tcPr>
            <w:tcW w:type="dxa" w:w="4320"/>
          </w:tcPr>
          <w:p>
            <w:r>
              <w:t>2323**********2118</w:t>
            </w:r>
          </w:p>
        </w:tc>
      </w:tr>
      <w:tr>
        <w:tc>
          <w:tcPr>
            <w:tcW w:type="dxa" w:w="4320"/>
          </w:tcPr>
          <w:p>
            <w:r>
              <w:t>兰晓悦</w:t>
            </w:r>
          </w:p>
        </w:tc>
        <w:tc>
          <w:tcPr>
            <w:tcW w:type="dxa" w:w="4320"/>
          </w:tcPr>
          <w:p>
            <w:r>
              <w:t>5002**********6769</w:t>
            </w:r>
          </w:p>
        </w:tc>
      </w:tr>
      <w:tr>
        <w:tc>
          <w:tcPr>
            <w:tcW w:type="dxa" w:w="4320"/>
          </w:tcPr>
          <w:p>
            <w:r>
              <w:t>付翔</w:t>
            </w:r>
          </w:p>
        </w:tc>
        <w:tc>
          <w:tcPr>
            <w:tcW w:type="dxa" w:w="4320"/>
          </w:tcPr>
          <w:p>
            <w:r>
              <w:t>4105**********0118</w:t>
            </w:r>
          </w:p>
        </w:tc>
      </w:tr>
      <w:tr>
        <w:tc>
          <w:tcPr>
            <w:tcW w:type="dxa" w:w="4320"/>
          </w:tcPr>
          <w:p>
            <w:r>
              <w:t>成诺</w:t>
            </w:r>
          </w:p>
        </w:tc>
        <w:tc>
          <w:tcPr>
            <w:tcW w:type="dxa" w:w="4320"/>
          </w:tcPr>
          <w:p>
            <w:r>
              <w:t>4212**********5525</w:t>
            </w:r>
          </w:p>
        </w:tc>
      </w:tr>
      <w:tr>
        <w:tc>
          <w:tcPr>
            <w:tcW w:type="dxa" w:w="4320"/>
          </w:tcPr>
          <w:p>
            <w:r>
              <w:t>高敬杰</w:t>
            </w:r>
          </w:p>
        </w:tc>
        <w:tc>
          <w:tcPr>
            <w:tcW w:type="dxa" w:w="4320"/>
          </w:tcPr>
          <w:p>
            <w:r>
              <w:t>1304**********1533</w:t>
            </w:r>
          </w:p>
        </w:tc>
      </w:tr>
      <w:tr>
        <w:tc>
          <w:tcPr>
            <w:tcW w:type="dxa" w:w="4320"/>
          </w:tcPr>
          <w:p>
            <w:r>
              <w:t>孙颖</w:t>
            </w:r>
          </w:p>
        </w:tc>
        <w:tc>
          <w:tcPr>
            <w:tcW w:type="dxa" w:w="4320"/>
          </w:tcPr>
          <w:p>
            <w:r>
              <w:t>4114**********5125</w:t>
            </w:r>
          </w:p>
        </w:tc>
      </w:tr>
      <w:tr>
        <w:tc>
          <w:tcPr>
            <w:tcW w:type="dxa" w:w="4320"/>
          </w:tcPr>
          <w:p>
            <w:r>
              <w:t>杨博文</w:t>
            </w:r>
          </w:p>
        </w:tc>
        <w:tc>
          <w:tcPr>
            <w:tcW w:type="dxa" w:w="4320"/>
          </w:tcPr>
          <w:p>
            <w:r>
              <w:t>3706**********0213</w:t>
            </w:r>
          </w:p>
        </w:tc>
      </w:tr>
      <w:tr>
        <w:tc>
          <w:tcPr>
            <w:tcW w:type="dxa" w:w="4320"/>
          </w:tcPr>
          <w:p>
            <w:r>
              <w:t>李玉来</w:t>
            </w:r>
          </w:p>
        </w:tc>
        <w:tc>
          <w:tcPr>
            <w:tcW w:type="dxa" w:w="4320"/>
          </w:tcPr>
          <w:p>
            <w:r>
              <w:t>3713**********2823</w:t>
            </w:r>
          </w:p>
        </w:tc>
      </w:tr>
      <w:tr>
        <w:tc>
          <w:tcPr>
            <w:tcW w:type="dxa" w:w="4320"/>
          </w:tcPr>
          <w:p>
            <w:r>
              <w:t>洪想想</w:t>
            </w:r>
          </w:p>
        </w:tc>
        <w:tc>
          <w:tcPr>
            <w:tcW w:type="dxa" w:w="4320"/>
          </w:tcPr>
          <w:p>
            <w:r>
              <w:t>3303**********0096</w:t>
            </w:r>
          </w:p>
        </w:tc>
      </w:tr>
      <w:tr>
        <w:tc>
          <w:tcPr>
            <w:tcW w:type="dxa" w:w="4320"/>
          </w:tcPr>
          <w:p>
            <w:r>
              <w:t>蒋涵</w:t>
            </w:r>
          </w:p>
        </w:tc>
        <w:tc>
          <w:tcPr>
            <w:tcW w:type="dxa" w:w="4320"/>
          </w:tcPr>
          <w:p>
            <w:r>
              <w:t>3204**********4612</w:t>
            </w:r>
          </w:p>
        </w:tc>
      </w:tr>
      <w:tr>
        <w:tc>
          <w:tcPr>
            <w:tcW w:type="dxa" w:w="4320"/>
          </w:tcPr>
          <w:p>
            <w:r>
              <w:t>亢要岚</w:t>
            </w:r>
          </w:p>
        </w:tc>
        <w:tc>
          <w:tcPr>
            <w:tcW w:type="dxa" w:w="4320"/>
          </w:tcPr>
          <w:p>
            <w:r>
              <w:t>1409**********0011</w:t>
            </w:r>
          </w:p>
        </w:tc>
      </w:tr>
      <w:tr>
        <w:tc>
          <w:tcPr>
            <w:tcW w:type="dxa" w:w="4320"/>
          </w:tcPr>
          <w:p>
            <w:r>
              <w:t>林翌悠</w:t>
            </w:r>
          </w:p>
        </w:tc>
        <w:tc>
          <w:tcPr>
            <w:tcW w:type="dxa" w:w="4320"/>
          </w:tcPr>
          <w:p>
            <w:r>
              <w:t>3508**********4028</w:t>
            </w:r>
          </w:p>
        </w:tc>
      </w:tr>
      <w:tr>
        <w:tc>
          <w:tcPr>
            <w:tcW w:type="dxa" w:w="4320"/>
          </w:tcPr>
          <w:p>
            <w:r>
              <w:t>徐华明</w:t>
            </w:r>
          </w:p>
        </w:tc>
        <w:tc>
          <w:tcPr>
            <w:tcW w:type="dxa" w:w="4320"/>
          </w:tcPr>
          <w:p>
            <w:r>
              <w:t>3622**********0092</w:t>
            </w:r>
          </w:p>
        </w:tc>
      </w:tr>
      <w:tr>
        <w:tc>
          <w:tcPr>
            <w:tcW w:type="dxa" w:w="4320"/>
          </w:tcPr>
          <w:p>
            <w:r>
              <w:t>闫诺</w:t>
            </w:r>
          </w:p>
        </w:tc>
        <w:tc>
          <w:tcPr>
            <w:tcW w:type="dxa" w:w="4320"/>
          </w:tcPr>
          <w:p>
            <w:r>
              <w:t>4108**********0063</w:t>
            </w:r>
          </w:p>
        </w:tc>
      </w:tr>
      <w:tr>
        <w:tc>
          <w:tcPr>
            <w:tcW w:type="dxa" w:w="4320"/>
          </w:tcPr>
          <w:p>
            <w:r>
              <w:t>朱冰</w:t>
            </w:r>
          </w:p>
        </w:tc>
        <w:tc>
          <w:tcPr>
            <w:tcW w:type="dxa" w:w="4320"/>
          </w:tcPr>
          <w:p>
            <w:r>
              <w:t>3604**********3420</w:t>
            </w:r>
          </w:p>
        </w:tc>
      </w:tr>
      <w:tr>
        <w:tc>
          <w:tcPr>
            <w:tcW w:type="dxa" w:w="4320"/>
          </w:tcPr>
          <w:p>
            <w:r>
              <w:t>胡杰</w:t>
            </w:r>
          </w:p>
        </w:tc>
        <w:tc>
          <w:tcPr>
            <w:tcW w:type="dxa" w:w="4320"/>
          </w:tcPr>
          <w:p>
            <w:r>
              <w:t>4313**********0357</w:t>
            </w:r>
          </w:p>
        </w:tc>
      </w:tr>
      <w:tr>
        <w:tc>
          <w:tcPr>
            <w:tcW w:type="dxa" w:w="4320"/>
          </w:tcPr>
          <w:p>
            <w:r>
              <w:t>孙元芯</w:t>
            </w:r>
          </w:p>
        </w:tc>
        <w:tc>
          <w:tcPr>
            <w:tcW w:type="dxa" w:w="4320"/>
          </w:tcPr>
          <w:p>
            <w:r>
              <w:t>2105**********0927</w:t>
            </w:r>
          </w:p>
        </w:tc>
      </w:tr>
      <w:tr>
        <w:tc>
          <w:tcPr>
            <w:tcW w:type="dxa" w:w="4320"/>
          </w:tcPr>
          <w:p>
            <w:r>
              <w:t>叶盛</w:t>
            </w:r>
          </w:p>
        </w:tc>
        <w:tc>
          <w:tcPr>
            <w:tcW w:type="dxa" w:w="4320"/>
          </w:tcPr>
          <w:p>
            <w:r>
              <w:t>1402**********6519</w:t>
            </w:r>
          </w:p>
        </w:tc>
      </w:tr>
      <w:tr>
        <w:tc>
          <w:tcPr>
            <w:tcW w:type="dxa" w:w="4320"/>
          </w:tcPr>
          <w:p>
            <w:r>
              <w:t>张晋歌</w:t>
            </w:r>
          </w:p>
        </w:tc>
        <w:tc>
          <w:tcPr>
            <w:tcW w:type="dxa" w:w="4320"/>
          </w:tcPr>
          <w:p>
            <w:r>
              <w:t>1504**********8425</w:t>
            </w:r>
          </w:p>
        </w:tc>
      </w:tr>
      <w:tr>
        <w:tc>
          <w:tcPr>
            <w:tcW w:type="dxa" w:w="4320"/>
          </w:tcPr>
          <w:p>
            <w:r>
              <w:t>汪皓</w:t>
            </w:r>
          </w:p>
        </w:tc>
        <w:tc>
          <w:tcPr>
            <w:tcW w:type="dxa" w:w="4320"/>
          </w:tcPr>
          <w:p>
            <w:r>
              <w:t>4115**********1512</w:t>
            </w:r>
          </w:p>
        </w:tc>
      </w:tr>
      <w:tr>
        <w:tc>
          <w:tcPr>
            <w:tcW w:type="dxa" w:w="4320"/>
          </w:tcPr>
          <w:p>
            <w:r>
              <w:t>周思彤</w:t>
            </w:r>
          </w:p>
        </w:tc>
        <w:tc>
          <w:tcPr>
            <w:tcW w:type="dxa" w:w="4320"/>
          </w:tcPr>
          <w:p>
            <w:r>
              <w:t>3209**********0365</w:t>
            </w:r>
          </w:p>
        </w:tc>
      </w:tr>
      <w:tr>
        <w:tc>
          <w:tcPr>
            <w:tcW w:type="dxa" w:w="4320"/>
          </w:tcPr>
          <w:p>
            <w:r>
              <w:t>刘宁宁</w:t>
            </w:r>
          </w:p>
        </w:tc>
        <w:tc>
          <w:tcPr>
            <w:tcW w:type="dxa" w:w="4320"/>
          </w:tcPr>
          <w:p>
            <w:r>
              <w:t>3707**********0327</w:t>
            </w:r>
          </w:p>
        </w:tc>
      </w:tr>
      <w:tr>
        <w:tc>
          <w:tcPr>
            <w:tcW w:type="dxa" w:w="4320"/>
          </w:tcPr>
          <w:p>
            <w:r>
              <w:t>刘奕佳</w:t>
            </w:r>
          </w:p>
        </w:tc>
        <w:tc>
          <w:tcPr>
            <w:tcW w:type="dxa" w:w="4320"/>
          </w:tcPr>
          <w:p>
            <w:r>
              <w:t>3708**********7649</w:t>
            </w:r>
          </w:p>
        </w:tc>
      </w:tr>
      <w:tr>
        <w:tc>
          <w:tcPr>
            <w:tcW w:type="dxa" w:w="4320"/>
          </w:tcPr>
          <w:p>
            <w:r>
              <w:t>马慧慧</w:t>
            </w:r>
          </w:p>
        </w:tc>
        <w:tc>
          <w:tcPr>
            <w:tcW w:type="dxa" w:w="4320"/>
          </w:tcPr>
          <w:p>
            <w:r>
              <w:t>3416**********3188</w:t>
            </w:r>
          </w:p>
        </w:tc>
      </w:tr>
      <w:tr>
        <w:tc>
          <w:tcPr>
            <w:tcW w:type="dxa" w:w="4320"/>
          </w:tcPr>
          <w:p>
            <w:r>
              <w:t>田静宇</w:t>
            </w:r>
          </w:p>
        </w:tc>
        <w:tc>
          <w:tcPr>
            <w:tcW w:type="dxa" w:w="4320"/>
          </w:tcPr>
          <w:p>
            <w:r>
              <w:t>1411**********0020</w:t>
            </w:r>
          </w:p>
        </w:tc>
      </w:tr>
      <w:tr>
        <w:tc>
          <w:tcPr>
            <w:tcW w:type="dxa" w:w="4320"/>
          </w:tcPr>
          <w:p>
            <w:r>
              <w:t>张伟路</w:t>
            </w:r>
          </w:p>
        </w:tc>
        <w:tc>
          <w:tcPr>
            <w:tcW w:type="dxa" w:w="4320"/>
          </w:tcPr>
          <w:p>
            <w:r>
              <w:t>1301**********1618</w:t>
            </w:r>
          </w:p>
        </w:tc>
      </w:tr>
      <w:tr>
        <w:tc>
          <w:tcPr>
            <w:tcW w:type="dxa" w:w="4320"/>
          </w:tcPr>
          <w:p>
            <w:r>
              <w:t>朱启明</w:t>
            </w:r>
          </w:p>
        </w:tc>
        <w:tc>
          <w:tcPr>
            <w:tcW w:type="dxa" w:w="4320"/>
          </w:tcPr>
          <w:p>
            <w:r>
              <w:t>4103**********0279</w:t>
            </w:r>
          </w:p>
        </w:tc>
      </w:tr>
      <w:tr>
        <w:tc>
          <w:tcPr>
            <w:tcW w:type="dxa" w:w="4320"/>
          </w:tcPr>
          <w:p>
            <w:r>
              <w:t>孙以恒</w:t>
            </w:r>
          </w:p>
        </w:tc>
        <w:tc>
          <w:tcPr>
            <w:tcW w:type="dxa" w:w="4320"/>
          </w:tcPr>
          <w:p>
            <w:r>
              <w:t>3207**********0932</w:t>
            </w:r>
          </w:p>
        </w:tc>
      </w:tr>
      <w:tr>
        <w:tc>
          <w:tcPr>
            <w:tcW w:type="dxa" w:w="4320"/>
          </w:tcPr>
          <w:p>
            <w:r>
              <w:t>高艺扬</w:t>
            </w:r>
          </w:p>
        </w:tc>
        <w:tc>
          <w:tcPr>
            <w:tcW w:type="dxa" w:w="4320"/>
          </w:tcPr>
          <w:p>
            <w:r>
              <w:t>3503**********1123</w:t>
            </w:r>
          </w:p>
        </w:tc>
      </w:tr>
      <w:tr>
        <w:tc>
          <w:tcPr>
            <w:tcW w:type="dxa" w:w="4320"/>
          </w:tcPr>
          <w:p>
            <w:r>
              <w:t>胡安媛</w:t>
            </w:r>
          </w:p>
        </w:tc>
        <w:tc>
          <w:tcPr>
            <w:tcW w:type="dxa" w:w="4320"/>
          </w:tcPr>
          <w:p>
            <w:r>
              <w:t>3408**********2521</w:t>
            </w:r>
          </w:p>
        </w:tc>
      </w:tr>
      <w:tr>
        <w:tc>
          <w:tcPr>
            <w:tcW w:type="dxa" w:w="4320"/>
          </w:tcPr>
          <w:p>
            <w:r>
              <w:t>靳玉洁</w:t>
            </w:r>
          </w:p>
        </w:tc>
        <w:tc>
          <w:tcPr>
            <w:tcW w:type="dxa" w:w="4320"/>
          </w:tcPr>
          <w:p>
            <w:r>
              <w:t>4108**********0044</w:t>
            </w:r>
          </w:p>
        </w:tc>
      </w:tr>
      <w:tr>
        <w:tc>
          <w:tcPr>
            <w:tcW w:type="dxa" w:w="4320"/>
          </w:tcPr>
          <w:p>
            <w:r>
              <w:t>罗俊晔</w:t>
            </w:r>
          </w:p>
        </w:tc>
        <w:tc>
          <w:tcPr>
            <w:tcW w:type="dxa" w:w="4320"/>
          </w:tcPr>
          <w:p>
            <w:r>
              <w:t>4418**********7938</w:t>
            </w:r>
          </w:p>
        </w:tc>
      </w:tr>
      <w:tr>
        <w:tc>
          <w:tcPr>
            <w:tcW w:type="dxa" w:w="4320"/>
          </w:tcPr>
          <w:p>
            <w:r>
              <w:t>吕莉萍</w:t>
            </w:r>
          </w:p>
        </w:tc>
        <w:tc>
          <w:tcPr>
            <w:tcW w:type="dxa" w:w="4320"/>
          </w:tcPr>
          <w:p>
            <w:r>
              <w:t>1527**********2124</w:t>
            </w:r>
          </w:p>
        </w:tc>
      </w:tr>
      <w:tr>
        <w:tc>
          <w:tcPr>
            <w:tcW w:type="dxa" w:w="4320"/>
          </w:tcPr>
          <w:p>
            <w:r>
              <w:t>潘俊峰</w:t>
            </w:r>
          </w:p>
        </w:tc>
        <w:tc>
          <w:tcPr>
            <w:tcW w:type="dxa" w:w="4320"/>
          </w:tcPr>
          <w:p>
            <w:r>
              <w:t>3505**********8611</w:t>
            </w:r>
          </w:p>
        </w:tc>
      </w:tr>
      <w:tr>
        <w:tc>
          <w:tcPr>
            <w:tcW w:type="dxa" w:w="4320"/>
          </w:tcPr>
          <w:p>
            <w:r>
              <w:t>杨敏婷</w:t>
            </w:r>
          </w:p>
        </w:tc>
        <w:tc>
          <w:tcPr>
            <w:tcW w:type="dxa" w:w="4320"/>
          </w:tcPr>
          <w:p>
            <w:r>
              <w:t>3414**********8126</w:t>
            </w:r>
          </w:p>
        </w:tc>
      </w:tr>
      <w:tr>
        <w:tc>
          <w:tcPr>
            <w:tcW w:type="dxa" w:w="4320"/>
          </w:tcPr>
          <w:p>
            <w:r>
              <w:t>唐浩原</w:t>
            </w:r>
          </w:p>
        </w:tc>
        <w:tc>
          <w:tcPr>
            <w:tcW w:type="dxa" w:w="4320"/>
          </w:tcPr>
          <w:p>
            <w:r>
              <w:t>3303**********0393</w:t>
            </w:r>
          </w:p>
        </w:tc>
      </w:tr>
      <w:tr>
        <w:tc>
          <w:tcPr>
            <w:tcW w:type="dxa" w:w="4320"/>
          </w:tcPr>
          <w:p>
            <w:r>
              <w:t>张通</w:t>
            </w:r>
          </w:p>
        </w:tc>
        <w:tc>
          <w:tcPr>
            <w:tcW w:type="dxa" w:w="4320"/>
          </w:tcPr>
          <w:p>
            <w:r>
              <w:t>5224**********0179</w:t>
            </w:r>
          </w:p>
        </w:tc>
      </w:tr>
      <w:tr>
        <w:tc>
          <w:tcPr>
            <w:tcW w:type="dxa" w:w="4320"/>
          </w:tcPr>
          <w:p>
            <w:r>
              <w:t>何佶</w:t>
            </w:r>
          </w:p>
        </w:tc>
        <w:tc>
          <w:tcPr>
            <w:tcW w:type="dxa" w:w="4320"/>
          </w:tcPr>
          <w:p>
            <w:r>
              <w:t>3201**********4037</w:t>
            </w:r>
          </w:p>
        </w:tc>
      </w:tr>
      <w:tr>
        <w:tc>
          <w:tcPr>
            <w:tcW w:type="dxa" w:w="4320"/>
          </w:tcPr>
          <w:p>
            <w:r>
              <w:t>黄湘龙</w:t>
            </w:r>
          </w:p>
        </w:tc>
        <w:tc>
          <w:tcPr>
            <w:tcW w:type="dxa" w:w="4320"/>
          </w:tcPr>
          <w:p>
            <w:r>
              <w:t>4401**********4730</w:t>
            </w:r>
          </w:p>
        </w:tc>
      </w:tr>
      <w:tr>
        <w:tc>
          <w:tcPr>
            <w:tcW w:type="dxa" w:w="4320"/>
          </w:tcPr>
          <w:p>
            <w:r>
              <w:t>张子浩</w:t>
            </w:r>
          </w:p>
        </w:tc>
        <w:tc>
          <w:tcPr>
            <w:tcW w:type="dxa" w:w="4320"/>
          </w:tcPr>
          <w:p>
            <w:r>
              <w:t>4105**********0156</w:t>
            </w:r>
          </w:p>
        </w:tc>
      </w:tr>
      <w:tr>
        <w:tc>
          <w:tcPr>
            <w:tcW w:type="dxa" w:w="4320"/>
          </w:tcPr>
          <w:p>
            <w:r>
              <w:t>詹旸</w:t>
            </w:r>
          </w:p>
        </w:tc>
        <w:tc>
          <w:tcPr>
            <w:tcW w:type="dxa" w:w="4320"/>
          </w:tcPr>
          <w:p>
            <w:r>
              <w:t>3504**********6515</w:t>
            </w:r>
          </w:p>
        </w:tc>
      </w:tr>
      <w:tr>
        <w:tc>
          <w:tcPr>
            <w:tcW w:type="dxa" w:w="4320"/>
          </w:tcPr>
          <w:p>
            <w:r>
              <w:t>钟炫杰</w:t>
            </w:r>
          </w:p>
        </w:tc>
        <w:tc>
          <w:tcPr>
            <w:tcW w:type="dxa" w:w="4320"/>
          </w:tcPr>
          <w:p>
            <w:r>
              <w:t>3509**********0153</w:t>
            </w:r>
          </w:p>
        </w:tc>
      </w:tr>
      <w:tr>
        <w:tc>
          <w:tcPr>
            <w:tcW w:type="dxa" w:w="4320"/>
          </w:tcPr>
          <w:p>
            <w:r>
              <w:t>姚慧敏</w:t>
            </w:r>
          </w:p>
        </w:tc>
        <w:tc>
          <w:tcPr>
            <w:tcW w:type="dxa" w:w="4320"/>
          </w:tcPr>
          <w:p>
            <w:r>
              <w:t>4116**********5564</w:t>
            </w:r>
          </w:p>
        </w:tc>
      </w:tr>
      <w:tr>
        <w:tc>
          <w:tcPr>
            <w:tcW w:type="dxa" w:w="4320"/>
          </w:tcPr>
          <w:p>
            <w:r>
              <w:t>江焱英</w:t>
            </w:r>
          </w:p>
        </w:tc>
        <w:tc>
          <w:tcPr>
            <w:tcW w:type="dxa" w:w="4320"/>
          </w:tcPr>
          <w:p>
            <w:r>
              <w:t>3611**********6546</w:t>
            </w:r>
          </w:p>
        </w:tc>
      </w:tr>
      <w:tr>
        <w:tc>
          <w:tcPr>
            <w:tcW w:type="dxa" w:w="4320"/>
          </w:tcPr>
          <w:p>
            <w:r>
              <w:t>陈粲玥</w:t>
            </w:r>
          </w:p>
        </w:tc>
        <w:tc>
          <w:tcPr>
            <w:tcW w:type="dxa" w:w="4320"/>
          </w:tcPr>
          <w:p>
            <w:r>
              <w:t>5116**********3369</w:t>
            </w:r>
          </w:p>
        </w:tc>
      </w:tr>
      <w:tr>
        <w:tc>
          <w:tcPr>
            <w:tcW w:type="dxa" w:w="4320"/>
          </w:tcPr>
          <w:p>
            <w:r>
              <w:t>洪文俊</w:t>
            </w:r>
          </w:p>
        </w:tc>
        <w:tc>
          <w:tcPr>
            <w:tcW w:type="dxa" w:w="4320"/>
          </w:tcPr>
          <w:p>
            <w:r>
              <w:t>3302**********2715</w:t>
            </w:r>
          </w:p>
        </w:tc>
      </w:tr>
      <w:tr>
        <w:tc>
          <w:tcPr>
            <w:tcW w:type="dxa" w:w="4320"/>
          </w:tcPr>
          <w:p>
            <w:r>
              <w:t>吴思颖</w:t>
            </w:r>
          </w:p>
        </w:tc>
        <w:tc>
          <w:tcPr>
            <w:tcW w:type="dxa" w:w="4320"/>
          </w:tcPr>
          <w:p>
            <w:r>
              <w:t>3507**********0484</w:t>
            </w:r>
          </w:p>
        </w:tc>
      </w:tr>
      <w:tr>
        <w:tc>
          <w:tcPr>
            <w:tcW w:type="dxa" w:w="4320"/>
          </w:tcPr>
          <w:p>
            <w:r>
              <w:t>敖冰堰齐</w:t>
            </w:r>
          </w:p>
        </w:tc>
        <w:tc>
          <w:tcPr>
            <w:tcW w:type="dxa" w:w="4320"/>
          </w:tcPr>
          <w:p>
            <w:r>
              <w:t>5303**********0548</w:t>
            </w:r>
          </w:p>
        </w:tc>
      </w:tr>
      <w:tr>
        <w:tc>
          <w:tcPr>
            <w:tcW w:type="dxa" w:w="4320"/>
          </w:tcPr>
          <w:p>
            <w:r>
              <w:t>戴祖杰</w:t>
            </w:r>
          </w:p>
        </w:tc>
        <w:tc>
          <w:tcPr>
            <w:tcW w:type="dxa" w:w="4320"/>
          </w:tcPr>
          <w:p>
            <w:r>
              <w:t>3211**********3310</w:t>
            </w:r>
          </w:p>
        </w:tc>
      </w:tr>
      <w:tr>
        <w:tc>
          <w:tcPr>
            <w:tcW w:type="dxa" w:w="4320"/>
          </w:tcPr>
          <w:p>
            <w:r>
              <w:t>梁文翔</w:t>
            </w:r>
          </w:p>
        </w:tc>
        <w:tc>
          <w:tcPr>
            <w:tcW w:type="dxa" w:w="4320"/>
          </w:tcPr>
          <w:p>
            <w:r>
              <w:t>3508**********3737</w:t>
            </w:r>
          </w:p>
        </w:tc>
      </w:tr>
      <w:tr>
        <w:tc>
          <w:tcPr>
            <w:tcW w:type="dxa" w:w="4320"/>
          </w:tcPr>
          <w:p>
            <w:r>
              <w:t>孙梦瑶</w:t>
            </w:r>
          </w:p>
        </w:tc>
        <w:tc>
          <w:tcPr>
            <w:tcW w:type="dxa" w:w="4320"/>
          </w:tcPr>
          <w:p>
            <w:r>
              <w:t>4114**********4523</w:t>
            </w:r>
          </w:p>
        </w:tc>
      </w:tr>
      <w:tr>
        <w:tc>
          <w:tcPr>
            <w:tcW w:type="dxa" w:w="4320"/>
          </w:tcPr>
          <w:p>
            <w:r>
              <w:t>王照星</w:t>
            </w:r>
          </w:p>
        </w:tc>
        <w:tc>
          <w:tcPr>
            <w:tcW w:type="dxa" w:w="4320"/>
          </w:tcPr>
          <w:p>
            <w:r>
              <w:t>1304**********4614</w:t>
            </w:r>
          </w:p>
        </w:tc>
      </w:tr>
      <w:tr>
        <w:tc>
          <w:tcPr>
            <w:tcW w:type="dxa" w:w="4320"/>
          </w:tcPr>
          <w:p>
            <w:r>
              <w:t>张雨琴</w:t>
            </w:r>
          </w:p>
        </w:tc>
        <w:tc>
          <w:tcPr>
            <w:tcW w:type="dxa" w:w="4320"/>
          </w:tcPr>
          <w:p>
            <w:r>
              <w:t>4115**********896X</w:t>
            </w:r>
          </w:p>
        </w:tc>
      </w:tr>
      <w:tr>
        <w:tc>
          <w:tcPr>
            <w:tcW w:type="dxa" w:w="4320"/>
          </w:tcPr>
          <w:p>
            <w:r>
              <w:t>耿缨姿</w:t>
            </w:r>
          </w:p>
        </w:tc>
        <w:tc>
          <w:tcPr>
            <w:tcW w:type="dxa" w:w="4320"/>
          </w:tcPr>
          <w:p>
            <w:r>
              <w:t>1301**********0021</w:t>
            </w:r>
          </w:p>
        </w:tc>
      </w:tr>
      <w:tr>
        <w:tc>
          <w:tcPr>
            <w:tcW w:type="dxa" w:w="4320"/>
          </w:tcPr>
          <w:p>
            <w:r>
              <w:t>王嘉琦</w:t>
            </w:r>
          </w:p>
        </w:tc>
        <w:tc>
          <w:tcPr>
            <w:tcW w:type="dxa" w:w="4320"/>
          </w:tcPr>
          <w:p>
            <w:r>
              <w:t>3310**********0205</w:t>
            </w:r>
          </w:p>
        </w:tc>
      </w:tr>
      <w:tr>
        <w:tc>
          <w:tcPr>
            <w:tcW w:type="dxa" w:w="4320"/>
          </w:tcPr>
          <w:p>
            <w:r>
              <w:t>谢宇航</w:t>
            </w:r>
          </w:p>
        </w:tc>
        <w:tc>
          <w:tcPr>
            <w:tcW w:type="dxa" w:w="4320"/>
          </w:tcPr>
          <w:p>
            <w:r>
              <w:t>4210**********0717</w:t>
            </w:r>
          </w:p>
        </w:tc>
      </w:tr>
      <w:tr>
        <w:tc>
          <w:tcPr>
            <w:tcW w:type="dxa" w:w="4320"/>
          </w:tcPr>
          <w:p>
            <w:r>
              <w:t>柯雅轩</w:t>
            </w:r>
          </w:p>
        </w:tc>
        <w:tc>
          <w:tcPr>
            <w:tcW w:type="dxa" w:w="4320"/>
          </w:tcPr>
          <w:p>
            <w:r>
              <w:t>3310**********1887</w:t>
            </w:r>
          </w:p>
        </w:tc>
      </w:tr>
      <w:tr>
        <w:tc>
          <w:tcPr>
            <w:tcW w:type="dxa" w:w="4320"/>
          </w:tcPr>
          <w:p>
            <w:r>
              <w:t>帅园婷</w:t>
            </w:r>
          </w:p>
        </w:tc>
        <w:tc>
          <w:tcPr>
            <w:tcW w:type="dxa" w:w="4320"/>
          </w:tcPr>
          <w:p>
            <w:r>
              <w:t>3610**********0220</w:t>
            </w:r>
          </w:p>
        </w:tc>
      </w:tr>
      <w:tr>
        <w:tc>
          <w:tcPr>
            <w:tcW w:type="dxa" w:w="4320"/>
          </w:tcPr>
          <w:p>
            <w:r>
              <w:t>杨婧</w:t>
            </w:r>
          </w:p>
        </w:tc>
        <w:tc>
          <w:tcPr>
            <w:tcW w:type="dxa" w:w="4320"/>
          </w:tcPr>
          <w:p>
            <w:r>
              <w:t>3213**********0029</w:t>
            </w:r>
          </w:p>
        </w:tc>
      </w:tr>
      <w:tr>
        <w:tc>
          <w:tcPr>
            <w:tcW w:type="dxa" w:w="4320"/>
          </w:tcPr>
          <w:p>
            <w:r>
              <w:t>张佳锐</w:t>
            </w:r>
          </w:p>
        </w:tc>
        <w:tc>
          <w:tcPr>
            <w:tcW w:type="dxa" w:w="4320"/>
          </w:tcPr>
          <w:p>
            <w:r>
              <w:t>4405**********5017</w:t>
            </w:r>
          </w:p>
        </w:tc>
      </w:tr>
      <w:tr>
        <w:tc>
          <w:tcPr>
            <w:tcW w:type="dxa" w:w="4320"/>
          </w:tcPr>
          <w:p>
            <w:r>
              <w:t>曾羽婷</w:t>
            </w:r>
          </w:p>
        </w:tc>
        <w:tc>
          <w:tcPr>
            <w:tcW w:type="dxa" w:w="4320"/>
          </w:tcPr>
          <w:p>
            <w:r>
              <w:t>4313**********0528</w:t>
            </w:r>
          </w:p>
        </w:tc>
      </w:tr>
      <w:tr>
        <w:tc>
          <w:tcPr>
            <w:tcW w:type="dxa" w:w="4320"/>
          </w:tcPr>
          <w:p>
            <w:r>
              <w:t>周筱然</w:t>
            </w:r>
          </w:p>
        </w:tc>
        <w:tc>
          <w:tcPr>
            <w:tcW w:type="dxa" w:w="4320"/>
          </w:tcPr>
          <w:p>
            <w:r>
              <w:t>2208**********1812</w:t>
            </w:r>
          </w:p>
        </w:tc>
      </w:tr>
      <w:tr>
        <w:tc>
          <w:tcPr>
            <w:tcW w:type="dxa" w:w="4320"/>
          </w:tcPr>
          <w:p>
            <w:r>
              <w:t>董秀娟</w:t>
            </w:r>
          </w:p>
        </w:tc>
        <w:tc>
          <w:tcPr>
            <w:tcW w:type="dxa" w:w="4320"/>
          </w:tcPr>
          <w:p>
            <w:r>
              <w:t>3207**********4569</w:t>
            </w:r>
          </w:p>
        </w:tc>
      </w:tr>
      <w:tr>
        <w:tc>
          <w:tcPr>
            <w:tcW w:type="dxa" w:w="4320"/>
          </w:tcPr>
          <w:p>
            <w:r>
              <w:t>刘俊宏</w:t>
            </w:r>
          </w:p>
        </w:tc>
        <w:tc>
          <w:tcPr>
            <w:tcW w:type="dxa" w:w="4320"/>
          </w:tcPr>
          <w:p>
            <w:r>
              <w:t>2102**********6015</w:t>
            </w:r>
          </w:p>
        </w:tc>
      </w:tr>
      <w:tr>
        <w:tc>
          <w:tcPr>
            <w:tcW w:type="dxa" w:w="4320"/>
          </w:tcPr>
          <w:p>
            <w:r>
              <w:t>叶佳瑶</w:t>
            </w:r>
          </w:p>
        </w:tc>
        <w:tc>
          <w:tcPr>
            <w:tcW w:type="dxa" w:w="4320"/>
          </w:tcPr>
          <w:p>
            <w:r>
              <w:t>3202**********0027</w:t>
            </w:r>
          </w:p>
        </w:tc>
      </w:tr>
      <w:tr>
        <w:tc>
          <w:tcPr>
            <w:tcW w:type="dxa" w:w="4320"/>
          </w:tcPr>
          <w:p>
            <w:r>
              <w:t>张文卓</w:t>
            </w:r>
          </w:p>
        </w:tc>
        <w:tc>
          <w:tcPr>
            <w:tcW w:type="dxa" w:w="4320"/>
          </w:tcPr>
          <w:p>
            <w:r>
              <w:t>4114**********0011</w:t>
            </w:r>
          </w:p>
        </w:tc>
      </w:tr>
      <w:tr>
        <w:tc>
          <w:tcPr>
            <w:tcW w:type="dxa" w:w="4320"/>
          </w:tcPr>
          <w:p>
            <w:r>
              <w:t>念欣怡</w:t>
            </w:r>
          </w:p>
        </w:tc>
        <w:tc>
          <w:tcPr>
            <w:tcW w:type="dxa" w:w="4320"/>
          </w:tcPr>
          <w:p>
            <w:r>
              <w:t>5303**********0727</w:t>
            </w:r>
          </w:p>
        </w:tc>
      </w:tr>
      <w:tr>
        <w:tc>
          <w:tcPr>
            <w:tcW w:type="dxa" w:w="4320"/>
          </w:tcPr>
          <w:p>
            <w:r>
              <w:t>吴霄阳</w:t>
            </w:r>
          </w:p>
        </w:tc>
        <w:tc>
          <w:tcPr>
            <w:tcW w:type="dxa" w:w="4320"/>
          </w:tcPr>
          <w:p>
            <w:r>
              <w:t>3212**********4818</w:t>
            </w:r>
          </w:p>
        </w:tc>
      </w:tr>
      <w:tr>
        <w:tc>
          <w:tcPr>
            <w:tcW w:type="dxa" w:w="4320"/>
          </w:tcPr>
          <w:p>
            <w:r>
              <w:t>李彦斌</w:t>
            </w:r>
          </w:p>
        </w:tc>
        <w:tc>
          <w:tcPr>
            <w:tcW w:type="dxa" w:w="4320"/>
          </w:tcPr>
          <w:p>
            <w:r>
              <w:t>4310**********101X</w:t>
            </w:r>
          </w:p>
        </w:tc>
      </w:tr>
      <w:tr>
        <w:tc>
          <w:tcPr>
            <w:tcW w:type="dxa" w:w="4320"/>
          </w:tcPr>
          <w:p>
            <w:r>
              <w:t>徐崇立</w:t>
            </w:r>
          </w:p>
        </w:tc>
        <w:tc>
          <w:tcPr>
            <w:tcW w:type="dxa" w:w="4320"/>
          </w:tcPr>
          <w:p>
            <w:r>
              <w:t>3303**********731X</w:t>
            </w:r>
          </w:p>
        </w:tc>
      </w:tr>
      <w:tr>
        <w:tc>
          <w:tcPr>
            <w:tcW w:type="dxa" w:w="4320"/>
          </w:tcPr>
          <w:p>
            <w:r>
              <w:t>赵宇婷</w:t>
            </w:r>
          </w:p>
        </w:tc>
        <w:tc>
          <w:tcPr>
            <w:tcW w:type="dxa" w:w="4320"/>
          </w:tcPr>
          <w:p>
            <w:r>
              <w:t>3411**********622X</w:t>
            </w:r>
          </w:p>
        </w:tc>
      </w:tr>
      <w:tr>
        <w:tc>
          <w:tcPr>
            <w:tcW w:type="dxa" w:w="4320"/>
          </w:tcPr>
          <w:p>
            <w:r>
              <w:t>刘圻宇</w:t>
            </w:r>
          </w:p>
        </w:tc>
        <w:tc>
          <w:tcPr>
            <w:tcW w:type="dxa" w:w="4320"/>
          </w:tcPr>
          <w:p>
            <w:r>
              <w:t>5113**********0049</w:t>
            </w:r>
          </w:p>
        </w:tc>
      </w:tr>
      <w:tr>
        <w:tc>
          <w:tcPr>
            <w:tcW w:type="dxa" w:w="4320"/>
          </w:tcPr>
          <w:p>
            <w:r>
              <w:t>王铎</w:t>
            </w:r>
          </w:p>
        </w:tc>
        <w:tc>
          <w:tcPr>
            <w:tcW w:type="dxa" w:w="4320"/>
          </w:tcPr>
          <w:p>
            <w:r>
              <w:t>4109**********1215</w:t>
            </w:r>
          </w:p>
        </w:tc>
      </w:tr>
      <w:tr>
        <w:tc>
          <w:tcPr>
            <w:tcW w:type="dxa" w:w="4320"/>
          </w:tcPr>
          <w:p>
            <w:r>
              <w:t>党玮捷</w:t>
            </w:r>
          </w:p>
        </w:tc>
        <w:tc>
          <w:tcPr>
            <w:tcW w:type="dxa" w:w="4320"/>
          </w:tcPr>
          <w:p>
            <w:r>
              <w:t>6101**********3517</w:t>
            </w:r>
          </w:p>
        </w:tc>
      </w:tr>
      <w:tr>
        <w:tc>
          <w:tcPr>
            <w:tcW w:type="dxa" w:w="4320"/>
          </w:tcPr>
          <w:p>
            <w:r>
              <w:t>郭紫星</w:t>
            </w:r>
          </w:p>
        </w:tc>
        <w:tc>
          <w:tcPr>
            <w:tcW w:type="dxa" w:w="4320"/>
          </w:tcPr>
          <w:p>
            <w:r>
              <w:t>1407**********0042</w:t>
            </w:r>
          </w:p>
        </w:tc>
      </w:tr>
      <w:tr>
        <w:tc>
          <w:tcPr>
            <w:tcW w:type="dxa" w:w="4320"/>
          </w:tcPr>
          <w:p>
            <w:r>
              <w:t>胡晓蕾</w:t>
            </w:r>
          </w:p>
        </w:tc>
        <w:tc>
          <w:tcPr>
            <w:tcW w:type="dxa" w:w="4320"/>
          </w:tcPr>
          <w:p>
            <w:r>
              <w:t>3306**********6021</w:t>
            </w:r>
          </w:p>
        </w:tc>
      </w:tr>
      <w:tr>
        <w:tc>
          <w:tcPr>
            <w:tcW w:type="dxa" w:w="4320"/>
          </w:tcPr>
          <w:p>
            <w:r>
              <w:t>刘浩琪</w:t>
            </w:r>
          </w:p>
        </w:tc>
        <w:tc>
          <w:tcPr>
            <w:tcW w:type="dxa" w:w="4320"/>
          </w:tcPr>
          <w:p>
            <w:r>
              <w:t>1306**********1210</w:t>
            </w:r>
          </w:p>
        </w:tc>
      </w:tr>
      <w:tr>
        <w:tc>
          <w:tcPr>
            <w:tcW w:type="dxa" w:w="4320"/>
          </w:tcPr>
          <w:p>
            <w:r>
              <w:t>柏艳</w:t>
            </w:r>
          </w:p>
        </w:tc>
        <w:tc>
          <w:tcPr>
            <w:tcW w:type="dxa" w:w="4320"/>
          </w:tcPr>
          <w:p>
            <w:r>
              <w:t>3709**********3885</w:t>
            </w:r>
          </w:p>
        </w:tc>
      </w:tr>
      <w:tr>
        <w:tc>
          <w:tcPr>
            <w:tcW w:type="dxa" w:w="4320"/>
          </w:tcPr>
          <w:p>
            <w:r>
              <w:t>龚豪东</w:t>
            </w:r>
          </w:p>
        </w:tc>
        <w:tc>
          <w:tcPr>
            <w:tcW w:type="dxa" w:w="4320"/>
          </w:tcPr>
          <w:p>
            <w:r>
              <w:t>3611**********6534</w:t>
            </w:r>
          </w:p>
        </w:tc>
      </w:tr>
      <w:tr>
        <w:tc>
          <w:tcPr>
            <w:tcW w:type="dxa" w:w="4320"/>
          </w:tcPr>
          <w:p>
            <w:r>
              <w:t>和健</w:t>
            </w:r>
          </w:p>
        </w:tc>
        <w:tc>
          <w:tcPr>
            <w:tcW w:type="dxa" w:w="4320"/>
          </w:tcPr>
          <w:p>
            <w:r>
              <w:t>5332**********1938</w:t>
            </w:r>
          </w:p>
        </w:tc>
      </w:tr>
      <w:tr>
        <w:tc>
          <w:tcPr>
            <w:tcW w:type="dxa" w:w="4320"/>
          </w:tcPr>
          <w:p>
            <w:r>
              <w:t>刘耀睿</w:t>
            </w:r>
          </w:p>
        </w:tc>
        <w:tc>
          <w:tcPr>
            <w:tcW w:type="dxa" w:w="4320"/>
          </w:tcPr>
          <w:p>
            <w:r>
              <w:t>2201**********0612</w:t>
            </w:r>
          </w:p>
        </w:tc>
      </w:tr>
      <w:tr>
        <w:tc>
          <w:tcPr>
            <w:tcW w:type="dxa" w:w="4320"/>
          </w:tcPr>
          <w:p>
            <w:r>
              <w:t>鹿欣宇</w:t>
            </w:r>
          </w:p>
        </w:tc>
        <w:tc>
          <w:tcPr>
            <w:tcW w:type="dxa" w:w="4320"/>
          </w:tcPr>
          <w:p>
            <w:r>
              <w:t>1304**********6521</w:t>
            </w:r>
          </w:p>
        </w:tc>
      </w:tr>
      <w:tr>
        <w:tc>
          <w:tcPr>
            <w:tcW w:type="dxa" w:w="4320"/>
          </w:tcPr>
          <w:p>
            <w:r>
              <w:t>蔡茜媛</w:t>
            </w:r>
          </w:p>
        </w:tc>
        <w:tc>
          <w:tcPr>
            <w:tcW w:type="dxa" w:w="4320"/>
          </w:tcPr>
          <w:p>
            <w:r>
              <w:t>3303**********2329</w:t>
            </w:r>
          </w:p>
        </w:tc>
      </w:tr>
      <w:tr>
        <w:tc>
          <w:tcPr>
            <w:tcW w:type="dxa" w:w="4320"/>
          </w:tcPr>
          <w:p>
            <w:r>
              <w:t>徐晓帆</w:t>
            </w:r>
          </w:p>
        </w:tc>
        <w:tc>
          <w:tcPr>
            <w:tcW w:type="dxa" w:w="4320"/>
          </w:tcPr>
          <w:p>
            <w:r>
              <w:t>2103**********062X</w:t>
            </w:r>
          </w:p>
        </w:tc>
      </w:tr>
      <w:tr>
        <w:tc>
          <w:tcPr>
            <w:tcW w:type="dxa" w:w="4320"/>
          </w:tcPr>
          <w:p>
            <w:r>
              <w:t>曾文豪</w:t>
            </w:r>
          </w:p>
        </w:tc>
        <w:tc>
          <w:tcPr>
            <w:tcW w:type="dxa" w:w="4320"/>
          </w:tcPr>
          <w:p>
            <w:r>
              <w:t>3601**********0018</w:t>
            </w:r>
          </w:p>
        </w:tc>
      </w:tr>
      <w:tr>
        <w:tc>
          <w:tcPr>
            <w:tcW w:type="dxa" w:w="4320"/>
          </w:tcPr>
          <w:p>
            <w:r>
              <w:t>张毅</w:t>
            </w:r>
          </w:p>
        </w:tc>
        <w:tc>
          <w:tcPr>
            <w:tcW w:type="dxa" w:w="4320"/>
          </w:tcPr>
          <w:p>
            <w:r>
              <w:t>5204**********0014</w:t>
            </w:r>
          </w:p>
        </w:tc>
      </w:tr>
      <w:tr>
        <w:tc>
          <w:tcPr>
            <w:tcW w:type="dxa" w:w="4320"/>
          </w:tcPr>
          <w:p>
            <w:r>
              <w:t>张振辉</w:t>
            </w:r>
          </w:p>
        </w:tc>
        <w:tc>
          <w:tcPr>
            <w:tcW w:type="dxa" w:w="4320"/>
          </w:tcPr>
          <w:p>
            <w:r>
              <w:t>4102**********3897</w:t>
            </w:r>
          </w:p>
        </w:tc>
      </w:tr>
      <w:tr>
        <w:tc>
          <w:tcPr>
            <w:tcW w:type="dxa" w:w="4320"/>
          </w:tcPr>
          <w:p>
            <w:r>
              <w:t>胡琪</w:t>
            </w:r>
          </w:p>
        </w:tc>
        <w:tc>
          <w:tcPr>
            <w:tcW w:type="dxa" w:w="4320"/>
          </w:tcPr>
          <w:p>
            <w:r>
              <w:t>4306**********040X</w:t>
            </w:r>
          </w:p>
        </w:tc>
      </w:tr>
      <w:tr>
        <w:tc>
          <w:tcPr>
            <w:tcW w:type="dxa" w:w="4320"/>
          </w:tcPr>
          <w:p>
            <w:r>
              <w:t>简川博</w:t>
            </w:r>
          </w:p>
        </w:tc>
        <w:tc>
          <w:tcPr>
            <w:tcW w:type="dxa" w:w="4320"/>
          </w:tcPr>
          <w:p>
            <w:r>
              <w:t>3605**********0016</w:t>
            </w:r>
          </w:p>
        </w:tc>
      </w:tr>
      <w:tr>
        <w:tc>
          <w:tcPr>
            <w:tcW w:type="dxa" w:w="4320"/>
          </w:tcPr>
          <w:p>
            <w:r>
              <w:t>李梦娣</w:t>
            </w:r>
          </w:p>
        </w:tc>
        <w:tc>
          <w:tcPr>
            <w:tcW w:type="dxa" w:w="4320"/>
          </w:tcPr>
          <w:p>
            <w:r>
              <w:t>3413**********3088</w:t>
            </w:r>
          </w:p>
        </w:tc>
      </w:tr>
      <w:tr>
        <w:tc>
          <w:tcPr>
            <w:tcW w:type="dxa" w:w="4320"/>
          </w:tcPr>
          <w:p>
            <w:r>
              <w:t>王亭霏</w:t>
            </w:r>
          </w:p>
        </w:tc>
        <w:tc>
          <w:tcPr>
            <w:tcW w:type="dxa" w:w="4320"/>
          </w:tcPr>
          <w:p>
            <w:r>
              <w:t>4113**********0229</w:t>
            </w:r>
          </w:p>
        </w:tc>
      </w:tr>
      <w:tr>
        <w:tc>
          <w:tcPr>
            <w:tcW w:type="dxa" w:w="4320"/>
          </w:tcPr>
          <w:p>
            <w:r>
              <w:t>徐文静</w:t>
            </w:r>
          </w:p>
        </w:tc>
        <w:tc>
          <w:tcPr>
            <w:tcW w:type="dxa" w:w="4320"/>
          </w:tcPr>
          <w:p>
            <w:r>
              <w:t>3418**********6448</w:t>
            </w:r>
          </w:p>
        </w:tc>
      </w:tr>
      <w:tr>
        <w:tc>
          <w:tcPr>
            <w:tcW w:type="dxa" w:w="4320"/>
          </w:tcPr>
          <w:p>
            <w:r>
              <w:t>顾林奕</w:t>
            </w:r>
          </w:p>
        </w:tc>
        <w:tc>
          <w:tcPr>
            <w:tcW w:type="dxa" w:w="4320"/>
          </w:tcPr>
          <w:p>
            <w:r>
              <w:t>3202**********4021</w:t>
            </w:r>
          </w:p>
        </w:tc>
      </w:tr>
      <w:tr>
        <w:tc>
          <w:tcPr>
            <w:tcW w:type="dxa" w:w="4320"/>
          </w:tcPr>
          <w:p>
            <w:r>
              <w:t>刘思妙</w:t>
            </w:r>
          </w:p>
        </w:tc>
        <w:tc>
          <w:tcPr>
            <w:tcW w:type="dxa" w:w="4320"/>
          </w:tcPr>
          <w:p>
            <w:r>
              <w:t>4113**********6547</w:t>
            </w:r>
          </w:p>
        </w:tc>
      </w:tr>
      <w:tr>
        <w:tc>
          <w:tcPr>
            <w:tcW w:type="dxa" w:w="4320"/>
          </w:tcPr>
          <w:p>
            <w:r>
              <w:t>李苏帆</w:t>
            </w:r>
          </w:p>
        </w:tc>
        <w:tc>
          <w:tcPr>
            <w:tcW w:type="dxa" w:w="4320"/>
          </w:tcPr>
          <w:p>
            <w:r>
              <w:t>3406**********0229</w:t>
            </w:r>
          </w:p>
        </w:tc>
      </w:tr>
      <w:tr>
        <w:tc>
          <w:tcPr>
            <w:tcW w:type="dxa" w:w="4320"/>
          </w:tcPr>
          <w:p>
            <w:r>
              <w:t>杜泽宇</w:t>
            </w:r>
          </w:p>
        </w:tc>
        <w:tc>
          <w:tcPr>
            <w:tcW w:type="dxa" w:w="4320"/>
          </w:tcPr>
          <w:p>
            <w:r>
              <w:t>1401**********7051</w:t>
            </w:r>
          </w:p>
        </w:tc>
      </w:tr>
      <w:tr>
        <w:tc>
          <w:tcPr>
            <w:tcW w:type="dxa" w:w="4320"/>
          </w:tcPr>
          <w:p>
            <w:r>
              <w:t>黄心海</w:t>
            </w:r>
          </w:p>
        </w:tc>
        <w:tc>
          <w:tcPr>
            <w:tcW w:type="dxa" w:w="4320"/>
          </w:tcPr>
          <w:p>
            <w:r>
              <w:t>3212**********2619</w:t>
            </w:r>
          </w:p>
        </w:tc>
      </w:tr>
      <w:tr>
        <w:tc>
          <w:tcPr>
            <w:tcW w:type="dxa" w:w="4320"/>
          </w:tcPr>
          <w:p>
            <w:r>
              <w:t>蔡宇俊</w:t>
            </w:r>
          </w:p>
        </w:tc>
        <w:tc>
          <w:tcPr>
            <w:tcW w:type="dxa" w:w="4320"/>
          </w:tcPr>
          <w:p>
            <w:r>
              <w:t>3310**********1912</w:t>
            </w:r>
          </w:p>
        </w:tc>
      </w:tr>
      <w:tr>
        <w:tc>
          <w:tcPr>
            <w:tcW w:type="dxa" w:w="4320"/>
          </w:tcPr>
          <w:p>
            <w:r>
              <w:t>张朔宁</w:t>
            </w:r>
          </w:p>
        </w:tc>
        <w:tc>
          <w:tcPr>
            <w:tcW w:type="dxa" w:w="4320"/>
          </w:tcPr>
          <w:p>
            <w:r>
              <w:t>3713**********1612</w:t>
            </w:r>
          </w:p>
        </w:tc>
      </w:tr>
      <w:tr>
        <w:tc>
          <w:tcPr>
            <w:tcW w:type="dxa" w:w="4320"/>
          </w:tcPr>
          <w:p>
            <w:r>
              <w:t>张子昂</w:t>
            </w:r>
          </w:p>
        </w:tc>
        <w:tc>
          <w:tcPr>
            <w:tcW w:type="dxa" w:w="4320"/>
          </w:tcPr>
          <w:p>
            <w:r>
              <w:t>4452**********3016</w:t>
            </w:r>
          </w:p>
        </w:tc>
      </w:tr>
      <w:tr>
        <w:tc>
          <w:tcPr>
            <w:tcW w:type="dxa" w:w="4320"/>
          </w:tcPr>
          <w:p>
            <w:r>
              <w:t>曹曦蕾</w:t>
            </w:r>
          </w:p>
        </w:tc>
        <w:tc>
          <w:tcPr>
            <w:tcW w:type="dxa" w:w="4320"/>
          </w:tcPr>
          <w:p>
            <w:r>
              <w:t>3610**********0026</w:t>
            </w:r>
          </w:p>
        </w:tc>
      </w:tr>
      <w:tr>
        <w:tc>
          <w:tcPr>
            <w:tcW w:type="dxa" w:w="4320"/>
          </w:tcPr>
          <w:p>
            <w:r>
              <w:t>庄卓一</w:t>
            </w:r>
          </w:p>
        </w:tc>
        <w:tc>
          <w:tcPr>
            <w:tcW w:type="dxa" w:w="4320"/>
          </w:tcPr>
          <w:p>
            <w:r>
              <w:t>3205**********401X</w:t>
            </w:r>
          </w:p>
        </w:tc>
      </w:tr>
      <w:tr>
        <w:tc>
          <w:tcPr>
            <w:tcW w:type="dxa" w:w="4320"/>
          </w:tcPr>
          <w:p>
            <w:r>
              <w:t>徐林旋</w:t>
            </w:r>
          </w:p>
        </w:tc>
        <w:tc>
          <w:tcPr>
            <w:tcW w:type="dxa" w:w="4320"/>
          </w:tcPr>
          <w:p>
            <w:r>
              <w:t>3623**********5921</w:t>
            </w:r>
          </w:p>
        </w:tc>
      </w:tr>
      <w:tr>
        <w:tc>
          <w:tcPr>
            <w:tcW w:type="dxa" w:w="4320"/>
          </w:tcPr>
          <w:p>
            <w:r>
              <w:t>胡鑫</w:t>
            </w:r>
          </w:p>
        </w:tc>
        <w:tc>
          <w:tcPr>
            <w:tcW w:type="dxa" w:w="4320"/>
          </w:tcPr>
          <w:p>
            <w:r>
              <w:t>4115**********6410</w:t>
            </w:r>
          </w:p>
        </w:tc>
      </w:tr>
      <w:tr>
        <w:tc>
          <w:tcPr>
            <w:tcW w:type="dxa" w:w="4320"/>
          </w:tcPr>
          <w:p>
            <w:r>
              <w:t>胡天敏</w:t>
            </w:r>
          </w:p>
        </w:tc>
        <w:tc>
          <w:tcPr>
            <w:tcW w:type="dxa" w:w="4320"/>
          </w:tcPr>
          <w:p>
            <w:r>
              <w:t>5134**********1928</w:t>
            </w:r>
          </w:p>
        </w:tc>
      </w:tr>
      <w:tr>
        <w:tc>
          <w:tcPr>
            <w:tcW w:type="dxa" w:w="4320"/>
          </w:tcPr>
          <w:p>
            <w:r>
              <w:t>曾祥森</w:t>
            </w:r>
          </w:p>
        </w:tc>
        <w:tc>
          <w:tcPr>
            <w:tcW w:type="dxa" w:w="4320"/>
          </w:tcPr>
          <w:p>
            <w:r>
              <w:t>3717**********0015</w:t>
            </w:r>
          </w:p>
        </w:tc>
      </w:tr>
      <w:tr>
        <w:tc>
          <w:tcPr>
            <w:tcW w:type="dxa" w:w="4320"/>
          </w:tcPr>
          <w:p>
            <w:r>
              <w:t>章芯洁</w:t>
            </w:r>
          </w:p>
        </w:tc>
        <w:tc>
          <w:tcPr>
            <w:tcW w:type="dxa" w:w="4320"/>
          </w:tcPr>
          <w:p>
            <w:r>
              <w:t>3606**********1521</w:t>
            </w:r>
          </w:p>
        </w:tc>
      </w:tr>
      <w:tr>
        <w:tc>
          <w:tcPr>
            <w:tcW w:type="dxa" w:w="4320"/>
          </w:tcPr>
          <w:p>
            <w:r>
              <w:t>马婉琦</w:t>
            </w:r>
          </w:p>
        </w:tc>
        <w:tc>
          <w:tcPr>
            <w:tcW w:type="dxa" w:w="4320"/>
          </w:tcPr>
          <w:p>
            <w:r>
              <w:t>4114**********8468</w:t>
            </w:r>
          </w:p>
        </w:tc>
      </w:tr>
      <w:tr>
        <w:tc>
          <w:tcPr>
            <w:tcW w:type="dxa" w:w="4320"/>
          </w:tcPr>
          <w:p>
            <w:r>
              <w:t>谢林芯</w:t>
            </w:r>
          </w:p>
        </w:tc>
        <w:tc>
          <w:tcPr>
            <w:tcW w:type="dxa" w:w="4320"/>
          </w:tcPr>
          <w:p>
            <w:r>
              <w:t>5115**********524X</w:t>
            </w:r>
          </w:p>
        </w:tc>
      </w:tr>
      <w:tr>
        <w:tc>
          <w:tcPr>
            <w:tcW w:type="dxa" w:w="4320"/>
          </w:tcPr>
          <w:p>
            <w:r>
              <w:t>杨子豪</w:t>
            </w:r>
          </w:p>
        </w:tc>
        <w:tc>
          <w:tcPr>
            <w:tcW w:type="dxa" w:w="4320"/>
          </w:tcPr>
          <w:p>
            <w:r>
              <w:t>3203**********0331</w:t>
            </w:r>
          </w:p>
        </w:tc>
      </w:tr>
      <w:tr>
        <w:tc>
          <w:tcPr>
            <w:tcW w:type="dxa" w:w="4320"/>
          </w:tcPr>
          <w:p>
            <w:r>
              <w:t>刘彻</w:t>
            </w:r>
          </w:p>
        </w:tc>
        <w:tc>
          <w:tcPr>
            <w:tcW w:type="dxa" w:w="4320"/>
          </w:tcPr>
          <w:p>
            <w:r>
              <w:t>4116**********3130</w:t>
            </w:r>
          </w:p>
        </w:tc>
      </w:tr>
      <w:tr>
        <w:tc>
          <w:tcPr>
            <w:tcW w:type="dxa" w:w="4320"/>
          </w:tcPr>
          <w:p>
            <w:r>
              <w:t>李铮</w:t>
            </w:r>
          </w:p>
        </w:tc>
        <w:tc>
          <w:tcPr>
            <w:tcW w:type="dxa" w:w="4320"/>
          </w:tcPr>
          <w:p>
            <w:r>
              <w:t>4116**********6113</w:t>
            </w:r>
          </w:p>
        </w:tc>
      </w:tr>
      <w:tr>
        <w:tc>
          <w:tcPr>
            <w:tcW w:type="dxa" w:w="4320"/>
          </w:tcPr>
          <w:p>
            <w:r>
              <w:t>刘笑语</w:t>
            </w:r>
          </w:p>
        </w:tc>
        <w:tc>
          <w:tcPr>
            <w:tcW w:type="dxa" w:w="4320"/>
          </w:tcPr>
          <w:p>
            <w:r>
              <w:t>4103**********0024</w:t>
            </w:r>
          </w:p>
        </w:tc>
      </w:tr>
      <w:tr>
        <w:tc>
          <w:tcPr>
            <w:tcW w:type="dxa" w:w="4320"/>
          </w:tcPr>
          <w:p>
            <w:r>
              <w:t>程晨博</w:t>
            </w:r>
          </w:p>
        </w:tc>
        <w:tc>
          <w:tcPr>
            <w:tcW w:type="dxa" w:w="4320"/>
          </w:tcPr>
          <w:p>
            <w:r>
              <w:t>4105**********129X</w:t>
            </w:r>
          </w:p>
        </w:tc>
      </w:tr>
      <w:tr>
        <w:tc>
          <w:tcPr>
            <w:tcW w:type="dxa" w:w="4320"/>
          </w:tcPr>
          <w:p>
            <w:r>
              <w:t>韩诗佳</w:t>
            </w:r>
          </w:p>
        </w:tc>
        <w:tc>
          <w:tcPr>
            <w:tcW w:type="dxa" w:w="4320"/>
          </w:tcPr>
          <w:p>
            <w:r>
              <w:t>3301**********8528</w:t>
            </w:r>
          </w:p>
        </w:tc>
      </w:tr>
      <w:tr>
        <w:tc>
          <w:tcPr>
            <w:tcW w:type="dxa" w:w="4320"/>
          </w:tcPr>
          <w:p>
            <w:r>
              <w:t>曾佳钰</w:t>
            </w:r>
          </w:p>
        </w:tc>
        <w:tc>
          <w:tcPr>
            <w:tcW w:type="dxa" w:w="4320"/>
          </w:tcPr>
          <w:p>
            <w:r>
              <w:t>3505**********5281</w:t>
            </w:r>
          </w:p>
        </w:tc>
      </w:tr>
      <w:tr>
        <w:tc>
          <w:tcPr>
            <w:tcW w:type="dxa" w:w="4320"/>
          </w:tcPr>
          <w:p>
            <w:r>
              <w:t>曾仪晗</w:t>
            </w:r>
          </w:p>
        </w:tc>
        <w:tc>
          <w:tcPr>
            <w:tcW w:type="dxa" w:w="4320"/>
          </w:tcPr>
          <w:p>
            <w:r>
              <w:t>3303**********2426</w:t>
            </w:r>
          </w:p>
        </w:tc>
      </w:tr>
      <w:tr>
        <w:tc>
          <w:tcPr>
            <w:tcW w:type="dxa" w:w="4320"/>
          </w:tcPr>
          <w:p>
            <w:r>
              <w:t>周青</w:t>
            </w:r>
          </w:p>
        </w:tc>
        <w:tc>
          <w:tcPr>
            <w:tcW w:type="dxa" w:w="4320"/>
          </w:tcPr>
          <w:p>
            <w:r>
              <w:t>5120**********8668</w:t>
            </w:r>
          </w:p>
        </w:tc>
      </w:tr>
      <w:tr>
        <w:tc>
          <w:tcPr>
            <w:tcW w:type="dxa" w:w="4320"/>
          </w:tcPr>
          <w:p>
            <w:r>
              <w:t>周悦</w:t>
            </w:r>
          </w:p>
        </w:tc>
        <w:tc>
          <w:tcPr>
            <w:tcW w:type="dxa" w:w="4320"/>
          </w:tcPr>
          <w:p>
            <w:r>
              <w:t>3416**********5521</w:t>
            </w:r>
          </w:p>
        </w:tc>
      </w:tr>
      <w:tr>
        <w:tc>
          <w:tcPr>
            <w:tcW w:type="dxa" w:w="4320"/>
          </w:tcPr>
          <w:p>
            <w:r>
              <w:t>曾昕</w:t>
            </w:r>
          </w:p>
        </w:tc>
        <w:tc>
          <w:tcPr>
            <w:tcW w:type="dxa" w:w="4320"/>
          </w:tcPr>
          <w:p>
            <w:r>
              <w:t>4115**********3325</w:t>
            </w:r>
          </w:p>
        </w:tc>
      </w:tr>
      <w:tr>
        <w:tc>
          <w:tcPr>
            <w:tcW w:type="dxa" w:w="4320"/>
          </w:tcPr>
          <w:p>
            <w:r>
              <w:t>包瀚宇</w:t>
            </w:r>
          </w:p>
        </w:tc>
        <w:tc>
          <w:tcPr>
            <w:tcW w:type="dxa" w:w="4320"/>
          </w:tcPr>
          <w:p>
            <w:r>
              <w:t>2102**********6313</w:t>
            </w:r>
          </w:p>
        </w:tc>
      </w:tr>
      <w:tr>
        <w:tc>
          <w:tcPr>
            <w:tcW w:type="dxa" w:w="4320"/>
          </w:tcPr>
          <w:p>
            <w:r>
              <w:t>连雨佳</w:t>
            </w:r>
          </w:p>
        </w:tc>
        <w:tc>
          <w:tcPr>
            <w:tcW w:type="dxa" w:w="4320"/>
          </w:tcPr>
          <w:p>
            <w:r>
              <w:t>4101**********0043</w:t>
            </w:r>
          </w:p>
        </w:tc>
      </w:tr>
      <w:tr>
        <w:tc>
          <w:tcPr>
            <w:tcW w:type="dxa" w:w="4320"/>
          </w:tcPr>
          <w:p>
            <w:r>
              <w:t>张笑妍</w:t>
            </w:r>
          </w:p>
        </w:tc>
        <w:tc>
          <w:tcPr>
            <w:tcW w:type="dxa" w:w="4320"/>
          </w:tcPr>
          <w:p>
            <w:r>
              <w:t>1303**********7124</w:t>
            </w:r>
          </w:p>
        </w:tc>
      </w:tr>
      <w:tr>
        <w:tc>
          <w:tcPr>
            <w:tcW w:type="dxa" w:w="4320"/>
          </w:tcPr>
          <w:p>
            <w:r>
              <w:t>林奕飞</w:t>
            </w:r>
          </w:p>
        </w:tc>
        <w:tc>
          <w:tcPr>
            <w:tcW w:type="dxa" w:w="4320"/>
          </w:tcPr>
          <w:p>
            <w:r>
              <w:t>3503**********2914</w:t>
            </w:r>
          </w:p>
        </w:tc>
      </w:tr>
      <w:tr>
        <w:tc>
          <w:tcPr>
            <w:tcW w:type="dxa" w:w="4320"/>
          </w:tcPr>
          <w:p>
            <w:r>
              <w:t>尚君燚</w:t>
            </w:r>
          </w:p>
        </w:tc>
        <w:tc>
          <w:tcPr>
            <w:tcW w:type="dxa" w:w="4320"/>
          </w:tcPr>
          <w:p>
            <w:r>
              <w:t>4107**********3021</w:t>
            </w:r>
          </w:p>
        </w:tc>
      </w:tr>
      <w:tr>
        <w:tc>
          <w:tcPr>
            <w:tcW w:type="dxa" w:w="4320"/>
          </w:tcPr>
          <w:p>
            <w:r>
              <w:t>黄浩意</w:t>
            </w:r>
          </w:p>
        </w:tc>
        <w:tc>
          <w:tcPr>
            <w:tcW w:type="dxa" w:w="4320"/>
          </w:tcPr>
          <w:p>
            <w:r>
              <w:t>3604**********1711</w:t>
            </w:r>
          </w:p>
        </w:tc>
      </w:tr>
      <w:tr>
        <w:tc>
          <w:tcPr>
            <w:tcW w:type="dxa" w:w="4320"/>
          </w:tcPr>
          <w:p>
            <w:r>
              <w:t>弋景洋</w:t>
            </w:r>
          </w:p>
        </w:tc>
        <w:tc>
          <w:tcPr>
            <w:tcW w:type="dxa" w:w="4320"/>
          </w:tcPr>
          <w:p>
            <w:r>
              <w:t>1408**********0127</w:t>
            </w:r>
          </w:p>
        </w:tc>
      </w:tr>
      <w:tr>
        <w:tc>
          <w:tcPr>
            <w:tcW w:type="dxa" w:w="4320"/>
          </w:tcPr>
          <w:p>
            <w:r>
              <w:t>高岩</w:t>
            </w:r>
          </w:p>
        </w:tc>
        <w:tc>
          <w:tcPr>
            <w:tcW w:type="dxa" w:w="4320"/>
          </w:tcPr>
          <w:p>
            <w:r>
              <w:t>4116**********2536</w:t>
            </w:r>
          </w:p>
        </w:tc>
      </w:tr>
      <w:tr>
        <w:tc>
          <w:tcPr>
            <w:tcW w:type="dxa" w:w="4320"/>
          </w:tcPr>
          <w:p>
            <w:r>
              <w:t>徐子豪</w:t>
            </w:r>
          </w:p>
        </w:tc>
        <w:tc>
          <w:tcPr>
            <w:tcW w:type="dxa" w:w="4320"/>
          </w:tcPr>
          <w:p>
            <w:r>
              <w:t>4110**********4977</w:t>
            </w:r>
          </w:p>
        </w:tc>
      </w:tr>
      <w:tr>
        <w:tc>
          <w:tcPr>
            <w:tcW w:type="dxa" w:w="4320"/>
          </w:tcPr>
          <w:p>
            <w:r>
              <w:t>张萌熙</w:t>
            </w:r>
          </w:p>
        </w:tc>
        <w:tc>
          <w:tcPr>
            <w:tcW w:type="dxa" w:w="4320"/>
          </w:tcPr>
          <w:p>
            <w:r>
              <w:t>1301**********1824</w:t>
            </w:r>
          </w:p>
        </w:tc>
      </w:tr>
      <w:tr>
        <w:tc>
          <w:tcPr>
            <w:tcW w:type="dxa" w:w="4320"/>
          </w:tcPr>
          <w:p>
            <w:r>
              <w:t>杨语姿</w:t>
            </w:r>
          </w:p>
        </w:tc>
        <w:tc>
          <w:tcPr>
            <w:tcW w:type="dxa" w:w="4320"/>
          </w:tcPr>
          <w:p>
            <w:r>
              <w:t>1304**********8228</w:t>
            </w:r>
          </w:p>
        </w:tc>
      </w:tr>
      <w:tr>
        <w:tc>
          <w:tcPr>
            <w:tcW w:type="dxa" w:w="4320"/>
          </w:tcPr>
          <w:p>
            <w:r>
              <w:t>葛恬宁</w:t>
            </w:r>
          </w:p>
        </w:tc>
        <w:tc>
          <w:tcPr>
            <w:tcW w:type="dxa" w:w="4320"/>
          </w:tcPr>
          <w:p>
            <w:r>
              <w:t>3310**********3127</w:t>
            </w:r>
          </w:p>
        </w:tc>
      </w:tr>
      <w:tr>
        <w:tc>
          <w:tcPr>
            <w:tcW w:type="dxa" w:w="4320"/>
          </w:tcPr>
          <w:p>
            <w:r>
              <w:t>侯佳怡</w:t>
            </w:r>
          </w:p>
        </w:tc>
        <w:tc>
          <w:tcPr>
            <w:tcW w:type="dxa" w:w="4320"/>
          </w:tcPr>
          <w:p>
            <w:r>
              <w:t>3702**********0045</w:t>
            </w:r>
          </w:p>
        </w:tc>
      </w:tr>
      <w:tr>
        <w:tc>
          <w:tcPr>
            <w:tcW w:type="dxa" w:w="4320"/>
          </w:tcPr>
          <w:p>
            <w:r>
              <w:t>赵鲁豫</w:t>
            </w:r>
          </w:p>
        </w:tc>
        <w:tc>
          <w:tcPr>
            <w:tcW w:type="dxa" w:w="4320"/>
          </w:tcPr>
          <w:p>
            <w:r>
              <w:t>4101**********0029</w:t>
            </w:r>
          </w:p>
        </w:tc>
      </w:tr>
      <w:tr>
        <w:tc>
          <w:tcPr>
            <w:tcW w:type="dxa" w:w="4320"/>
          </w:tcPr>
          <w:p>
            <w:r>
              <w:t>张雨轩</w:t>
            </w:r>
          </w:p>
        </w:tc>
        <w:tc>
          <w:tcPr>
            <w:tcW w:type="dxa" w:w="4320"/>
          </w:tcPr>
          <w:p>
            <w:r>
              <w:t>3208**********462X</w:t>
            </w:r>
          </w:p>
        </w:tc>
      </w:tr>
      <w:tr>
        <w:tc>
          <w:tcPr>
            <w:tcW w:type="dxa" w:w="4320"/>
          </w:tcPr>
          <w:p>
            <w:r>
              <w:t>步天政</w:t>
            </w:r>
          </w:p>
        </w:tc>
        <w:tc>
          <w:tcPr>
            <w:tcW w:type="dxa" w:w="4320"/>
          </w:tcPr>
          <w:p>
            <w:r>
              <w:t>3717**********4571</w:t>
            </w:r>
          </w:p>
        </w:tc>
      </w:tr>
      <w:tr>
        <w:tc>
          <w:tcPr>
            <w:tcW w:type="dxa" w:w="4320"/>
          </w:tcPr>
          <w:p>
            <w:r>
              <w:t>韩远艺</w:t>
            </w:r>
          </w:p>
        </w:tc>
        <w:tc>
          <w:tcPr>
            <w:tcW w:type="dxa" w:w="4320"/>
          </w:tcPr>
          <w:p>
            <w:r>
              <w:t>3622**********2814</w:t>
            </w:r>
          </w:p>
        </w:tc>
      </w:tr>
      <w:tr>
        <w:tc>
          <w:tcPr>
            <w:tcW w:type="dxa" w:w="4320"/>
          </w:tcPr>
          <w:p>
            <w:r>
              <w:t>杜凌峰</w:t>
            </w:r>
          </w:p>
        </w:tc>
        <w:tc>
          <w:tcPr>
            <w:tcW w:type="dxa" w:w="4320"/>
          </w:tcPr>
          <w:p>
            <w:r>
              <w:t>4205**********5319</w:t>
            </w:r>
          </w:p>
        </w:tc>
      </w:tr>
      <w:tr>
        <w:tc>
          <w:tcPr>
            <w:tcW w:type="dxa" w:w="4320"/>
          </w:tcPr>
          <w:p>
            <w:r>
              <w:t>张年念</w:t>
            </w:r>
          </w:p>
        </w:tc>
        <w:tc>
          <w:tcPr>
            <w:tcW w:type="dxa" w:w="4320"/>
          </w:tcPr>
          <w:p>
            <w:r>
              <w:t>6203**********0340</w:t>
            </w:r>
          </w:p>
        </w:tc>
      </w:tr>
      <w:tr>
        <w:tc>
          <w:tcPr>
            <w:tcW w:type="dxa" w:w="4320"/>
          </w:tcPr>
          <w:p>
            <w:r>
              <w:t>曹雅静</w:t>
            </w:r>
          </w:p>
        </w:tc>
        <w:tc>
          <w:tcPr>
            <w:tcW w:type="dxa" w:w="4320"/>
          </w:tcPr>
          <w:p>
            <w:r>
              <w:t>4104**********5520</w:t>
            </w:r>
          </w:p>
        </w:tc>
      </w:tr>
      <w:tr>
        <w:tc>
          <w:tcPr>
            <w:tcW w:type="dxa" w:w="4320"/>
          </w:tcPr>
          <w:p>
            <w:r>
              <w:t>张鑫怡</w:t>
            </w:r>
          </w:p>
        </w:tc>
        <w:tc>
          <w:tcPr>
            <w:tcW w:type="dxa" w:w="4320"/>
          </w:tcPr>
          <w:p>
            <w:r>
              <w:t>2323**********3468</w:t>
            </w:r>
          </w:p>
        </w:tc>
      </w:tr>
      <w:tr>
        <w:tc>
          <w:tcPr>
            <w:tcW w:type="dxa" w:w="4320"/>
          </w:tcPr>
          <w:p>
            <w:r>
              <w:t>贾登丽</w:t>
            </w:r>
          </w:p>
        </w:tc>
        <w:tc>
          <w:tcPr>
            <w:tcW w:type="dxa" w:w="4320"/>
          </w:tcPr>
          <w:p>
            <w:r>
              <w:t>6201**********4621</w:t>
            </w:r>
          </w:p>
        </w:tc>
      </w:tr>
      <w:tr>
        <w:tc>
          <w:tcPr>
            <w:tcW w:type="dxa" w:w="4320"/>
          </w:tcPr>
          <w:p>
            <w:r>
              <w:t>林鑫浩</w:t>
            </w:r>
          </w:p>
        </w:tc>
        <w:tc>
          <w:tcPr>
            <w:tcW w:type="dxa" w:w="4320"/>
          </w:tcPr>
          <w:p>
            <w:r>
              <w:t>4115**********0011</w:t>
            </w:r>
          </w:p>
        </w:tc>
      </w:tr>
      <w:tr>
        <w:tc>
          <w:tcPr>
            <w:tcW w:type="dxa" w:w="4320"/>
          </w:tcPr>
          <w:p>
            <w:r>
              <w:t>张青扬</w:t>
            </w:r>
          </w:p>
        </w:tc>
        <w:tc>
          <w:tcPr>
            <w:tcW w:type="dxa" w:w="4320"/>
          </w:tcPr>
          <w:p>
            <w:r>
              <w:t>1304**********0838</w:t>
            </w:r>
          </w:p>
        </w:tc>
      </w:tr>
      <w:tr>
        <w:tc>
          <w:tcPr>
            <w:tcW w:type="dxa" w:w="4320"/>
          </w:tcPr>
          <w:p>
            <w:r>
              <w:t>赵佳悦</w:t>
            </w:r>
          </w:p>
        </w:tc>
        <w:tc>
          <w:tcPr>
            <w:tcW w:type="dxa" w:w="4320"/>
          </w:tcPr>
          <w:p>
            <w:r>
              <w:t>4105**********2061</w:t>
            </w:r>
          </w:p>
        </w:tc>
      </w:tr>
      <w:tr>
        <w:tc>
          <w:tcPr>
            <w:tcW w:type="dxa" w:w="4320"/>
          </w:tcPr>
          <w:p>
            <w:r>
              <w:t>周佳玲</w:t>
            </w:r>
          </w:p>
        </w:tc>
        <w:tc>
          <w:tcPr>
            <w:tcW w:type="dxa" w:w="4320"/>
          </w:tcPr>
          <w:p>
            <w:r>
              <w:t>3623**********6640</w:t>
            </w:r>
          </w:p>
        </w:tc>
      </w:tr>
      <w:tr>
        <w:tc>
          <w:tcPr>
            <w:tcW w:type="dxa" w:w="4320"/>
          </w:tcPr>
          <w:p>
            <w:r>
              <w:t>崔怡璐</w:t>
            </w:r>
          </w:p>
        </w:tc>
        <w:tc>
          <w:tcPr>
            <w:tcW w:type="dxa" w:w="4320"/>
          </w:tcPr>
          <w:p>
            <w:r>
              <w:t>3206**********8222</w:t>
            </w:r>
          </w:p>
        </w:tc>
      </w:tr>
      <w:tr>
        <w:tc>
          <w:tcPr>
            <w:tcW w:type="dxa" w:w="4320"/>
          </w:tcPr>
          <w:p>
            <w:r>
              <w:t>张怡然</w:t>
            </w:r>
          </w:p>
        </w:tc>
        <w:tc>
          <w:tcPr>
            <w:tcW w:type="dxa" w:w="4320"/>
          </w:tcPr>
          <w:p>
            <w:r>
              <w:t>3205**********2028</w:t>
            </w:r>
          </w:p>
        </w:tc>
      </w:tr>
      <w:tr>
        <w:tc>
          <w:tcPr>
            <w:tcW w:type="dxa" w:w="4320"/>
          </w:tcPr>
          <w:p>
            <w:r>
              <w:t>许志伟</w:t>
            </w:r>
          </w:p>
        </w:tc>
        <w:tc>
          <w:tcPr>
            <w:tcW w:type="dxa" w:w="4320"/>
          </w:tcPr>
          <w:p>
            <w:r>
              <w:t>3205**********1018</w:t>
            </w:r>
          </w:p>
        </w:tc>
      </w:tr>
      <w:tr>
        <w:tc>
          <w:tcPr>
            <w:tcW w:type="dxa" w:w="4320"/>
          </w:tcPr>
          <w:p>
            <w:r>
              <w:t>李青烨</w:t>
            </w:r>
          </w:p>
        </w:tc>
        <w:tc>
          <w:tcPr>
            <w:tcW w:type="dxa" w:w="4320"/>
          </w:tcPr>
          <w:p>
            <w:r>
              <w:t>3713**********6295</w:t>
            </w:r>
          </w:p>
        </w:tc>
      </w:tr>
      <w:tr>
        <w:tc>
          <w:tcPr>
            <w:tcW w:type="dxa" w:w="4320"/>
          </w:tcPr>
          <w:p>
            <w:r>
              <w:t>韩烁</w:t>
            </w:r>
          </w:p>
        </w:tc>
        <w:tc>
          <w:tcPr>
            <w:tcW w:type="dxa" w:w="4320"/>
          </w:tcPr>
          <w:p>
            <w:r>
              <w:t>4111**********008X</w:t>
            </w:r>
          </w:p>
        </w:tc>
      </w:tr>
      <w:tr>
        <w:tc>
          <w:tcPr>
            <w:tcW w:type="dxa" w:w="4320"/>
          </w:tcPr>
          <w:p>
            <w:r>
              <w:t>杨燕</w:t>
            </w:r>
          </w:p>
        </w:tc>
        <w:tc>
          <w:tcPr>
            <w:tcW w:type="dxa" w:w="4320"/>
          </w:tcPr>
          <w:p>
            <w:r>
              <w:t>1402**********7988</w:t>
            </w:r>
          </w:p>
        </w:tc>
      </w:tr>
      <w:tr>
        <w:tc>
          <w:tcPr>
            <w:tcW w:type="dxa" w:w="4320"/>
          </w:tcPr>
          <w:p>
            <w:r>
              <w:t>黄韬雯</w:t>
            </w:r>
          </w:p>
        </w:tc>
        <w:tc>
          <w:tcPr>
            <w:tcW w:type="dxa" w:w="4320"/>
          </w:tcPr>
          <w:p>
            <w:r>
              <w:t>3202**********8529</w:t>
            </w:r>
          </w:p>
        </w:tc>
      </w:tr>
      <w:tr>
        <w:tc>
          <w:tcPr>
            <w:tcW w:type="dxa" w:w="4320"/>
          </w:tcPr>
          <w:p>
            <w:r>
              <w:t>刘煊溢</w:t>
            </w:r>
          </w:p>
        </w:tc>
        <w:tc>
          <w:tcPr>
            <w:tcW w:type="dxa" w:w="4320"/>
          </w:tcPr>
          <w:p>
            <w:r>
              <w:t>1404**********0055</w:t>
            </w:r>
          </w:p>
        </w:tc>
      </w:tr>
      <w:tr>
        <w:tc>
          <w:tcPr>
            <w:tcW w:type="dxa" w:w="4320"/>
          </w:tcPr>
          <w:p>
            <w:r>
              <w:t>汪庆文</w:t>
            </w:r>
          </w:p>
        </w:tc>
        <w:tc>
          <w:tcPr>
            <w:tcW w:type="dxa" w:w="4320"/>
          </w:tcPr>
          <w:p>
            <w:r>
              <w:t>3602**********1419</w:t>
            </w:r>
          </w:p>
        </w:tc>
      </w:tr>
      <w:tr>
        <w:tc>
          <w:tcPr>
            <w:tcW w:type="dxa" w:w="4320"/>
          </w:tcPr>
          <w:p>
            <w:r>
              <w:t>蔡耀辉</w:t>
            </w:r>
          </w:p>
        </w:tc>
        <w:tc>
          <w:tcPr>
            <w:tcW w:type="dxa" w:w="4320"/>
          </w:tcPr>
          <w:p>
            <w:r>
              <w:t>2102**********0810</w:t>
            </w:r>
          </w:p>
        </w:tc>
      </w:tr>
      <w:tr>
        <w:tc>
          <w:tcPr>
            <w:tcW w:type="dxa" w:w="4320"/>
          </w:tcPr>
          <w:p>
            <w:r>
              <w:t>程诺嵩</w:t>
            </w:r>
          </w:p>
        </w:tc>
        <w:tc>
          <w:tcPr>
            <w:tcW w:type="dxa" w:w="4320"/>
          </w:tcPr>
          <w:p>
            <w:r>
              <w:t>3604**********6713</w:t>
            </w:r>
          </w:p>
        </w:tc>
      </w:tr>
      <w:tr>
        <w:tc>
          <w:tcPr>
            <w:tcW w:type="dxa" w:w="4320"/>
          </w:tcPr>
          <w:p>
            <w:r>
              <w:t>王晴</w:t>
            </w:r>
          </w:p>
        </w:tc>
        <w:tc>
          <w:tcPr>
            <w:tcW w:type="dxa" w:w="4320"/>
          </w:tcPr>
          <w:p>
            <w:r>
              <w:t>3704**********8363</w:t>
            </w:r>
          </w:p>
        </w:tc>
      </w:tr>
      <w:tr>
        <w:tc>
          <w:tcPr>
            <w:tcW w:type="dxa" w:w="4320"/>
          </w:tcPr>
          <w:p>
            <w:r>
              <w:t>高佳卓</w:t>
            </w:r>
          </w:p>
        </w:tc>
        <w:tc>
          <w:tcPr>
            <w:tcW w:type="dxa" w:w="4320"/>
          </w:tcPr>
          <w:p>
            <w:r>
              <w:t>1308**********2284</w:t>
            </w:r>
          </w:p>
        </w:tc>
      </w:tr>
      <w:tr>
        <w:tc>
          <w:tcPr>
            <w:tcW w:type="dxa" w:w="4320"/>
          </w:tcPr>
          <w:p>
            <w:r>
              <w:t>曹文艳</w:t>
            </w:r>
          </w:p>
        </w:tc>
        <w:tc>
          <w:tcPr>
            <w:tcW w:type="dxa" w:w="4320"/>
          </w:tcPr>
          <w:p>
            <w:r>
              <w:t>1411**********026X</w:t>
            </w:r>
          </w:p>
        </w:tc>
      </w:tr>
      <w:tr>
        <w:tc>
          <w:tcPr>
            <w:tcW w:type="dxa" w:w="4320"/>
          </w:tcPr>
          <w:p>
            <w:r>
              <w:t>祁国庆</w:t>
            </w:r>
          </w:p>
        </w:tc>
        <w:tc>
          <w:tcPr>
            <w:tcW w:type="dxa" w:w="4320"/>
          </w:tcPr>
          <w:p>
            <w:r>
              <w:t>3203**********1052</w:t>
            </w:r>
          </w:p>
        </w:tc>
      </w:tr>
      <w:tr>
        <w:tc>
          <w:tcPr>
            <w:tcW w:type="dxa" w:w="4320"/>
          </w:tcPr>
          <w:p>
            <w:r>
              <w:t>谢萌楠</w:t>
            </w:r>
          </w:p>
        </w:tc>
        <w:tc>
          <w:tcPr>
            <w:tcW w:type="dxa" w:w="4320"/>
          </w:tcPr>
          <w:p>
            <w:r>
              <w:t>6101**********2018</w:t>
            </w:r>
          </w:p>
        </w:tc>
      </w:tr>
      <w:tr>
        <w:tc>
          <w:tcPr>
            <w:tcW w:type="dxa" w:w="4320"/>
          </w:tcPr>
          <w:p>
            <w:r>
              <w:t>张思敏</w:t>
            </w:r>
          </w:p>
        </w:tc>
        <w:tc>
          <w:tcPr>
            <w:tcW w:type="dxa" w:w="4320"/>
          </w:tcPr>
          <w:p>
            <w:r>
              <w:t>4107**********0010</w:t>
            </w:r>
          </w:p>
        </w:tc>
      </w:tr>
      <w:tr>
        <w:tc>
          <w:tcPr>
            <w:tcW w:type="dxa" w:w="4320"/>
          </w:tcPr>
          <w:p>
            <w:r>
              <w:t>关佳敏</w:t>
            </w:r>
          </w:p>
        </w:tc>
        <w:tc>
          <w:tcPr>
            <w:tcW w:type="dxa" w:w="4320"/>
          </w:tcPr>
          <w:p>
            <w:r>
              <w:t>6105**********4423</w:t>
            </w:r>
          </w:p>
        </w:tc>
      </w:tr>
      <w:tr>
        <w:tc>
          <w:tcPr>
            <w:tcW w:type="dxa" w:w="4320"/>
          </w:tcPr>
          <w:p>
            <w:r>
              <w:t>王智达</w:t>
            </w:r>
          </w:p>
        </w:tc>
        <w:tc>
          <w:tcPr>
            <w:tcW w:type="dxa" w:w="4320"/>
          </w:tcPr>
          <w:p>
            <w:r>
              <w:t>4306**********0175</w:t>
            </w:r>
          </w:p>
        </w:tc>
      </w:tr>
      <w:tr>
        <w:tc>
          <w:tcPr>
            <w:tcW w:type="dxa" w:w="4320"/>
          </w:tcPr>
          <w:p>
            <w:r>
              <w:t>杨颖宁</w:t>
            </w:r>
          </w:p>
        </w:tc>
        <w:tc>
          <w:tcPr>
            <w:tcW w:type="dxa" w:w="4320"/>
          </w:tcPr>
          <w:p>
            <w:r>
              <w:t>3509**********0088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