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麻醉学院2021年推荐优秀应届本科毕业生免试攻读研究生拟选名单公示</w:t>
      </w:r>
    </w:p>
    <w:p>
      <w:r>
        <w:t>根据学校《关于印发&lt;徐州医科大学推荐优秀应届本科毕业生免试攻读硕士学位研究生工作细则（修订）&gt;的通知》和《关于做好2021年推荐优秀应届本科毕业生免试攻读研究生工作的通知》的通知，经学生本人申请，麻醉学院教学办公室和学生工作办公室核对，麻醉学院2021年推荐优秀应届本科毕业生免试攻读硕士学位研究生遴选工作小组审核，确定了麻醉学专业周文宇等12位同学和临床医学（急救与救援医学）朱兆麒等2位同学拟推荐免试攻读2021年研究生，现将其推免材料现予以公示(见附件）。公示期为2020年9月23日到2020年9月25日。</w:t>
      </w:r>
    </w:p>
    <w:p>
      <w:r>
        <w:t>公示期间凡对成绩和加分有异议者，请实名联系麻醉学院教学办公室陈老师。对拟推免名单结果有异议者，请实名联系麻醉学院韩红柳副书记。</w:t>
      </w:r>
    </w:p>
    <w:p>
      <w:r>
        <w:t>联系电话</w:t>
      </w:r>
    </w:p>
    <w:p>
      <w:r>
        <w:t>教学办陈老师电话：15005204086</w:t>
      </w:r>
    </w:p>
    <w:p>
      <w:r>
        <w:t>韩红柳副书记电话：13685134356</w:t>
      </w:r>
    </w:p>
    <w:p>
      <w:r>
        <w:t>麻醉学院2021年推荐遴选工作小组办公室</w:t>
      </w:r>
    </w:p>
    <w:p>
      <w:r>
        <w:t>2020年9月23日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