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麻醉学院2017年推荐优秀应届本科毕业生免试攻读硕士学位研究生面试名单公示</w:t>
      </w:r>
    </w:p>
    <w:p>
      <w:r>
        <w:t>经学生申请、提交材料、学院审核，马龙飞等8名同学进入学院2017年推荐优秀应届本科毕业生免试攻读硕士学位研究生面试（详见附件），现予以公示，公示时间为2016年9月18日—20日，如有异议，请向麻醉学院纪律监督委员会反映：丛宁书记，13775997671；冯文凯老师，13775845671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