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关于2027年麻醉学院推荐优秀应届本科毕业生免试攻读研究生拟推荐人选公示</w:t>
      </w:r>
    </w:p>
    <w:p>
      <w:r>
        <w:t>根据《关于进一步规范和加强推荐优秀应届本科毕业生免试攻读研究生工作的通知》(教学厅〔2020〕12号)、2026年7月29日全国推免工作视频会议精神和学校《关于印发&lt;徐州医科大学推荐优秀应届本科毕业生免试攻读硕士学位研究生工作细则（修订）&gt;的通知》（徐医大教字〔2021〕22号）《关于做好2027年推荐优秀应届本科毕业生免试攻读研究生工作的通知》的相关规定，经学生本人申请，麻醉学院核对，拟推荐麻醉学专业梅雯捷等37名优秀应届本科毕业生免试攻读202 7年研究生，现对相关推免材料进行公示，公示期为202 6年9月4日至9月9日。</w:t>
      </w:r>
    </w:p>
    <w:p>
      <w:r>
        <w:t>凡对主要课程成绩得分、科研能力得分、综合素质得分等公示内容有异议的学生和任何个人，请当面或拨打指定电话向202 7年麻醉学院推免和转段工作领导小组办公室申请复议。逾期及匿名反映恕不受理。教学办公室联系电话: 15005204086（陈老师），辅导员联系电话：15050836663（司老师）、19851699963（许老师）。</w:t>
      </w:r>
    </w:p>
    <w:p>
      <w:r>
        <w:t>附件: 1.2027年麻醉学院推荐优秀应届本科毕业生免试攻读研究生拟推荐人选名单</w:t>
      </w:r>
    </w:p>
    <w:p>
      <w:r>
        <w:t>2.2027年麻醉学院推荐优秀应届本科毕业生免试攻读研究生拟推荐人选主要课程成绩得分公示</w:t>
      </w:r>
    </w:p>
    <w:p>
      <w:r>
        <w:t>3.2027年麻醉学院推荐优秀应届本科毕业生免试攻读研究生拟推荐人选科研能力得分公示</w:t>
      </w:r>
    </w:p>
    <w:p>
      <w:r>
        <w:t>4.2027年麻醉学院推荐优秀应届本科毕业生免试攻读研究生拟推荐人选科研能力得分公示</w:t>
      </w:r>
    </w:p>
    <w:p>
      <w:r>
        <w:t>公示期已过。</w:t>
      </w:r>
    </w:p>
    <w:p>
      <w:r>
        <w:t>20 27年麻醉学院推免和转段工作领导小组办公室</w:t>
      </w:r>
    </w:p>
    <w:p>
      <w:r>
        <w:t>2026年9月4日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