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关于2025年麻醉学院推荐优秀应届本科毕业生免试攻读研究生拟推荐人选名单公示</w:t>
      </w:r>
    </w:p>
    <w:p>
      <w:r>
        <w:t>依据《关于进一步规范和加强推荐优秀应届本科毕业生免试攻读研究生工作的通知》(教学厅〔2020〕12号)《关于印发&lt;徐州医科大学推荐优秀应届本科毕业生免试攻读硕士学位研究生工作细则（修订）&gt;的通知》（徐医大教字〔2021〕22号）《关于做好2025年推荐优秀应届本科毕业生免试攻读研究生工作的通知》的相关规定，经学生本人申请，麻醉学院核对，学生工作部(处)、校团委、教务处审核，拟推荐麻醉学专业周月等19名优秀应届本科毕业生免试攻读2025年研究生，现对相关推免材料进行公示，公示期为2024年9月5日至9月7日。</w:t>
      </w:r>
    </w:p>
    <w:p>
      <w:r>
        <w:t>凡对公示对象的主要课程成绩、科研能力得分、综合素质得分等公示内容有异议的学生和任何个人，请当面或拨打指定电话向2025年麻醉学院推免和转段工作领导小组办公室申请复议。逾期及匿名反映恕不受理。</w:t>
      </w:r>
    </w:p>
    <w:p>
      <w:r>
        <w:t>联系人：陈老师，联系电话: 0516-83262668。</w:t>
      </w:r>
    </w:p>
    <w:p>
      <w:r>
        <w:t>附件: 1.2025年麻醉学院推荐优秀应届本科毕业生免试攻读研究生拟推荐人选名单</w:t>
      </w:r>
    </w:p>
    <w:p>
      <w:r>
        <w:t>2.2025年麻醉学院推荐优秀应届本科毕业生免试攻读研究生拟推荐人选主要课程成绩公示</w:t>
      </w:r>
    </w:p>
    <w:p>
      <w:r>
        <w:t>3.2025年麻醉学院推荐优秀应届本科毕业生免试攻读研究生拟推荐人选科研能力得分公示</w:t>
      </w:r>
    </w:p>
    <w:p>
      <w:r>
        <w:t>4.2025年麻醉学院推荐优秀应届本科毕业生免试攻读研究生拟推荐人选综合素质得分公示</w:t>
      </w:r>
    </w:p>
    <w:p>
      <w:r>
        <w:t>2025年麻醉学院推免和转段工作领导小组办公室</w:t>
      </w:r>
    </w:p>
    <w:p>
      <w:r>
        <w:t>2024年9月5日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