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关于推荐陈颖等九位同学免试攻读硕士学位研究生的公示</w:t>
      </w:r>
    </w:p>
    <w:p>
      <w:r>
        <w:t>根据《徐州医科大学推荐优秀应届本科毕业生免试攻读硕士学位研究生工作细则（修订）的通知》（徐医［2018］10号）的规定，经同学自愿申请、麻醉学院“推免工作”专家审核小组审核，麻醉学院推荐陈颖、刘超、沈阳、张莹莹、张月蔓、陈永庄、黄杨宇鑫、陈秋冲、武思尹九位同学免试攻读硕士学位研究生，现予以公示，公示时间为2018年9月10日—12日。</w:t>
      </w:r>
    </w:p>
    <w:p>
      <w:r>
        <w:t>如有异议，请向麻醉学院党委反映：</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