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关于推荐王沁玥等六位同学免试攻读硕士学位研究生的公示</w:t>
      </w:r>
    </w:p>
    <w:p>
      <w:r>
        <w:t>经同学申请、材料审核，麻醉学院决定推荐王沁玥、花晴、周康、郭小瑜、许政、杨丽六位同学免试攻读硕士学位研究生，现予以公示（具体加分细则及标准已在年级学生内公示）。公示时间为2017年9月15日—17日，如有异议，请向麻醉学院纪律监督委员会反映：曹君利院长，电话83262686；丛宁书记，电话13775997671，邮箱congning@163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