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关于成立药学院推荐免试研究生工作领导小组的通知</w:t>
      </w:r>
    </w:p>
    <w:p>
      <w:r>
        <w:t>为加强药学院对硕士研究生推免工作的领导和管理，促进推免工作的规范化和制度化，公开、公平、公正选拔优秀药学人才，根据《徐州医学院推荐优秀应届本科毕业生免试攻读硕士学位研究生工作条例》的要求，经研究决定成立药学院推免领导小组，成员如下：</w:t>
      </w:r>
    </w:p>
    <w:p>
      <w:r>
        <w:t>组长：印晓星</w:t>
      </w:r>
    </w:p>
    <w:p>
      <w:r>
        <w:t>副组长：高军红汤道权刘毅</w:t>
      </w:r>
    </w:p>
    <w:p>
      <w:r>
        <w:t>组员：谷淑玲宋亚玲吴云明李岩</w:t>
      </w:r>
    </w:p>
    <w:p>
      <w:r>
        <w:t>米燕燕张颖</w:t>
      </w:r>
    </w:p>
    <w:p>
      <w:r>
        <w:t>二0一0年九月二十一日</w:t>
      </w:r>
    </w:p>
    <w:p>
      <w:r>
        <w:t>主题词：免试研究生领导小组成立通知</w:t>
      </w:r>
    </w:p>
    <w:p>
      <w:r>
        <w:t>抄送：教务处</w:t>
      </w:r>
    </w:p>
    <w:p>
      <w:r>
        <w:t>徐州医学院药学院办公室2010年9月21日</w:t>
      </w:r>
    </w:p>
    <w:p>
      <w:r>
        <w:t>（共印10份）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