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管理学院2024年推荐免试攻读研究生拟推荐人选公示</w:t>
      </w:r>
    </w:p>
    <w:p>
      <w:r>
        <w:t>根据《关于印发《徐州医科大学推荐优秀应届本科毕业生免试攻读硕士学位研究生工作细则（修订）》（徐医大教字〔2021〕22号），以及学校关于做好2024年推荐优秀应届本科毕业生免试攻读研究生工作的通知，现将拟推荐人选公示如下：戴冉、赵君艳、孙金、袁宇恒、廉钦杰。</w:t>
      </w:r>
    </w:p>
    <w:p>
      <w:r>
        <w:t>如对公示对象有异议，可通过以下方式向学院反映。</w:t>
      </w:r>
    </w:p>
    <w:p>
      <w:r>
        <w:t>公示时间：9月18日-9月20日</w:t>
      </w:r>
    </w:p>
    <w:p>
      <w:r>
        <w:t>学院联系电话：83268890</w:t>
      </w:r>
    </w:p>
    <w:p>
      <w:r>
        <w:t>学院联系邮箱：741902517@qq.com</w:t>
      </w:r>
    </w:p>
    <w:p>
      <w:r>
        <w:t>徐州医科大学管理学院</w:t>
      </w:r>
    </w:p>
    <w:p>
      <w:r>
        <w:t>2023年9月18日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