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关于2023年徐州医科大学管理学院推荐免试攻读研究生拟推荐人选的公示</w:t>
      </w:r>
    </w:p>
    <w:p>
      <w:r>
        <w:t>根据徐州医科大学《关于做好2023年推荐优秀应届本科毕业生免试攻读研究生工作的通知》精神，经学生本人申请，学院推免评审小组、推免工作领导小组审议，拟推荐王鹏钧、谢佳煜、徐晓轩、周丽、吕昕怡5名同学为我院2023年优秀应届本科毕业生免试攻读硕士学位研究生人选。</w:t>
      </w:r>
    </w:p>
    <w:p>
      <w:r>
        <w:t>公示期间，欢迎全院师生对本次推免工作予以监督，如有异议，请与电话或电子邮箱反映。</w:t>
      </w:r>
    </w:p>
    <w:p>
      <w:r>
        <w:t>公示时间：9月11日—9月13日</w:t>
      </w:r>
    </w:p>
    <w:p>
      <w:r>
        <w:t>联系电话：0516-83263989</w:t>
      </w:r>
    </w:p>
    <w:p>
      <w:r>
        <w:t>联系信箱：541343675@qq.com</w:t>
      </w:r>
    </w:p>
    <w:p>
      <w:r>
        <w:t>徐州医科大学管理学院</w:t>
      </w:r>
    </w:p>
    <w:p>
      <w:r>
        <w:t>2022年9月11日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