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关于推荐王子瑶同学免试攻读硕士研究生的公示</w:t>
      </w:r>
    </w:p>
    <w:p>
      <w:r>
        <w:t>根据《关于印发&lt;徐州医科大学推荐优秀应届本科毕业生免试攻读硕士学位研究生工作细则（修订）&gt;的通知》（徐医大教字〔2021〕22号）和《关于做好2022年推荐优秀应届本科毕业生免试攻读研究生工作的通知》（徐医大教字〔2021〕23号）文件要求，管理学院秉承公平、公正、公开的工作原则，经学生自愿申请、学院推免工作专家审核等环节，最终经管理学院推免工作小组和推免工作专家审核小组讨论决定，拟推荐18本公管班王子瑶同学作为2022年优秀应届本科生免试攻读硕士研究生，现予以公示。</w:t>
      </w:r>
    </w:p>
    <w:p>
      <w:r>
        <w:t>公示期自2021年9月10日至2021年9月12日，如对公示结果有异议，请实名向管理学院学生工作办公室反馈。</w:t>
      </w:r>
    </w:p>
    <w:p>
      <w:r>
        <w:t>联系人：鞠强</w:t>
      </w:r>
    </w:p>
    <w:p>
      <w:r>
        <w:t>办公地点：管理学院321室</w:t>
      </w:r>
    </w:p>
    <w:p>
      <w:r>
        <w:t>联系电话：0516-83263989</w:t>
      </w:r>
    </w:p>
    <w:p>
      <w:r>
        <w:t>管理学院</w:t>
      </w:r>
    </w:p>
    <w:p>
      <w:r>
        <w:t>2021年9月10日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