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关于推荐张丁杰同学免试攻读硕士研究生的公示</w:t>
      </w:r>
    </w:p>
    <w:p>
      <w:r>
        <w:t>根据《教育部办公厅关于做好2020年推荐优秀应届本科毕业生免试攻读研究生工作的通知》(教学厅〔2019〕105号)文件要求和我校关于印发《徐州医科大学推荐优秀应届本科毕业生免试攻读硕士学位研究生工作细则（修订）》（徐医大〔2018〕108号）通知的具体规定，学院秉承公平、公正、公开的工作原则，经学生自愿申请、论述答辩、学院审核等环节，最终经学院推免生遴选工作小组讨论，拟推荐我院卫生事业管理专业张丁杰同学作为2020年优秀本科生免试攻读硕士研究生，现予以公示。</w:t>
      </w:r>
    </w:p>
    <w:p>
      <w:r>
        <w:t>如有异议或建议，可署名向学院教学科研办（老图书馆4楼408室）反映，联系电话：0516-83269282。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