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徐州医科大学2027年推荐优秀应届本科毕业生免试攻读硕士学位研究生工作办法</w:t>
      </w:r>
    </w:p>
    <w:p>
      <w:r>
        <w:t>根据国家相关规定，为切实加强和完善我校推荐优秀应届本科毕业生免试攻读硕士学位研究生（以下简称“推免”）的工作，促进推免工作的规范化和制度化，公开、公平、公正地选拔优秀人才，特制定本办法。</w:t>
      </w:r>
    </w:p>
    <w:p>
      <w:r>
        <w:t>一、组织管理和指导原则</w:t>
      </w:r>
    </w:p>
    <w:p>
      <w:r>
        <w:t>1.组织管理</w:t>
      </w:r>
    </w:p>
    <w:p>
      <w:r>
        <w:t>徐州医科大学推免工作由学校推免生遴选工作领导小组统一领导。推免生遴选工作领导小组由分管教学校长任组长，分管学工校长任副组长，领导小组由党委学生工作部、党委保卫部、团委、教务部、科学技术研究部部门负责人及教师代表组成。</w:t>
      </w:r>
    </w:p>
    <w:p>
      <w:r>
        <w:t>各学院应相应成立由有关负责人和教师代表组成的推免工作小组，具体实施本单位推免工作。</w:t>
      </w:r>
    </w:p>
    <w:p>
      <w:r>
        <w:t>教务部负责总体组织和协调推免工作，并对学业成绩进行审核；党委学工部负责学生综合素质审查工作及基本条件中的奖惩记录审查工作；团委负责学生科研能力审查工作；体育部负责基本条件中的《大学生体质健康测试》达标审核工作；教务部负责指导推免生的志愿填报，做好报考我校推免生的复试及录取等工作。</w:t>
      </w:r>
    </w:p>
    <w:p>
      <w:r>
        <w:t>2.指导原则</w:t>
      </w:r>
    </w:p>
    <w:p>
      <w:r>
        <w:t>（1）坚持德智体美劳全面衡量，以德为先，把学生思想品德考核作为推免遴选和录取的首要依据，思想品德考核不合格者不予推荐和录取。在对推免生平时学习成绩、科研能力和综合素质综合测评基础上，突出对学生创新精神、创新能力和专业能力的考查。</w:t>
      </w:r>
    </w:p>
    <w:p>
      <w:r>
        <w:t>（2）坚持公开、公平、公正原则。工作程序公开透明，推荐标准科学规范、公平合理，确保结果公正。</w:t>
      </w:r>
    </w:p>
    <w:p>
      <w:r>
        <w:t>（3）提倡优势互补、加强交流，鼓励推免生在不同地区间、招生单位间及不同学科间的交流。</w:t>
      </w:r>
    </w:p>
    <w:p>
      <w:r>
        <w:t>二、推荐范围</w:t>
      </w:r>
    </w:p>
    <w:p>
      <w:r>
        <w:t>1.推免生的推荐范围是：纳入国家普通本科招生计划录取的应届毕业生（不含专升本、“4+0”及“3+2”联合培养项目）。</w:t>
      </w:r>
    </w:p>
    <w:p>
      <w:r>
        <w:t>2.“免试”的涵义是免于参加全国统一的硕士研究生入学考试（初试），但必须经过招生学校面试（复试）。</w:t>
      </w:r>
    </w:p>
    <w:p>
      <w:r>
        <w:t>3．“应届”的涵义是指每年硕士研究生招生报名阶段开始时，已进入本科最后一学年学习的本科生。</w:t>
      </w:r>
    </w:p>
    <w:p>
      <w:r>
        <w:t>三、推免生的基本条件</w:t>
      </w:r>
    </w:p>
    <w:p>
      <w:r>
        <w:t>1.具有高尚的爱国主义情操和集体主义精神，社会主义信念坚定，社会责任感强，遵纪守法，积极向上，身心健康；</w:t>
      </w:r>
    </w:p>
    <w:p>
      <w:r>
        <w:t>2.诚实守信，学风端正，品行优良。无违法违纪受处分记录；无考试作弊和学术违规记录；</w:t>
      </w:r>
    </w:p>
    <w:p>
      <w:r>
        <w:t>3.勤奋学习，刻苦钻研，成绩优秀；学术研究兴趣浓厚，有较强的创新意识、创新能力和专业能力。在校期间至少获得1次二等奖学金以上（含二等奖学金）或2次三等奖学金；专业主要课程第一次考试无不及格，主要课程学分加权平均分在专业内排名前15%；国家大学英语六级考试成绩在425分（≥425分）以上；</w:t>
      </w:r>
    </w:p>
    <w:p>
      <w:r>
        <w:t>4.《大学生体质健康测试》达标，身体健康状况符合规定的体检标准；</w:t>
      </w:r>
    </w:p>
    <w:p>
      <w:r>
        <w:t>5.凡符合推荐条件，同等综合评分情况下，可按主要课程学分加权平均分确定排序，如仍一致，再按科研能力、综合素质排序进行排序。</w:t>
      </w:r>
    </w:p>
    <w:p>
      <w:r>
        <w:t>四、推荐与考核办法</w:t>
      </w:r>
    </w:p>
    <w:p>
      <w:r>
        <w:t>1.根据推荐免试研究生的条件和名额，各学院向全体应届毕业生广泛宣传，鼓励符合条件的优秀学生申请。符合申请条件的学生，可向学院推免工作小组提交个人申请，填写《徐州医科大学推荐免试攻读硕士学位研究生资格申请表》，并提交证明科研能力及综合素质的原始材料；</w:t>
      </w:r>
    </w:p>
    <w:p>
      <w:r>
        <w:t>2.学生所在学院根据学生在校期间理论学习阶段主要课程考试成绩、科研能力和综合素质三项指标，对申请推免的学生进行初审并对综合测评成绩排序，按学校下达的推荐名额依排名由高至低，向学校推荐；</w:t>
      </w:r>
    </w:p>
    <w:p>
      <w:r>
        <w:t>3.学校推免生遴选工作领导小组根据教务部、党委学工部、校团委对各学院上报材料的审核结果确定推免名单；</w:t>
      </w:r>
    </w:p>
    <w:p>
      <w:r>
        <w:t>4．学生综合测评成绩的计算方法（折算成标准分以后计算）</w:t>
      </w:r>
    </w:p>
    <w:p>
      <w:r>
        <w:t>综合测评成绩＝主要课程学分加权平均分标准分×80%＋科研能力标准分×10%＋综合素质标准分×10%</w:t>
      </w:r>
    </w:p>
    <w:p>
      <w:r>
        <w:t>主要课程（为各专业学位课程）学分加权平均分测算</w:t>
      </w:r>
    </w:p>
    <w:p>
      <w:r>
        <w:t>主要课程学分加权平均分标准分的满分为100分，具体认定方法为：按以上公式计算学生的主要课程学分加权平均分，并进行排序；各专业排序第一的学生，以其分数作为标准分的满分标准。</w:t>
      </w:r>
    </w:p>
    <w:p>
      <w:r>
        <w:t>本细则自公布之日起试行，此前印发有关于推免工作的文件，与本细则不一致的，以本细则为准。本细则由校推免生遴选工作领导小组工作组负责解释。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