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护理学院2026届推免生人员调整名单公示</w:t>
      </w:r>
    </w:p>
    <w:p>
      <w:r>
        <w:t>根据学校《关于做好2026年推荐优秀应届本科毕业生免试攻读研究生工作的通知》》及《关于印发&lt;徐州医科大学推荐优秀应届本科毕业生免试攻读硕士学位研究生工作细则（修订）&gt;的通知》（徐医大教字〔2021〕22号）等文件相关规定，学院坚持公平、公正、公开的原则，经过审核选拔，将2026届推免名单公示后，学生周之荻（学号：202204010902）因个人原因自愿放弃推免资格，现对推免名单予以公示（详见附件）。</w:t>
      </w:r>
    </w:p>
    <w:p>
      <w:r>
        <w:t>公示期：即日起至2025年9月11日23:30，公示期间如有异议，请联系学院教学办，联系人：张老师，地点：护理楼204。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