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护理学院2025届推免生名单公示</w:t>
      </w:r>
    </w:p>
    <w:p>
      <w:r>
        <w:t>根据学校《关于做好2025年推荐优秀应届本科毕业生免试攻读研究生工作的通知》》及《关于印发&lt;徐州医科大学推荐优秀应届本科毕业生免试攻读硕士学位研究生工作细则（修订）&gt;的通知》（徐医大教字〔2021〕22号）等文件相关规定，学院坚持公平、公正、公开的原则，经过审核选拔，现将2025届推免名单公示如下：</w:t>
      </w:r>
    </w:p>
    <w:p>
      <w:r>
        <w:t>叶雨诗、朱沈昕、王晨、王子文、张彩妍、徐嘉楠、邵雨宣、孙慧姝、朱海榕、严晨希、毛兴宇、梁修、王金荻、张雅蘅、伍缘圆、郭连子、贾秋琳、吉蒙蒙</w:t>
      </w:r>
    </w:p>
    <w:p>
      <w:r>
        <w:t>公示期：即日起至2024年9月8日18:00，公示期间如有异议，请联系学院教学办，联系人：温老师，电话15062127134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