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徐州医科大学护理学院2020年推荐免试攻读硕士学位研究生资格审核公示</w:t>
      </w:r>
    </w:p>
    <w:p>
      <w:r>
        <w:t>根据徐州医科大学有关文件要求，经过报名资格审核、申请材料核验、护理学院推免生专家审核小组面试，现将护理学院2020年推荐优秀应届本科毕业生免试攻读硕士学位研究生的预选人员进行公示，公示日期2019年9月13日至9月15日。如对推荐结果持有异议，可在公示期间，向学院推免生专家审核小组申请复议（电话：0516-83262339，hlxy@xzhmu.edu.cn）。</w:t>
      </w:r>
    </w:p>
    <w:p>
      <w:r>
        <w:t>附：《护理学院2020年推荐优秀应届本科毕业生免试攻读硕士学位研究生的预选人员排名表》</w:t>
      </w:r>
    </w:p>
    <w:p>
      <w:r>
        <w:t>护理学院2020年推荐优秀应届本科毕业生免试攻读硕士学位研究生的预选人员排名表</w:t>
      </w:r>
    </w:p>
    <w:tbl>
      <w:tblPr>
        <w:tblStyle w:val="TableGrid"/>
        <w:tblW w:type="auto" w:w="0"/>
        <w:tblLook w:firstColumn="1" w:firstRow="1" w:lastColumn="0" w:lastRow="0" w:noHBand="0" w:noVBand="1" w:val="04A0"/>
      </w:tblPr>
      <w:tblGrid>
        <w:gridCol w:w="480"/>
        <w:gridCol w:w="480"/>
        <w:gridCol w:w="480"/>
        <w:gridCol w:w="480"/>
        <w:gridCol w:w="480"/>
        <w:gridCol w:w="480"/>
        <w:gridCol w:w="480"/>
        <w:gridCol w:w="480"/>
        <w:gridCol w:w="480"/>
        <w:gridCol w:w="480"/>
        <w:gridCol w:w="480"/>
        <w:gridCol w:w="480"/>
        <w:gridCol w:w="480"/>
        <w:gridCol w:w="480"/>
        <w:gridCol w:w="480"/>
        <w:gridCol w:w="480"/>
        <w:gridCol w:w="480"/>
        <w:gridCol w:w="480"/>
      </w:tblGrid>
      <w:tr>
        <w:tc>
          <w:tcPr>
            <w:tcW w:type="dxa" w:w="480"/>
          </w:tcPr>
          <w:p>
            <w:r>
              <w:t>排名</w:t>
            </w:r>
          </w:p>
        </w:tc>
        <w:tc>
          <w:tcPr>
            <w:tcW w:type="dxa" w:w="480"/>
          </w:tcPr>
          <w:p>
            <w:r>
              <w:t>所在学院</w:t>
            </w:r>
          </w:p>
        </w:tc>
        <w:tc>
          <w:tcPr>
            <w:tcW w:type="dxa" w:w="480"/>
          </w:tcPr>
          <w:p>
            <w:r>
              <w:t>所在本科专业</w:t>
            </w:r>
          </w:p>
        </w:tc>
        <w:tc>
          <w:tcPr>
            <w:tcW w:type="dxa" w:w="480"/>
          </w:tcPr>
          <w:p>
            <w:r>
              <w:t>姓名</w:t>
            </w:r>
          </w:p>
        </w:tc>
        <w:tc>
          <w:tcPr>
            <w:tcW w:type="dxa" w:w="480"/>
          </w:tcPr>
          <w:p>
            <w:r>
              <w:t>性别</w:t>
            </w:r>
          </w:p>
        </w:tc>
        <w:tc>
          <w:tcPr>
            <w:tcW w:type="dxa" w:w="480"/>
          </w:tcPr>
          <w:p>
            <w:r>
              <w:t>出生年月</w:t>
            </w:r>
          </w:p>
        </w:tc>
        <w:tc>
          <w:tcPr>
            <w:tcW w:type="dxa" w:w="480"/>
          </w:tcPr>
          <w:p>
            <w:r>
              <w:t>学号</w:t>
            </w:r>
          </w:p>
        </w:tc>
        <w:tc>
          <w:tcPr>
            <w:tcW w:type="dxa" w:w="480"/>
          </w:tcPr>
          <w:p>
            <w:r>
              <w:t>政治面貌</w:t>
            </w:r>
          </w:p>
        </w:tc>
        <w:tc>
          <w:tcPr>
            <w:tcW w:type="dxa" w:w="480"/>
          </w:tcPr>
          <w:p>
            <w:r>
              <w:t>获得主要课程总学分</w:t>
            </w:r>
          </w:p>
        </w:tc>
        <w:tc>
          <w:tcPr>
            <w:tcW w:type="dxa" w:w="480"/>
          </w:tcPr>
          <w:p>
            <w:r>
              <w:t>主要课程排名百分比（前15%内）</w:t>
            </w:r>
          </w:p>
        </w:tc>
        <w:tc>
          <w:tcPr>
            <w:tcW w:type="dxa" w:w="480"/>
          </w:tcPr>
          <w:p>
            <w:r>
              <w:t>大学英语六级成绩</w:t>
            </w:r>
          </w:p>
        </w:tc>
        <w:tc>
          <w:tcPr>
            <w:tcW w:type="dxa" w:w="480"/>
          </w:tcPr>
          <w:p>
            <w:r>
              <w:t>计算机等级考试成绩</w:t>
            </w:r>
          </w:p>
        </w:tc>
        <w:tc>
          <w:tcPr>
            <w:tcW w:type="dxa" w:w="480"/>
          </w:tcPr>
          <w:p>
            <w:r>
              <w:t>科研能力标准分</w:t>
            </w:r>
          </w:p>
        </w:tc>
        <w:tc>
          <w:tcPr>
            <w:tcW w:type="dxa" w:w="480"/>
          </w:tcPr>
          <w:p>
            <w:r>
              <w:t>综合素质标准分</w:t>
            </w:r>
          </w:p>
        </w:tc>
        <w:tc>
          <w:tcPr>
            <w:tcW w:type="dxa" w:w="480"/>
          </w:tcPr>
          <w:p>
            <w:r>
              <w:t>主要课程学分加权平均分标准分</w:t>
            </w:r>
          </w:p>
        </w:tc>
        <w:tc>
          <w:tcPr>
            <w:tcW w:type="dxa" w:w="480"/>
          </w:tcPr>
          <w:p>
            <w:r>
              <w:t>综合测评成绩</w:t>
            </w:r>
          </w:p>
        </w:tc>
        <w:tc>
          <w:tcPr>
            <w:tcW w:type="dxa" w:w="480"/>
          </w:tcPr>
          <w:p>
            <w:r>
              <w:t>奖学金获得情况</w:t>
            </w:r>
          </w:p>
        </w:tc>
        <w:tc>
          <w:tcPr>
            <w:tcW w:type="dxa" w:w="480"/>
          </w:tcPr>
          <w:p>
            <w:r>
              <w:t>备注</w:t>
            </w:r>
          </w:p>
        </w:tc>
      </w:tr>
      <w:tr>
        <w:tc>
          <w:tcPr>
            <w:tcW w:type="dxa" w:w="480"/>
          </w:tcPr>
          <w:p>
            <w:r>
              <w:t>1</w:t>
            </w:r>
          </w:p>
        </w:tc>
        <w:tc>
          <w:tcPr>
            <w:tcW w:type="dxa" w:w="480"/>
          </w:tcPr>
          <w:p>
            <w:r>
              <w:t>护理学院</w:t>
            </w:r>
          </w:p>
        </w:tc>
        <w:tc>
          <w:tcPr>
            <w:tcW w:type="dxa" w:w="480"/>
          </w:tcPr>
          <w:p>
            <w:r>
              <w:t>护理学（助产护理）</w:t>
            </w:r>
          </w:p>
        </w:tc>
        <w:tc>
          <w:tcPr>
            <w:tcW w:type="dxa" w:w="480"/>
          </w:tcPr>
          <w:p>
            <w:r>
              <w:t>郭玉清</w:t>
            </w:r>
          </w:p>
        </w:tc>
        <w:tc>
          <w:tcPr>
            <w:tcW w:type="dxa" w:w="480"/>
          </w:tcPr>
          <w:p>
            <w:r>
              <w:t>女</w:t>
            </w:r>
          </w:p>
        </w:tc>
        <w:tc>
          <w:tcPr>
            <w:tcW w:type="dxa" w:w="480"/>
          </w:tcPr>
          <w:p>
            <w:r>
              <w:t>1998.05</w:t>
            </w:r>
          </w:p>
        </w:tc>
        <w:tc>
          <w:tcPr>
            <w:tcW w:type="dxa" w:w="480"/>
          </w:tcPr>
          <w:p>
            <w:r>
              <w:t>201610410122</w:t>
            </w:r>
          </w:p>
        </w:tc>
        <w:tc>
          <w:tcPr>
            <w:tcW w:type="dxa" w:w="480"/>
          </w:tcPr>
          <w:p>
            <w:r>
              <w:t>中共党员</w:t>
            </w:r>
          </w:p>
        </w:tc>
        <w:tc>
          <w:tcPr>
            <w:tcW w:type="dxa" w:w="480"/>
          </w:tcPr>
          <w:p>
            <w:r>
              <w:t>73.5</w:t>
            </w:r>
          </w:p>
        </w:tc>
        <w:tc>
          <w:tcPr>
            <w:tcW w:type="dxa" w:w="480"/>
          </w:tcPr>
          <w:p>
            <w:r>
              <w:t>2.00%</w:t>
            </w:r>
          </w:p>
        </w:tc>
        <w:tc>
          <w:tcPr>
            <w:tcW w:type="dxa" w:w="480"/>
          </w:tcPr>
          <w:p>
            <w:r>
              <w:t>457</w:t>
            </w:r>
          </w:p>
        </w:tc>
        <w:tc>
          <w:tcPr>
            <w:tcW w:type="dxa" w:w="480"/>
          </w:tcPr>
          <w:p>
            <w:r>
              <w:t>全国计算机二级</w:t>
            </w:r>
          </w:p>
        </w:tc>
        <w:tc>
          <w:tcPr>
            <w:tcW w:type="dxa" w:w="480"/>
          </w:tcPr>
          <w:p>
            <w:r>
              <w:t>0</w:t>
            </w:r>
          </w:p>
        </w:tc>
        <w:tc>
          <w:tcPr>
            <w:tcW w:type="dxa" w:w="480"/>
          </w:tcPr>
          <w:p>
            <w:r>
              <w:t>100</w:t>
            </w:r>
          </w:p>
        </w:tc>
        <w:tc>
          <w:tcPr>
            <w:tcW w:type="dxa" w:w="480"/>
          </w:tcPr>
          <w:p>
            <w:r>
              <w:t>100</w:t>
            </w:r>
          </w:p>
        </w:tc>
        <w:tc>
          <w:tcPr>
            <w:tcW w:type="dxa" w:w="480"/>
          </w:tcPr>
          <w:p>
            <w:r>
              <w:t>90.00</w:t>
            </w:r>
          </w:p>
        </w:tc>
        <w:tc>
          <w:tcPr>
            <w:tcW w:type="dxa" w:w="480"/>
          </w:tcPr>
          <w:p>
            <w:r>
              <w:t>2016-2017学年:国家励志奖学金、一等奖学金2017-2018学年:国家励志奖学金、一等奖学金、万邦医药奖学金</w:t>
            </w:r>
          </w:p>
        </w:tc>
        <w:tc>
          <w:tcPr>
            <w:tcW w:type="dxa" w:w="480"/>
          </w:tcPr>
          <w:p>
            <w:r/>
          </w:p>
        </w:tc>
      </w:tr>
      <w:tr>
        <w:tc>
          <w:tcPr>
            <w:tcW w:type="dxa" w:w="480"/>
          </w:tcPr>
          <w:p>
            <w:r>
              <w:t>2</w:t>
            </w:r>
          </w:p>
        </w:tc>
        <w:tc>
          <w:tcPr>
            <w:tcW w:type="dxa" w:w="480"/>
          </w:tcPr>
          <w:p>
            <w:r>
              <w:t>护理学院</w:t>
            </w:r>
          </w:p>
        </w:tc>
        <w:tc>
          <w:tcPr>
            <w:tcW w:type="dxa" w:w="480"/>
          </w:tcPr>
          <w:p>
            <w:r>
              <w:t>护理学（麻醉护理）</w:t>
            </w:r>
          </w:p>
        </w:tc>
        <w:tc>
          <w:tcPr>
            <w:tcW w:type="dxa" w:w="480"/>
          </w:tcPr>
          <w:p>
            <w:r>
              <w:t>苏子雯</w:t>
            </w:r>
          </w:p>
        </w:tc>
        <w:tc>
          <w:tcPr>
            <w:tcW w:type="dxa" w:w="480"/>
          </w:tcPr>
          <w:p>
            <w:r>
              <w:t>女</w:t>
            </w:r>
          </w:p>
        </w:tc>
        <w:tc>
          <w:tcPr>
            <w:tcW w:type="dxa" w:w="480"/>
          </w:tcPr>
          <w:p>
            <w:r>
              <w:t>1998. 0 5</w:t>
            </w:r>
          </w:p>
        </w:tc>
        <w:tc>
          <w:tcPr>
            <w:tcW w:type="dxa" w:w="480"/>
          </w:tcPr>
          <w:p>
            <w:r>
              <w:t>201610410130</w:t>
            </w:r>
          </w:p>
        </w:tc>
        <w:tc>
          <w:tcPr>
            <w:tcW w:type="dxa" w:w="480"/>
          </w:tcPr>
          <w:p>
            <w:r>
              <w:t>中共党员</w:t>
            </w:r>
          </w:p>
        </w:tc>
        <w:tc>
          <w:tcPr>
            <w:tcW w:type="dxa" w:w="480"/>
          </w:tcPr>
          <w:p>
            <w:r>
              <w:t>79.5</w:t>
            </w:r>
          </w:p>
        </w:tc>
        <w:tc>
          <w:tcPr>
            <w:tcW w:type="dxa" w:w="480"/>
          </w:tcPr>
          <w:p>
            <w:r>
              <w:t>7 .27%</w:t>
            </w:r>
          </w:p>
        </w:tc>
        <w:tc>
          <w:tcPr>
            <w:tcW w:type="dxa" w:w="480"/>
          </w:tcPr>
          <w:p>
            <w:r>
              <w:t>568</w:t>
            </w:r>
          </w:p>
        </w:tc>
        <w:tc>
          <w:tcPr>
            <w:tcW w:type="dxa" w:w="480"/>
          </w:tcPr>
          <w:p>
            <w:r>
              <w:t>全国计算机二级</w:t>
            </w:r>
          </w:p>
        </w:tc>
        <w:tc>
          <w:tcPr>
            <w:tcW w:type="dxa" w:w="480"/>
          </w:tcPr>
          <w:p>
            <w:r>
              <w:t>0</w:t>
            </w:r>
          </w:p>
        </w:tc>
        <w:tc>
          <w:tcPr>
            <w:tcW w:type="dxa" w:w="480"/>
          </w:tcPr>
          <w:p>
            <w:r>
              <w:t>100</w:t>
            </w:r>
          </w:p>
        </w:tc>
        <w:tc>
          <w:tcPr>
            <w:tcW w:type="dxa" w:w="480"/>
          </w:tcPr>
          <w:p>
            <w:r>
              <w:t>95.974</w:t>
            </w:r>
          </w:p>
        </w:tc>
        <w:tc>
          <w:tcPr>
            <w:tcW w:type="dxa" w:w="480"/>
          </w:tcPr>
          <w:p>
            <w:r>
              <w:t>86.78</w:t>
            </w:r>
          </w:p>
        </w:tc>
        <w:tc>
          <w:tcPr>
            <w:tcW w:type="dxa" w:w="480"/>
          </w:tcPr>
          <w:p>
            <w:r>
              <w:t>2016-2017学年:国家励志奖学金、一等奖学金、英语学习奖学金2017-2018学年:国家奖学金、一等奖学金</w:t>
            </w:r>
          </w:p>
        </w:tc>
        <w:tc>
          <w:tcPr>
            <w:tcW w:type="dxa" w:w="480"/>
          </w:tcPr>
          <w:p>
            <w:r/>
          </w:p>
        </w:tc>
      </w:tr>
      <w:tr>
        <w:tc>
          <w:tcPr>
            <w:tcW w:type="dxa" w:w="480"/>
          </w:tcPr>
          <w:p>
            <w:r>
              <w:t>3</w:t>
            </w:r>
          </w:p>
        </w:tc>
        <w:tc>
          <w:tcPr>
            <w:tcW w:type="dxa" w:w="480"/>
          </w:tcPr>
          <w:p>
            <w:r>
              <w:t>护理学院</w:t>
            </w:r>
          </w:p>
        </w:tc>
        <w:tc>
          <w:tcPr>
            <w:tcW w:type="dxa" w:w="480"/>
          </w:tcPr>
          <w:p>
            <w:r>
              <w:t>护理学（麻醉护理）</w:t>
            </w:r>
          </w:p>
        </w:tc>
        <w:tc>
          <w:tcPr>
            <w:tcW w:type="dxa" w:w="480"/>
          </w:tcPr>
          <w:p>
            <w:r>
              <w:t>刘梦蝶</w:t>
            </w:r>
          </w:p>
        </w:tc>
        <w:tc>
          <w:tcPr>
            <w:tcW w:type="dxa" w:w="480"/>
          </w:tcPr>
          <w:p>
            <w:r>
              <w:t>女</w:t>
            </w:r>
          </w:p>
        </w:tc>
        <w:tc>
          <w:tcPr>
            <w:tcW w:type="dxa" w:w="480"/>
          </w:tcPr>
          <w:p>
            <w:r>
              <w:t>1998.07</w:t>
            </w:r>
          </w:p>
        </w:tc>
        <w:tc>
          <w:tcPr>
            <w:tcW w:type="dxa" w:w="480"/>
          </w:tcPr>
          <w:p>
            <w:r>
              <w:t>201610410647</w:t>
            </w:r>
          </w:p>
        </w:tc>
        <w:tc>
          <w:tcPr>
            <w:tcW w:type="dxa" w:w="480"/>
          </w:tcPr>
          <w:p>
            <w:r>
              <w:t>中共预备党员</w:t>
            </w:r>
          </w:p>
        </w:tc>
        <w:tc>
          <w:tcPr>
            <w:tcW w:type="dxa" w:w="480"/>
          </w:tcPr>
          <w:p>
            <w:r>
              <w:t>79.5</w:t>
            </w:r>
          </w:p>
        </w:tc>
        <w:tc>
          <w:tcPr>
            <w:tcW w:type="dxa" w:w="480"/>
          </w:tcPr>
          <w:p>
            <w:r>
              <w:t>1.82%</w:t>
            </w:r>
          </w:p>
        </w:tc>
        <w:tc>
          <w:tcPr>
            <w:tcW w:type="dxa" w:w="480"/>
          </w:tcPr>
          <w:p>
            <w:r>
              <w:t>506</w:t>
            </w:r>
          </w:p>
        </w:tc>
        <w:tc>
          <w:tcPr>
            <w:tcW w:type="dxa" w:w="480"/>
          </w:tcPr>
          <w:p>
            <w:r>
              <w:t>全国计算机二级</w:t>
            </w:r>
          </w:p>
        </w:tc>
        <w:tc>
          <w:tcPr>
            <w:tcW w:type="dxa" w:w="480"/>
          </w:tcPr>
          <w:p>
            <w:r>
              <w:t>0</w:t>
            </w:r>
          </w:p>
        </w:tc>
        <w:tc>
          <w:tcPr>
            <w:tcW w:type="dxa" w:w="480"/>
          </w:tcPr>
          <w:p>
            <w:r>
              <w:t>0</w:t>
            </w:r>
          </w:p>
        </w:tc>
        <w:tc>
          <w:tcPr>
            <w:tcW w:type="dxa" w:w="480"/>
          </w:tcPr>
          <w:p>
            <w:r>
              <w:t>100</w:t>
            </w:r>
          </w:p>
        </w:tc>
        <w:tc>
          <w:tcPr>
            <w:tcW w:type="dxa" w:w="480"/>
          </w:tcPr>
          <w:p>
            <w:r>
              <w:t>80.00</w:t>
            </w:r>
          </w:p>
        </w:tc>
        <w:tc>
          <w:tcPr>
            <w:tcW w:type="dxa" w:w="480"/>
          </w:tcPr>
          <w:p>
            <w:r>
              <w:t>2016―2017学年：国家奖学金、特等奖学金、英语学习奖学金2017―2018学年：一等奖学金</w:t>
            </w:r>
          </w:p>
        </w:tc>
        <w:tc>
          <w:tcPr>
            <w:tcW w:type="dxa" w:w="480"/>
          </w:tcPr>
          <w:p>
            <w:r/>
          </w:p>
        </w:tc>
      </w:tr>
      <w:tr>
        <w:tc>
          <w:tcPr>
            <w:tcW w:type="dxa" w:w="480"/>
          </w:tcPr>
          <w:p>
            <w:r>
              <w:t>4</w:t>
            </w:r>
          </w:p>
        </w:tc>
        <w:tc>
          <w:tcPr>
            <w:tcW w:type="dxa" w:w="480"/>
          </w:tcPr>
          <w:p>
            <w:r>
              <w:t>护理学院</w:t>
            </w:r>
          </w:p>
        </w:tc>
        <w:tc>
          <w:tcPr>
            <w:tcW w:type="dxa" w:w="480"/>
          </w:tcPr>
          <w:p>
            <w:r>
              <w:t>护理学（麻醉护理）</w:t>
            </w:r>
          </w:p>
        </w:tc>
        <w:tc>
          <w:tcPr>
            <w:tcW w:type="dxa" w:w="480"/>
          </w:tcPr>
          <w:p>
            <w:r>
              <w:t>汤胜男</w:t>
            </w:r>
          </w:p>
        </w:tc>
        <w:tc>
          <w:tcPr>
            <w:tcW w:type="dxa" w:w="480"/>
          </w:tcPr>
          <w:p>
            <w:r>
              <w:t>女</w:t>
            </w:r>
          </w:p>
        </w:tc>
        <w:tc>
          <w:tcPr>
            <w:tcW w:type="dxa" w:w="480"/>
          </w:tcPr>
          <w:p>
            <w:r>
              <w:t>1998. 0 7</w:t>
            </w:r>
          </w:p>
        </w:tc>
        <w:tc>
          <w:tcPr>
            <w:tcW w:type="dxa" w:w="480"/>
          </w:tcPr>
          <w:p>
            <w:r>
              <w:t>201610410232</w:t>
            </w:r>
          </w:p>
        </w:tc>
        <w:tc>
          <w:tcPr>
            <w:tcW w:type="dxa" w:w="480"/>
          </w:tcPr>
          <w:p>
            <w:r>
              <w:t>共青团员</w:t>
            </w:r>
          </w:p>
        </w:tc>
        <w:tc>
          <w:tcPr>
            <w:tcW w:type="dxa" w:w="480"/>
          </w:tcPr>
          <w:p>
            <w:r>
              <w:t>79.5</w:t>
            </w:r>
          </w:p>
        </w:tc>
        <w:tc>
          <w:tcPr>
            <w:tcW w:type="dxa" w:w="480"/>
          </w:tcPr>
          <w:p>
            <w:r>
              <w:t>5.45 %</w:t>
            </w:r>
          </w:p>
        </w:tc>
        <w:tc>
          <w:tcPr>
            <w:tcW w:type="dxa" w:w="480"/>
          </w:tcPr>
          <w:p>
            <w:r>
              <w:t>495</w:t>
            </w:r>
          </w:p>
        </w:tc>
        <w:tc>
          <w:tcPr>
            <w:tcW w:type="dxa" w:w="480"/>
          </w:tcPr>
          <w:p>
            <w:r>
              <w:t>全国计算机二级</w:t>
            </w:r>
          </w:p>
        </w:tc>
        <w:tc>
          <w:tcPr>
            <w:tcW w:type="dxa" w:w="480"/>
          </w:tcPr>
          <w:p>
            <w:r>
              <w:t>0</w:t>
            </w:r>
          </w:p>
        </w:tc>
        <w:tc>
          <w:tcPr>
            <w:tcW w:type="dxa" w:w="480"/>
          </w:tcPr>
          <w:p>
            <w:r>
              <w:t>0</w:t>
            </w:r>
          </w:p>
        </w:tc>
        <w:tc>
          <w:tcPr>
            <w:tcW w:type="dxa" w:w="480"/>
          </w:tcPr>
          <w:p>
            <w:r>
              <w:t>96.080</w:t>
            </w:r>
          </w:p>
        </w:tc>
        <w:tc>
          <w:tcPr>
            <w:tcW w:type="dxa" w:w="480"/>
          </w:tcPr>
          <w:p>
            <w:r>
              <w:t>76.86</w:t>
            </w:r>
          </w:p>
        </w:tc>
        <w:tc>
          <w:tcPr>
            <w:tcW w:type="dxa" w:w="480"/>
          </w:tcPr>
          <w:p>
            <w:r>
              <w:t>2016-2017学年:三等奖学金2017-2018学年:三等奖学金</w:t>
            </w:r>
          </w:p>
        </w:tc>
        <w:tc>
          <w:tcPr>
            <w:tcW w:type="dxa" w:w="480"/>
          </w:tcPr>
          <w:p>
            <w:r/>
          </w:p>
        </w:tc>
      </w:tr>
      <w:tr>
        <w:tc>
          <w:tcPr>
            <w:tcW w:type="dxa" w:w="480"/>
          </w:tcPr>
          <w:p>
            <w:r>
              <w:t>5</w:t>
            </w:r>
          </w:p>
        </w:tc>
        <w:tc>
          <w:tcPr>
            <w:tcW w:type="dxa" w:w="480"/>
          </w:tcPr>
          <w:p>
            <w:r>
              <w:t>护理学院</w:t>
            </w:r>
          </w:p>
        </w:tc>
        <w:tc>
          <w:tcPr>
            <w:tcW w:type="dxa" w:w="480"/>
          </w:tcPr>
          <w:p>
            <w:r>
              <w:t>护理学</w:t>
            </w:r>
          </w:p>
        </w:tc>
        <w:tc>
          <w:tcPr>
            <w:tcW w:type="dxa" w:w="480"/>
          </w:tcPr>
          <w:p>
            <w:r>
              <w:t>张瑶</w:t>
            </w:r>
          </w:p>
        </w:tc>
        <w:tc>
          <w:tcPr>
            <w:tcW w:type="dxa" w:w="480"/>
          </w:tcPr>
          <w:p>
            <w:r>
              <w:t>女</w:t>
            </w:r>
          </w:p>
        </w:tc>
        <w:tc>
          <w:tcPr>
            <w:tcW w:type="dxa" w:w="480"/>
          </w:tcPr>
          <w:p>
            <w:r>
              <w:t>1997.03</w:t>
            </w:r>
          </w:p>
        </w:tc>
        <w:tc>
          <w:tcPr>
            <w:tcW w:type="dxa" w:w="480"/>
          </w:tcPr>
          <w:p>
            <w:r>
              <w:t>201610410334</w:t>
            </w:r>
          </w:p>
        </w:tc>
        <w:tc>
          <w:tcPr>
            <w:tcW w:type="dxa" w:w="480"/>
          </w:tcPr>
          <w:p>
            <w:r>
              <w:t>中共预备党员</w:t>
            </w:r>
          </w:p>
        </w:tc>
        <w:tc>
          <w:tcPr>
            <w:tcW w:type="dxa" w:w="480"/>
          </w:tcPr>
          <w:p>
            <w:r>
              <w:t>71</w:t>
            </w:r>
          </w:p>
        </w:tc>
        <w:tc>
          <w:tcPr>
            <w:tcW w:type="dxa" w:w="480"/>
          </w:tcPr>
          <w:p>
            <w:r>
              <w:t>1.70％</w:t>
            </w:r>
          </w:p>
        </w:tc>
        <w:tc>
          <w:tcPr>
            <w:tcW w:type="dxa" w:w="480"/>
          </w:tcPr>
          <w:p>
            <w:r>
              <w:t>455</w:t>
            </w:r>
          </w:p>
        </w:tc>
        <w:tc>
          <w:tcPr>
            <w:tcW w:type="dxa" w:w="480"/>
          </w:tcPr>
          <w:p>
            <w:r>
              <w:t>全国计算机二级</w:t>
            </w:r>
          </w:p>
        </w:tc>
        <w:tc>
          <w:tcPr>
            <w:tcW w:type="dxa" w:w="480"/>
          </w:tcPr>
          <w:p>
            <w:r>
              <w:t>0</w:t>
            </w:r>
          </w:p>
        </w:tc>
        <w:tc>
          <w:tcPr>
            <w:tcW w:type="dxa" w:w="480"/>
          </w:tcPr>
          <w:p>
            <w:r>
              <w:t>0</w:t>
            </w:r>
          </w:p>
        </w:tc>
        <w:tc>
          <w:tcPr>
            <w:tcW w:type="dxa" w:w="480"/>
          </w:tcPr>
          <w:p>
            <w:r>
              <w:t>94.816</w:t>
            </w:r>
          </w:p>
        </w:tc>
        <w:tc>
          <w:tcPr>
            <w:tcW w:type="dxa" w:w="480"/>
          </w:tcPr>
          <w:p>
            <w:r>
              <w:t>75.85</w:t>
            </w:r>
          </w:p>
        </w:tc>
        <w:tc>
          <w:tcPr>
            <w:tcW w:type="dxa" w:w="480"/>
          </w:tcPr>
          <w:p>
            <w:r>
              <w:t>2016-2017学年:一等奖学金2017-2018学年:一等奖学金</w:t>
            </w:r>
          </w:p>
        </w:tc>
        <w:tc>
          <w:tcPr>
            <w:tcW w:type="dxa" w:w="480"/>
          </w:tcPr>
          <w:p>
            <w:r/>
          </w:p>
        </w:tc>
      </w:tr>
      <w:tr>
        <w:tc>
          <w:tcPr>
            <w:tcW w:type="dxa" w:w="480"/>
          </w:tcPr>
          <w:p>
            <w:r>
              <w:t>6</w:t>
            </w:r>
          </w:p>
        </w:tc>
        <w:tc>
          <w:tcPr>
            <w:tcW w:type="dxa" w:w="480"/>
          </w:tcPr>
          <w:p>
            <w:r>
              <w:t>护理学院</w:t>
            </w:r>
          </w:p>
        </w:tc>
        <w:tc>
          <w:tcPr>
            <w:tcW w:type="dxa" w:w="480"/>
          </w:tcPr>
          <w:p>
            <w:r>
              <w:t>护理学</w:t>
            </w:r>
          </w:p>
        </w:tc>
        <w:tc>
          <w:tcPr>
            <w:tcW w:type="dxa" w:w="480"/>
          </w:tcPr>
          <w:p>
            <w:r>
              <w:t>田顺杰</w:t>
            </w:r>
          </w:p>
        </w:tc>
        <w:tc>
          <w:tcPr>
            <w:tcW w:type="dxa" w:w="480"/>
          </w:tcPr>
          <w:p>
            <w:r>
              <w:t>女</w:t>
            </w:r>
          </w:p>
        </w:tc>
        <w:tc>
          <w:tcPr>
            <w:tcW w:type="dxa" w:w="480"/>
          </w:tcPr>
          <w:p>
            <w:r>
              <w:t>1997.11</w:t>
            </w:r>
          </w:p>
        </w:tc>
        <w:tc>
          <w:tcPr>
            <w:tcW w:type="dxa" w:w="480"/>
          </w:tcPr>
          <w:p>
            <w:r>
              <w:t>201610410522</w:t>
            </w:r>
          </w:p>
        </w:tc>
        <w:tc>
          <w:tcPr>
            <w:tcW w:type="dxa" w:w="480"/>
          </w:tcPr>
          <w:p>
            <w:r>
              <w:t>中共党员</w:t>
            </w:r>
          </w:p>
        </w:tc>
        <w:tc>
          <w:tcPr>
            <w:tcW w:type="dxa" w:w="480"/>
          </w:tcPr>
          <w:p>
            <w:r>
              <w:t>71</w:t>
            </w:r>
          </w:p>
        </w:tc>
        <w:tc>
          <w:tcPr>
            <w:tcW w:type="dxa" w:w="480"/>
          </w:tcPr>
          <w:p>
            <w:r>
              <w:t>16.48%</w:t>
            </w:r>
          </w:p>
        </w:tc>
        <w:tc>
          <w:tcPr>
            <w:tcW w:type="dxa" w:w="480"/>
          </w:tcPr>
          <w:p>
            <w:r>
              <w:t>445</w:t>
            </w:r>
          </w:p>
        </w:tc>
        <w:tc>
          <w:tcPr>
            <w:tcW w:type="dxa" w:w="480"/>
          </w:tcPr>
          <w:p>
            <w:r>
              <w:t>全国计算机二级</w:t>
            </w:r>
          </w:p>
        </w:tc>
        <w:tc>
          <w:tcPr>
            <w:tcW w:type="dxa" w:w="480"/>
          </w:tcPr>
          <w:p>
            <w:r>
              <w:t>100</w:t>
            </w:r>
          </w:p>
        </w:tc>
        <w:tc>
          <w:tcPr>
            <w:tcW w:type="dxa" w:w="480"/>
          </w:tcPr>
          <w:p>
            <w:r>
              <w:t>100</w:t>
            </w:r>
          </w:p>
        </w:tc>
        <w:tc>
          <w:tcPr>
            <w:tcW w:type="dxa" w:w="480"/>
          </w:tcPr>
          <w:p>
            <w:r>
              <w:t>85.712</w:t>
            </w:r>
          </w:p>
        </w:tc>
        <w:tc>
          <w:tcPr>
            <w:tcW w:type="dxa" w:w="480"/>
          </w:tcPr>
          <w:p>
            <w:r>
              <w:t>91.43</w:t>
            </w:r>
          </w:p>
        </w:tc>
        <w:tc>
          <w:tcPr>
            <w:tcW w:type="dxa" w:w="480"/>
          </w:tcPr>
          <w:p>
            <w:r>
              <w:t>2016-2017学年:三等奖学金2017-2018学年:二等奖学金、恒瑞医药奖学金、江苏省境外学习奖学金</w:t>
            </w:r>
          </w:p>
        </w:tc>
        <w:tc>
          <w:tcPr>
            <w:tcW w:type="dxa" w:w="480"/>
          </w:tcPr>
          <w:p>
            <w:r>
              <w:t>破格参评</w:t>
            </w:r>
          </w:p>
        </w:tc>
      </w:tr>
      <w:tr>
        <w:tc>
          <w:tcPr>
            <w:tcW w:type="dxa" w:w="480"/>
          </w:tcPr>
          <w:p>
            <w:r>
              <w:t>7</w:t>
            </w:r>
          </w:p>
        </w:tc>
        <w:tc>
          <w:tcPr>
            <w:tcW w:type="dxa" w:w="480"/>
          </w:tcPr>
          <w:p>
            <w:r>
              <w:t>护理学院</w:t>
            </w:r>
          </w:p>
        </w:tc>
        <w:tc>
          <w:tcPr>
            <w:tcW w:type="dxa" w:w="480"/>
          </w:tcPr>
          <w:p>
            <w:r>
              <w:t>护理学</w:t>
            </w:r>
          </w:p>
        </w:tc>
        <w:tc>
          <w:tcPr>
            <w:tcW w:type="dxa" w:w="480"/>
          </w:tcPr>
          <w:p>
            <w:r>
              <w:t>赵楠</w:t>
            </w:r>
          </w:p>
        </w:tc>
        <w:tc>
          <w:tcPr>
            <w:tcW w:type="dxa" w:w="480"/>
          </w:tcPr>
          <w:p>
            <w:r>
              <w:t>女</w:t>
            </w:r>
          </w:p>
        </w:tc>
        <w:tc>
          <w:tcPr>
            <w:tcW w:type="dxa" w:w="480"/>
          </w:tcPr>
          <w:p>
            <w:r>
              <w:t>1998.10</w:t>
            </w:r>
          </w:p>
        </w:tc>
        <w:tc>
          <w:tcPr>
            <w:tcW w:type="dxa" w:w="480"/>
          </w:tcPr>
          <w:p>
            <w:r>
              <w:t>201610410114</w:t>
            </w:r>
          </w:p>
        </w:tc>
        <w:tc>
          <w:tcPr>
            <w:tcW w:type="dxa" w:w="480"/>
          </w:tcPr>
          <w:p>
            <w:r>
              <w:t>中共预备党员</w:t>
            </w:r>
          </w:p>
        </w:tc>
        <w:tc>
          <w:tcPr>
            <w:tcW w:type="dxa" w:w="480"/>
          </w:tcPr>
          <w:p>
            <w:r>
              <w:t>71</w:t>
            </w:r>
          </w:p>
        </w:tc>
        <w:tc>
          <w:tcPr>
            <w:tcW w:type="dxa" w:w="480"/>
          </w:tcPr>
          <w:p>
            <w:r>
              <w:t>2.27%</w:t>
            </w:r>
          </w:p>
        </w:tc>
        <w:tc>
          <w:tcPr>
            <w:tcW w:type="dxa" w:w="480"/>
          </w:tcPr>
          <w:p>
            <w:r>
              <w:t>440</w:t>
            </w:r>
          </w:p>
        </w:tc>
        <w:tc>
          <w:tcPr>
            <w:tcW w:type="dxa" w:w="480"/>
          </w:tcPr>
          <w:p>
            <w:r>
              <w:t>全国计算机二级</w:t>
            </w:r>
          </w:p>
        </w:tc>
        <w:tc>
          <w:tcPr>
            <w:tcW w:type="dxa" w:w="480"/>
          </w:tcPr>
          <w:p>
            <w:r>
              <w:t>0</w:t>
            </w:r>
          </w:p>
        </w:tc>
        <w:tc>
          <w:tcPr>
            <w:tcW w:type="dxa" w:w="480"/>
          </w:tcPr>
          <w:p>
            <w:r>
              <w:t>0</w:t>
            </w:r>
          </w:p>
        </w:tc>
        <w:tc>
          <w:tcPr>
            <w:tcW w:type="dxa" w:w="480"/>
          </w:tcPr>
          <w:p>
            <w:r>
              <w:t>93.896</w:t>
            </w:r>
          </w:p>
        </w:tc>
        <w:tc>
          <w:tcPr>
            <w:tcW w:type="dxa" w:w="480"/>
          </w:tcPr>
          <w:p>
            <w:r>
              <w:t>75.12</w:t>
            </w:r>
          </w:p>
        </w:tc>
        <w:tc>
          <w:tcPr>
            <w:tcW w:type="dxa" w:w="480"/>
          </w:tcPr>
          <w:p>
            <w:r>
              <w:t>2017-2018学年:一等奖学金</w:t>
            </w:r>
          </w:p>
        </w:tc>
        <w:tc>
          <w:tcPr>
            <w:tcW w:type="dxa" w:w="480"/>
          </w:tcPr>
          <w:p>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