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生命科学学院2026年推荐优秀应届本科毕业生免试攻读研究生结果公示</w:t>
      </w:r>
    </w:p>
    <w:p>
      <w:r>
        <w:t>根据《关于进一步规范和加强推荐优秀应届本科毕业生免试攻读研究生工作的通知》(教学厅〔2020〕12号)和学校《关于印发&lt;徐州医科大学推荐优秀应届本科毕业生免试攻读硕士学位研究生工作细则（修订）&gt;的通知》（徐医大教字〔2021〕22号）规定，按照《关于做好202 6年推荐优秀应届本科毕业生免试攻读研究生工作的通知》要求的工作流程，生命科学学院现已完成20 26年推荐优秀应届本科毕业生免试攻读研究生工作，现将“推免”结果在学院范围内进行公示（具体信息见附件）。</w:t>
      </w:r>
    </w:p>
    <w:p>
      <w:r>
        <w:t>公示时间：9月5日—9月7日。</w:t>
      </w:r>
    </w:p>
    <w:p>
      <w:r>
        <w:t>对结果有异议的学生和任何个人，可以向“生命科学学院推免生遴选工作领导小组”申请复议。</w:t>
      </w:r>
    </w:p>
    <w:p>
      <w:r>
        <w:t>联系地点：教学主楼8 33办公室</w:t>
      </w:r>
    </w:p>
    <w:p>
      <w:r>
        <w:t>联系电话：8326 5395</w:t>
      </w:r>
    </w:p>
    <w:p>
      <w:r>
        <w:t>联系人：徐老师</w:t>
      </w:r>
    </w:p>
    <w:p>
      <w:r>
        <w:t>附件：生命科学学院202 6年推荐优秀应届本科毕业生免试攻读研究生拟推荐名单</w:t>
      </w:r>
    </w:p>
    <w:p>
      <w:r>
        <w:t>徐州医科大学生命科学学院</w:t>
      </w:r>
    </w:p>
    <w:p>
      <w:r>
        <w:t>202 5年9月5日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