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关于生命科学学院2021年免试攻读硕士学位研究生拟推荐名单的公示</w:t>
      </w:r>
    </w:p>
    <w:p>
      <w:r>
        <w:t>根据学校《关于做好2021年推荐优秀应届本科毕业生免试攻读硕士学位研究生工作的通知》(徐医大教字〔2020〕30号)和关于印发《&lt;徐州医科大学推荐优秀应届本科毕业生免试攻读硕士学位研究生工作细则（修订）&gt;的通知》（徐医大教字〔2019〕41号）相关规定，经个人申请，专家审核组审核，拟推荐潘建成、徐世尧、张猛3名同学免试攻读硕士学位研究生（推免名单详见附件）。现予以公示。</w:t>
      </w:r>
    </w:p>
    <w:p>
      <w:r>
        <w:t>公示日期：2020年9月23-25日。</w:t>
      </w:r>
    </w:p>
    <w:p>
      <w:r>
        <w:t>如对以上结果有异议，请在公示期内以书面形式提交《徐州医科大学推荐免试攻读硕士学位研究生复议申请表》。</w:t>
      </w:r>
    </w:p>
    <w:p>
      <w:r>
        <w:t>联系人：杨曦联系电话：83262079</w:t>
      </w:r>
    </w:p>
    <w:p>
      <w:r>
        <w:t>徐州医科大学生命科学学院</w:t>
      </w:r>
    </w:p>
    <w:p>
      <w:r>
        <w:t>2020年9月23日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