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关于调整口腔医学院推免遴选工作领导小组的通知</w:t>
      </w:r>
    </w:p>
    <w:p>
      <w:r>
        <w:t>top</w:t>
      </w:r>
    </w:p>
    <w:p>
      <w:r>
        <w:t>内容</w:t>
      </w:r>
    </w:p>
    <w:p>
      <w:r>
        <w:t>banner</w:t>
      </w:r>
    </w:p>
    <w:p>
      <w:r>
        <w:t>main</w:t>
      </w:r>
    </w:p>
    <w:p>
      <w:r>
        <w:t>位置</w:t>
      </w:r>
    </w:p>
    <w:p>
      <w:r>
        <w:t>当前位置：徐州医科大学口腔医学院网站首页&gt;正文&gt;</w:t>
      </w:r>
    </w:p>
    <w:p>
      <w:pPr>
        <w:pStyle w:val="Heading2"/>
      </w:pPr>
      <w:r>
        <w:t>作者：党政办来源：发布日期：2017年09月06日17:12点击：284</w:t>
      </w:r>
    </w:p>
    <w:p>
      <w:r>
        <w:t>友情链接</w:t>
      </w:r>
    </w:p>
    <w:p>
      <w:r>
        <w:t>徐州医科大学附属口腔医院徐医大附院口腔科南京医科大学口腔医学院北京大学口腔医学院华西口腔医学院武汉大学口腔医学院山东大学口腔医学院中山大学附属口腔医学院上海交大九院广西医科大学口腔医学院四军大口腔医学院徐州临床医院口腔科</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