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口腔医学2019年推荐优秀应届本科毕业生免试攻读硕士学位研究生工作拟推荐名单公示</w:t>
      </w:r>
    </w:p>
    <w:p>
      <w:r>
        <w:t>根据徐州医科大学《关于做好2019年推荐优秀应届本科毕业生免试攻读硕士学位研究生工作的通知》（徐医大〔2018〕118号）的精神，我院严格按照《关于印发&lt;徐州医科大学推荐优秀应届本科毕业生免试攻读硕士学位研究生工作细则（修订）&gt;的通知》（徐医大〔2018〕108号）执行，经过认真审核，口腔医学院推免遴选工作领导小组在确保公正、公平的前提下，遴选出顾云彤同学为推荐人选，现将拟推荐名单、学习成绩统计表、科研能力和综合素质得分依据及排序结果，公示期为三天。</w:t>
      </w:r>
    </w:p>
    <w:p>
      <w:r>
        <w:t>如有异议，请在2018年9月10日至9月12日，书面（或电话）向口腔医学院教学管理办公室反映，联系电话：83262537，联系人：仝伟凤。</w:t>
      </w:r>
    </w:p>
    <w:p>
      <w:r>
        <w:t>附件：1.口腔医学院2019年推荐免试攻读硕士学位研究生资格审核汇总表</w:t>
      </w:r>
    </w:p>
    <w:p>
      <w:r>
        <w:t>2.2014级学习成绩统计表</w:t>
      </w:r>
    </w:p>
    <w:p>
      <w:r>
        <w:t>3.2019年推荐免试攻读硕士学位研究生资格审核科研能力和综合素质得分依据</w:t>
      </w:r>
    </w:p>
    <w:p>
      <w:r>
        <w:t>口腔医学院</w:t>
      </w:r>
    </w:p>
    <w:p>
      <w:r>
        <w:t>2018年9月10日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