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口腔医学院2025年优秀应届本科毕业生免试攻读研究生推荐预选名单公示</w:t>
      </w:r>
    </w:p>
    <w:p>
      <w:r>
        <w:t>top</w:t>
      </w:r>
    </w:p>
    <w:p>
      <w:r>
        <w:t>内容</w:t>
      </w:r>
    </w:p>
    <w:p>
      <w:r>
        <w:t>banner</w:t>
      </w:r>
    </w:p>
    <w:p>
      <w:r>
        <w:t>main</w:t>
      </w:r>
    </w:p>
    <w:p>
      <w:r>
        <w:t>位置</w:t>
      </w:r>
    </w:p>
    <w:p>
      <w:r>
        <w:t>当前位置：徐州医科大学口腔医学院网站首页&gt;正文&gt;</w:t>
      </w:r>
    </w:p>
    <w:p>
      <w:pPr>
        <w:pStyle w:val="Heading2"/>
      </w:pPr>
      <w:r>
        <w:t>作者：教学科研办来源：发布日期：2024年09月05日15:51点击：1527</w:t>
      </w:r>
    </w:p>
    <w:p>
      <w:r>
        <w:t>根据《关于进一步规范和加强推荐优秀应届本科毕业生免试攻读研究生工作的通知》(教学厅〔2020〕12号)、2024年7月30日全国推免工作视频会议精神和学校《关于印发&lt;徐州医科大学推荐优秀应届本科毕业生免试攻读硕士学位研究生工作细则（修订）&gt;的通知》（徐医大教字〔2021〕22号）规定，由学生本人自愿申请，经学院2025年推荐优秀应届本科毕业生免试攻读研究生工作小组审核，确定6名学生为推荐预选名单，现将名单予以公示。</w:t>
      </w:r>
    </w:p>
    <w:p>
      <w:r>
        <w:t>公示时间：9月5日-9月8日</w:t>
      </w:r>
    </w:p>
    <w:p>
      <w:r>
        <w:t>联系电话：0516-83262537</w:t>
      </w:r>
    </w:p>
    <w:p>
      <w:r>
        <w:t>联系信箱：244236178@qq.com</w:t>
      </w:r>
    </w:p>
    <w:p>
      <w:r>
        <w:t>友情链接</w:t>
      </w:r>
    </w:p>
    <w:p>
      <w:r>
        <w:t>徐州医科大学附属口腔医院徐医大附院口腔科南京医科大学口腔医学院北京大学口腔医学院华西口腔医学院武汉大学口腔医学院山东大学口腔医学院中山大学附属口腔医学院上海交大九院广西医科大学口腔医学院四军大口腔医学院徐州临床医院口腔科</w:t>
      </w:r>
    </w:p>
    <w:p>
      <w:r>
        <w:t>footer</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