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关于2024年拟推荐优秀应届本科毕业生免试攻读研究生人选的公示</w:t>
      </w:r>
    </w:p>
    <w:p>
      <w:r>
        <w:t>top</w:t>
      </w:r>
    </w:p>
    <w:p>
      <w:r>
        <w:t>内容</w:t>
      </w:r>
    </w:p>
    <w:p>
      <w:r>
        <w:t>banner</w:t>
      </w:r>
    </w:p>
    <w:p>
      <w:r>
        <w:t>main</w:t>
      </w:r>
    </w:p>
    <w:p>
      <w:r>
        <w:t>位置</w:t>
      </w:r>
    </w:p>
    <w:p>
      <w:r>
        <w:t>当前位置：徐州医科大学口腔医学院网站首页&gt;正文&gt;</w:t>
      </w:r>
    </w:p>
    <w:p>
      <w:pPr>
        <w:pStyle w:val="Heading2"/>
      </w:pPr>
      <w:r>
        <w:t>作者：仝伟凤；审核：张鸣来源：发布日期：2023年09月18日10:37点击：1339</w:t>
      </w:r>
    </w:p>
    <w:p>
      <w:r>
        <w:t>根据我校《关于做好2024年推荐优秀应届本科毕业生免试攻读研究生工作的通知》精神，经学生本人申请，教学科研办、学生管理办公室和学院推免工作领导小组审议，拟推荐王艺儒、陈玥、王越、杨媛媛4名同学为我院2024年优秀应届本科毕业生免试攻读硕士学位研究生人选，详细情况见附件1。</w:t>
      </w:r>
    </w:p>
    <w:p>
      <w:r>
        <w:t>公示期间，如有异议，请与学院联系。</w:t>
      </w:r>
    </w:p>
    <w:p>
      <w:r>
        <w:t>公示时间：9月18日—9月20日</w:t>
      </w:r>
    </w:p>
    <w:p>
      <w:r>
        <w:t>联系电话：0516-83262537教学科研办公室仝老师，0516-83262592学生管理办公室孙老师</w:t>
      </w:r>
    </w:p>
    <w:p>
      <w:pPr>
        <w:pStyle w:val="ListBullet"/>
      </w:pPr>
      <w:r>
        <w:t>附件【公示：徐州医科大学推荐免试攻读硕士学位研究生资格审核汇总表.xlsx】已下载488次</w:t>
      </w:r>
    </w:p>
    <w:p>
      <w:r>
        <w:t>友情链接</w:t>
      </w:r>
    </w:p>
    <w:p>
      <w:r>
        <w:t>徐州医科大学附属口腔医院徐医大附院口腔科南京医科大学口腔医学院北京大学口腔医学院华西口腔医学院武汉大学口腔医学院山东大学口腔医学院中山大学附属口腔医学院上海交大九院广西医科大学口腔医学院四军大口腔医学院徐州临床医院口腔科</w:t>
      </w:r>
    </w:p>
    <w:p>
      <w:r>
        <w:t>footer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