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关于2022年口腔医学院推荐免试攻读研究生拟推免人选的公示</w:t>
      </w:r>
    </w:p>
    <w:p>
      <w:r>
        <w:t>top</w:t>
      </w:r>
    </w:p>
    <w:p>
      <w:r>
        <w:t>内容</w:t>
      </w:r>
    </w:p>
    <w:p>
      <w:r>
        <w:t>banner</w:t>
      </w:r>
    </w:p>
    <w:p>
      <w:r>
        <w:t>main</w:t>
      </w:r>
    </w:p>
    <w:p>
      <w:r>
        <w:t>位置</w:t>
      </w:r>
    </w:p>
    <w:p>
      <w:r>
        <w:t>当前位置：徐州医科大学口腔医学院网站首页&gt;正文&gt;</w:t>
      </w:r>
    </w:p>
    <w:p>
      <w:pPr>
        <w:pStyle w:val="Heading2"/>
      </w:pPr>
      <w:r>
        <w:t>作者：来源：教学办发布日期：2021年09月10日14:29点击：849</w:t>
      </w:r>
    </w:p>
    <w:p>
      <w:r>
        <w:t>根据我校《关于做好2022年推荐优秀应届本科毕业生免试攻读研究生工作的通知》精神，经学生本人申请，学院推免评审小组、推免工作领导小组审议，拟推荐李厚轩、孟浩浩、丁晓阳3名同学为我院2022年优秀应届本科毕业生免试攻读硕士学位研究生人选。</w:t>
      </w:r>
    </w:p>
    <w:p>
      <w:r>
        <w:t>公示期间，欢迎全院师生对本次推免工作予以监督，如有异议，请与教学办联系。</w:t>
      </w:r>
    </w:p>
    <w:p>
      <w:r>
        <w:t>公示时间：9月10日—9月12日</w:t>
      </w:r>
    </w:p>
    <w:p>
      <w:r>
        <w:t>联系电话：0516-83262537</w:t>
      </w:r>
    </w:p>
    <w:p>
      <w:r>
        <w:t>联系信箱：100002016028@xzhmu.edu.cn</w:t>
      </w:r>
    </w:p>
    <w:p>
      <w:pPr>
        <w:pStyle w:val="ListBullet"/>
      </w:pPr>
      <w:r>
        <w:t>附件【口腔医学院2017级研究生推免汇总表.docx】已下载685次</w:t>
      </w:r>
    </w:p>
    <w:p>
      <w:r>
        <w:t>友情链接</w:t>
      </w:r>
    </w:p>
    <w:p>
      <w:r>
        <w:t>徐州医科大学附属口腔医院徐医大附院口腔科南京医科大学口腔医学院北京大学口腔医学院华西口腔医学院武汉大学口腔医学院山东大学口腔医学院中山大学附属口腔医学院上海交大九院广西医科大学口腔医学院四军大口腔医学院徐州临床医院口腔科</w:t>
      </w:r>
    </w:p>
    <w:p>
      <w:r>
        <w:t>footer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