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公示:口腔医学2018年推荐优秀应届本科毕业生免试攻读硕士学位研究生工作拟推荐名单公示</w:t>
      </w:r>
    </w:p>
    <w:p>
      <w:r>
        <w:t>top</w:t>
      </w:r>
    </w:p>
    <w:p>
      <w:r>
        <w:t>内容</w:t>
      </w:r>
    </w:p>
    <w:p>
      <w:r>
        <w:t>banner</w:t>
      </w:r>
    </w:p>
    <w:p>
      <w:r>
        <w:t>main</w:t>
      </w:r>
    </w:p>
    <w:p>
      <w:r>
        <w:t>位置</w:t>
      </w:r>
    </w:p>
    <w:p>
      <w:r>
        <w:t>当前位置：徐州医科大学口腔医学院网站首页&gt;正文&gt;</w:t>
      </w:r>
    </w:p>
    <w:p>
      <w:pPr>
        <w:pStyle w:val="Heading2"/>
      </w:pPr>
      <w:r>
        <w:t>作者：学管办来源：发布日期：2017年09月15日16:46点击：668</w:t>
      </w:r>
    </w:p>
    <w:p>
      <w:r>
        <w:t>根据徐州医科大学《关于做好2018年推荐优秀应届本科毕业生免试攻读硕士学位研究生工作的通知》（徐医大〔2017〕112号）的精神，我院严格按照《徐州医科大学推荐优秀应届本科毕业生免试攻读硕士学位研究生工作细则（修订）》（徐医大〔2017〕111号）执行，经过认真审核，口腔医学院推免遴选工作领导小组在确保公正、公平的前提下，遴选出葛米雪同学为推荐人选，现将拟推荐名单、学习成绩统计表、科研能力和综合素质得分依据及排序结果，公示期为三天。</w:t>
      </w:r>
    </w:p>
    <w:p>
      <w:r>
        <w:t>如有异议，请在2016年9月16日至9月18日，书面（或电话）向口腔医学院学生管理办公室反映，联系电话：83262592，联系人：杨培松。</w:t>
      </w:r>
    </w:p>
    <w:p>
      <w:r>
        <w:t>附件：1.口腔医学院2018年推荐免试攻读硕士学位研究生资格审核汇总表</w:t>
      </w:r>
    </w:p>
    <w:p>
      <w:r>
        <w:t>2.学习成绩统计表</w:t>
      </w:r>
    </w:p>
    <w:p>
      <w:r>
        <w:t>3.科研能力和综合素质得分依据</w:t>
      </w:r>
    </w:p>
    <w:p>
      <w:r>
        <w:t>口腔医学院</w:t>
      </w:r>
    </w:p>
    <w:p>
      <w:r>
        <w:t>2017年9月15日</w:t>
      </w:r>
    </w:p>
    <w:p>
      <w:pPr>
        <w:pStyle w:val="ListBullet"/>
      </w:pPr>
      <w:r>
        <w:t>附件【科研能力和综合素质得分依据.xlsx】已下载683次</w:t>
      </w:r>
    </w:p>
    <w:p>
      <w:pPr>
        <w:pStyle w:val="ListBullet"/>
      </w:pPr>
      <w:r>
        <w:t>附件【13级研究生推免成绩汇总.xls】已下载770次</w:t>
      </w:r>
    </w:p>
    <w:p>
      <w:pPr>
        <w:pStyle w:val="ListBullet"/>
      </w:pPr>
      <w:r>
        <w:t>附件【口腔医学院2018年推荐免试攻读硕士学位研究生资格审核汇总表.docx】已下载734次</w:t>
      </w:r>
    </w:p>
    <w:p>
      <w:r>
        <w:t>友情链接</w:t>
      </w:r>
    </w:p>
    <w:p>
      <w:r>
        <w:t>徐州医科大学附属口腔医院徐医大附院口腔科南京医科大学口腔医学院北京大学口腔医学院华西口腔医学院武汉大学口腔医学院山东大学口腔医学院中山大学附属口腔医学院上海交大九院广西医科大学口腔医学院四军大口腔医学院徐州临床医院口腔科</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