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公示：口腔医学院推荐免试攻读硕士学位研究生资格审核汇总表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>
        <w:tc>
          <w:tcPr>
            <w:tcW w:type="dxa" w:w="480"/>
          </w:tcPr>
          <w:p>
            <w:r>
              <w:t>序号</w:t>
            </w:r>
          </w:p>
        </w:tc>
        <w:tc>
          <w:tcPr>
            <w:tcW w:type="dxa" w:w="480"/>
          </w:tcPr>
          <w:p>
            <w:r>
              <w:t>所在学院</w:t>
            </w:r>
          </w:p>
        </w:tc>
        <w:tc>
          <w:tcPr>
            <w:tcW w:type="dxa" w:w="480"/>
          </w:tcPr>
          <w:p>
            <w:r>
              <w:t>所在本科专业</w:t>
            </w:r>
          </w:p>
        </w:tc>
        <w:tc>
          <w:tcPr>
            <w:tcW w:type="dxa" w:w="480"/>
          </w:tcPr>
          <w:p>
            <w:r>
              <w:t>姓名</w:t>
            </w:r>
          </w:p>
        </w:tc>
        <w:tc>
          <w:tcPr>
            <w:tcW w:type="dxa" w:w="480"/>
          </w:tcPr>
          <w:p>
            <w:r>
              <w:t>性别</w:t>
            </w:r>
          </w:p>
        </w:tc>
        <w:tc>
          <w:tcPr>
            <w:tcW w:type="dxa" w:w="480"/>
          </w:tcPr>
          <w:p>
            <w:r>
              <w:t>出生年月</w:t>
            </w:r>
          </w:p>
        </w:tc>
        <w:tc>
          <w:tcPr>
            <w:tcW w:type="dxa" w:w="480"/>
          </w:tcPr>
          <w:p>
            <w:r>
              <w:t>学号</w:t>
            </w:r>
          </w:p>
        </w:tc>
        <w:tc>
          <w:tcPr>
            <w:tcW w:type="dxa" w:w="480"/>
          </w:tcPr>
          <w:p>
            <w:r>
              <w:t>政治面貌</w:t>
            </w:r>
          </w:p>
        </w:tc>
        <w:tc>
          <w:tcPr>
            <w:tcW w:type="dxa" w:w="480"/>
          </w:tcPr>
          <w:p>
            <w:r>
              <w:t>获得主要课程总学分</w:t>
            </w:r>
          </w:p>
        </w:tc>
        <w:tc>
          <w:tcPr>
            <w:tcW w:type="dxa" w:w="480"/>
          </w:tcPr>
          <w:p>
            <w:r>
              <w:t>主要课程排名百分比（前15%内）</w:t>
            </w:r>
          </w:p>
        </w:tc>
        <w:tc>
          <w:tcPr>
            <w:tcW w:type="dxa" w:w="480"/>
          </w:tcPr>
          <w:p>
            <w:r>
              <w:t>大学英语六级成绩</w:t>
            </w:r>
          </w:p>
        </w:tc>
        <w:tc>
          <w:tcPr>
            <w:tcW w:type="dxa" w:w="480"/>
          </w:tcPr>
          <w:p>
            <w:r>
              <w:t>计算机等级考试成绩</w:t>
            </w:r>
          </w:p>
        </w:tc>
        <w:tc>
          <w:tcPr>
            <w:tcW w:type="dxa" w:w="480"/>
          </w:tcPr>
          <w:p>
            <w:r>
              <w:t>科研能力标准分</w:t>
            </w:r>
          </w:p>
        </w:tc>
        <w:tc>
          <w:tcPr>
            <w:tcW w:type="dxa" w:w="480"/>
          </w:tcPr>
          <w:p>
            <w:r>
              <w:t>综合素质标准分</w:t>
            </w:r>
          </w:p>
        </w:tc>
        <w:tc>
          <w:tcPr>
            <w:tcW w:type="dxa" w:w="480"/>
          </w:tcPr>
          <w:p>
            <w:r>
              <w:t>主要课程学分加权平均分标准分</w:t>
            </w:r>
          </w:p>
        </w:tc>
        <w:tc>
          <w:tcPr>
            <w:tcW w:type="dxa" w:w="480"/>
          </w:tcPr>
          <w:p>
            <w:r>
              <w:t>综合测评成绩</w:t>
            </w:r>
          </w:p>
        </w:tc>
        <w:tc>
          <w:tcPr>
            <w:tcW w:type="dxa" w:w="480"/>
          </w:tcPr>
          <w:p>
            <w:r>
              <w:t>奖学金获得情况</w:t>
            </w:r>
          </w:p>
        </w:tc>
        <w:tc>
          <w:tcPr>
            <w:tcW w:type="dxa" w:w="480"/>
          </w:tcPr>
          <w:p>
            <w:r>
              <w:t>备注</w:t>
            </w:r>
          </w:p>
        </w:tc>
      </w:tr>
      <w:tr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口腔医学院</w:t>
            </w:r>
          </w:p>
        </w:tc>
        <w:tc>
          <w:tcPr>
            <w:tcW w:type="dxa" w:w="480"/>
          </w:tcPr>
          <w:p>
            <w:r>
              <w:t>口腔医学</w:t>
            </w:r>
          </w:p>
        </w:tc>
        <w:tc>
          <w:tcPr>
            <w:tcW w:type="dxa" w:w="480"/>
          </w:tcPr>
          <w:p>
            <w:r>
              <w:t>田钰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1997.09</w:t>
            </w:r>
          </w:p>
        </w:tc>
        <w:tc>
          <w:tcPr>
            <w:tcW w:type="dxa" w:w="480"/>
          </w:tcPr>
          <w:p>
            <w:r>
              <w:t>201510710205</w:t>
            </w:r>
          </w:p>
        </w:tc>
        <w:tc>
          <w:tcPr>
            <w:tcW w:type="dxa" w:w="480"/>
          </w:tcPr>
          <w:p>
            <w:r>
              <w:t>中共党员</w:t>
            </w:r>
          </w:p>
        </w:tc>
        <w:tc>
          <w:tcPr>
            <w:tcW w:type="dxa" w:w="480"/>
          </w:tcPr>
          <w:p>
            <w:r>
              <w:t>101.5</w:t>
            </w:r>
          </w:p>
        </w:tc>
        <w:tc>
          <w:tcPr>
            <w:tcW w:type="dxa" w:w="480"/>
          </w:tcPr>
          <w:p>
            <w:r>
              <w:t>1%</w:t>
            </w:r>
          </w:p>
        </w:tc>
        <w:tc>
          <w:tcPr>
            <w:tcW w:type="dxa" w:w="480"/>
          </w:tcPr>
          <w:p>
            <w:r>
              <w:t>564</w:t>
            </w:r>
          </w:p>
        </w:tc>
        <w:tc>
          <w:tcPr>
            <w:tcW w:type="dxa" w:w="480"/>
          </w:tcPr>
          <w:p>
            <w:r>
              <w:t>全国二级</w:t>
            </w:r>
          </w:p>
        </w:tc>
        <w:tc>
          <w:tcPr>
            <w:tcW w:type="dxa" w:w="480"/>
          </w:tcPr>
          <w:p>
            <w:r>
              <w:t>100</w:t>
            </w:r>
          </w:p>
        </w:tc>
        <w:tc>
          <w:tcPr>
            <w:tcW w:type="dxa" w:w="480"/>
          </w:tcPr>
          <w:p>
            <w:r>
              <w:t>100</w:t>
            </w:r>
          </w:p>
        </w:tc>
        <w:tc>
          <w:tcPr>
            <w:tcW w:type="dxa" w:w="480"/>
          </w:tcPr>
          <w:p>
            <w:r>
              <w:t>100.00</w:t>
            </w:r>
          </w:p>
        </w:tc>
        <w:tc>
          <w:tcPr>
            <w:tcW w:type="dxa" w:w="480"/>
          </w:tcPr>
          <w:p>
            <w:r>
              <w:t>100</w:t>
            </w:r>
          </w:p>
        </w:tc>
        <w:tc>
          <w:tcPr>
            <w:tcW w:type="dxa" w:w="480"/>
          </w:tcPr>
          <w:p>
            <w:r>
              <w:t>一/一/一</w:t>
            </w:r>
          </w:p>
        </w:tc>
        <w:tc>
          <w:tcPr>
            <w:tcW w:type="dxa" w:w="480"/>
          </w:tcPr>
          <w:p>
            <w:r>
              <w:t>拟荐</w:t>
            </w:r>
          </w:p>
        </w:tc>
      </w:tr>
      <w:tr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口腔医学院</w:t>
            </w:r>
          </w:p>
        </w:tc>
        <w:tc>
          <w:tcPr>
            <w:tcW w:type="dxa" w:w="480"/>
          </w:tcPr>
          <w:p>
            <w:r>
              <w:t>口腔医学</w:t>
            </w:r>
          </w:p>
        </w:tc>
        <w:tc>
          <w:tcPr>
            <w:tcW w:type="dxa" w:w="480"/>
          </w:tcPr>
          <w:p>
            <w:r>
              <w:t>黄秀安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1997.08</w:t>
            </w:r>
          </w:p>
        </w:tc>
        <w:tc>
          <w:tcPr>
            <w:tcW w:type="dxa" w:w="480"/>
          </w:tcPr>
          <w:p>
            <w:r>
              <w:t>201510710302</w:t>
            </w:r>
          </w:p>
        </w:tc>
        <w:tc>
          <w:tcPr>
            <w:tcW w:type="dxa" w:w="480"/>
          </w:tcPr>
          <w:p>
            <w:r>
              <w:t>共青团员</w:t>
            </w:r>
          </w:p>
        </w:tc>
        <w:tc>
          <w:tcPr>
            <w:tcW w:type="dxa" w:w="480"/>
          </w:tcPr>
          <w:p>
            <w:r>
              <w:t>101.5</w:t>
            </w:r>
          </w:p>
        </w:tc>
        <w:tc>
          <w:tcPr>
            <w:tcW w:type="dxa" w:w="480"/>
          </w:tcPr>
          <w:p>
            <w:r>
              <w:t>3%</w:t>
            </w:r>
          </w:p>
        </w:tc>
        <w:tc>
          <w:tcPr>
            <w:tcW w:type="dxa" w:w="480"/>
          </w:tcPr>
          <w:p>
            <w:r>
              <w:t>593</w:t>
            </w:r>
          </w:p>
        </w:tc>
        <w:tc>
          <w:tcPr>
            <w:tcW w:type="dxa" w:w="480"/>
          </w:tcPr>
          <w:p>
            <w:r>
              <w:t>全国二级</w:t>
            </w:r>
          </w:p>
        </w:tc>
        <w:tc>
          <w:tcPr>
            <w:tcW w:type="dxa" w:w="480"/>
          </w:tcPr>
          <w:p>
            <w:r>
              <w:t>83.33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93.19</w:t>
            </w:r>
          </w:p>
        </w:tc>
        <w:tc>
          <w:tcPr>
            <w:tcW w:type="dxa" w:w="480"/>
          </w:tcPr>
          <w:p>
            <w:r>
              <w:t>82.89</w:t>
            </w:r>
          </w:p>
        </w:tc>
        <w:tc>
          <w:tcPr>
            <w:tcW w:type="dxa" w:w="480"/>
          </w:tcPr>
          <w:p>
            <w:r>
              <w:t>二/二/一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口腔医学院</w:t>
            </w:r>
          </w:p>
        </w:tc>
        <w:tc>
          <w:tcPr>
            <w:tcW w:type="dxa" w:w="480"/>
          </w:tcPr>
          <w:p>
            <w:r>
              <w:t>口腔医学</w:t>
            </w:r>
          </w:p>
        </w:tc>
        <w:tc>
          <w:tcPr>
            <w:tcW w:type="dxa" w:w="480"/>
          </w:tcPr>
          <w:p>
            <w:r>
              <w:t>张紫薇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1997.07</w:t>
            </w:r>
          </w:p>
        </w:tc>
        <w:tc>
          <w:tcPr>
            <w:tcW w:type="dxa" w:w="480"/>
          </w:tcPr>
          <w:p>
            <w:r>
              <w:t>201510710327</w:t>
            </w:r>
          </w:p>
        </w:tc>
        <w:tc>
          <w:tcPr>
            <w:tcW w:type="dxa" w:w="480"/>
          </w:tcPr>
          <w:p>
            <w:r>
              <w:t>共青团员</w:t>
            </w:r>
          </w:p>
        </w:tc>
        <w:tc>
          <w:tcPr>
            <w:tcW w:type="dxa" w:w="480"/>
          </w:tcPr>
          <w:p>
            <w:r>
              <w:t>101.5</w:t>
            </w:r>
          </w:p>
        </w:tc>
        <w:tc>
          <w:tcPr>
            <w:tcW w:type="dxa" w:w="480"/>
          </w:tcPr>
          <w:p>
            <w:r>
              <w:t>2%</w:t>
            </w:r>
          </w:p>
        </w:tc>
        <w:tc>
          <w:tcPr>
            <w:tcW w:type="dxa" w:w="480"/>
          </w:tcPr>
          <w:p>
            <w:r>
              <w:t>558</w:t>
            </w:r>
          </w:p>
        </w:tc>
        <w:tc>
          <w:tcPr>
            <w:tcW w:type="dxa" w:w="480"/>
          </w:tcPr>
          <w:p>
            <w:r>
              <w:t>全国二级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93.63</w:t>
            </w:r>
          </w:p>
        </w:tc>
        <w:tc>
          <w:tcPr>
            <w:tcW w:type="dxa" w:w="480"/>
          </w:tcPr>
          <w:p>
            <w:r>
              <w:t>74.90</w:t>
            </w:r>
          </w:p>
        </w:tc>
        <w:tc>
          <w:tcPr>
            <w:tcW w:type="dxa" w:w="480"/>
          </w:tcPr>
          <w:p>
            <w:r>
              <w:t>三/三/二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口腔医学院</w:t>
            </w:r>
          </w:p>
        </w:tc>
        <w:tc>
          <w:tcPr>
            <w:tcW w:type="dxa" w:w="480"/>
          </w:tcPr>
          <w:p>
            <w:r>
              <w:t>口腔医学</w:t>
            </w:r>
          </w:p>
        </w:tc>
        <w:tc>
          <w:tcPr>
            <w:tcW w:type="dxa" w:w="480"/>
          </w:tcPr>
          <w:p>
            <w:r>
              <w:t>张周景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1996.08</w:t>
            </w:r>
          </w:p>
        </w:tc>
        <w:tc>
          <w:tcPr>
            <w:tcW w:type="dxa" w:w="480"/>
          </w:tcPr>
          <w:p>
            <w:r>
              <w:t>201510710202</w:t>
            </w:r>
          </w:p>
        </w:tc>
        <w:tc>
          <w:tcPr>
            <w:tcW w:type="dxa" w:w="480"/>
          </w:tcPr>
          <w:p>
            <w:r>
              <w:t>共青团员</w:t>
            </w:r>
          </w:p>
        </w:tc>
        <w:tc>
          <w:tcPr>
            <w:tcW w:type="dxa" w:w="480"/>
          </w:tcPr>
          <w:p>
            <w:r>
              <w:t>101.5</w:t>
            </w:r>
          </w:p>
        </w:tc>
        <w:tc>
          <w:tcPr>
            <w:tcW w:type="dxa" w:w="480"/>
          </w:tcPr>
          <w:p>
            <w:r>
              <w:t>10%</w:t>
            </w:r>
          </w:p>
        </w:tc>
        <w:tc>
          <w:tcPr>
            <w:tcW w:type="dxa" w:w="480"/>
          </w:tcPr>
          <w:p>
            <w:r>
              <w:t>520</w:t>
            </w:r>
          </w:p>
        </w:tc>
        <w:tc>
          <w:tcPr>
            <w:tcW w:type="dxa" w:w="480"/>
          </w:tcPr>
          <w:p>
            <w:r>
              <w:t>全国一级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90.57</w:t>
            </w:r>
          </w:p>
        </w:tc>
        <w:tc>
          <w:tcPr>
            <w:tcW w:type="dxa" w:w="480"/>
          </w:tcPr>
          <w:p>
            <w:r>
              <w:t>72.46</w:t>
            </w:r>
          </w:p>
        </w:tc>
        <w:tc>
          <w:tcPr>
            <w:tcW w:type="dxa" w:w="480"/>
          </w:tcPr>
          <w:p>
            <w:r>
              <w:t>三/0/二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口腔医学院</w:t>
            </w:r>
          </w:p>
        </w:tc>
        <w:tc>
          <w:tcPr>
            <w:tcW w:type="dxa" w:w="480"/>
          </w:tcPr>
          <w:p>
            <w:r>
              <w:t>口腔医学</w:t>
            </w:r>
          </w:p>
        </w:tc>
        <w:tc>
          <w:tcPr>
            <w:tcW w:type="dxa" w:w="480"/>
          </w:tcPr>
          <w:p>
            <w:r>
              <w:t>张逸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1997.03</w:t>
            </w:r>
          </w:p>
        </w:tc>
        <w:tc>
          <w:tcPr>
            <w:tcW w:type="dxa" w:w="480"/>
          </w:tcPr>
          <w:p>
            <w:r>
              <w:t>201510710226</w:t>
            </w:r>
          </w:p>
        </w:tc>
        <w:tc>
          <w:tcPr>
            <w:tcW w:type="dxa" w:w="480"/>
          </w:tcPr>
          <w:p>
            <w:r>
              <w:t>共青团员</w:t>
            </w:r>
          </w:p>
        </w:tc>
        <w:tc>
          <w:tcPr>
            <w:tcW w:type="dxa" w:w="480"/>
          </w:tcPr>
          <w:p>
            <w:r>
              <w:t>101.5</w:t>
            </w:r>
          </w:p>
        </w:tc>
        <w:tc>
          <w:tcPr>
            <w:tcW w:type="dxa" w:w="480"/>
          </w:tcPr>
          <w:p>
            <w:r>
              <w:t>13%</w:t>
            </w:r>
          </w:p>
        </w:tc>
        <w:tc>
          <w:tcPr>
            <w:tcW w:type="dxa" w:w="480"/>
          </w:tcPr>
          <w:p>
            <w:r>
              <w:t>484</w:t>
            </w:r>
          </w:p>
        </w:tc>
        <w:tc>
          <w:tcPr>
            <w:tcW w:type="dxa" w:w="480"/>
          </w:tcPr>
          <w:p>
            <w:r>
              <w:t>全国二级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89.51</w:t>
            </w:r>
          </w:p>
        </w:tc>
        <w:tc>
          <w:tcPr>
            <w:tcW w:type="dxa" w:w="480"/>
          </w:tcPr>
          <w:p>
            <w:r>
              <w:t>71.61</w:t>
            </w:r>
          </w:p>
        </w:tc>
        <w:tc>
          <w:tcPr>
            <w:tcW w:type="dxa" w:w="480"/>
          </w:tcPr>
          <w:p>
            <w:r>
              <w:t>0/0/0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</w:tr>
    </w:tbl>
    <w:p>
      <w:r>
        <w:t>口腔医学院推荐免试攻读硕士学位研究生资格审核汇总表，见附件。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