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我院关于推荐免试攻读硕士学位研究生人选的公示</w:t>
      </w:r>
    </w:p>
    <w:p>
      <w:r>
        <w:t>top</w:t>
      </w:r>
    </w:p>
    <w:p>
      <w:r>
        <w:t>位置</w:t>
      </w:r>
    </w:p>
    <w:p>
      <w:r>
        <w:t>subite</w:t>
      </w:r>
    </w:p>
    <w:p>
      <w:pPr>
        <w:pStyle w:val="Heading2"/>
      </w:pPr>
      <w:r>
        <w:t>作者：来源：发布日期：2019年09月12日17:01点击：300</w:t>
      </w:r>
    </w:p>
    <w:p>
      <w:r>
        <w:t>根据《关于做好2020年推荐优秀应届本科毕业生免试攻读硕士学位研究生工作的通知》（徐医大〔2019〕31号）和《关于印发&lt;徐州医科大学推荐优秀应届本科毕业生免试攻读硕士学位研究生工作细则（修订）&gt;的通知》（徐医大〔2018〕108号）规定，经学生申请，学院初审、答辩和“专家审核小组”研究决定，16级医学检验专业高玉婷、于丹同学符合我校推荐免试攻读硕士学位研究生条件,现予以公示。</w:t>
      </w:r>
    </w:p>
    <w:p>
      <w:r>
        <w:t>公示时间：2019年9月12日-9月1 5日，如对结果有异议，请于公示期间，向我院“推免”工作小组申请复议。</w:t>
      </w:r>
    </w:p>
    <w:p>
      <w:r>
        <w:t>联系电话：13852080420、18361208370</w:t>
      </w:r>
    </w:p>
    <w:p>
      <w:pPr>
        <w:pStyle w:val="ListBullet"/>
      </w:pPr>
      <w:r>
        <w:t>附件【医学技术学院2020届拟推荐免试攻读硕士学位研究生名单.pdf】已下载815次</w:t>
      </w:r>
    </w:p>
    <w:p>
      <w:pPr>
        <w:pStyle w:val="ListBullet"/>
      </w:pPr>
      <w:r>
        <w:t>附件【2016级医学检验专业主要课程成绩排名统计.pdf】已下载802次</w:t>
      </w:r>
    </w:p>
    <w:p>
      <w:pPr>
        <w:pStyle w:val="ListBullet"/>
      </w:pPr>
      <w:r>
        <w:t>附件【2020届拟推荐免试攻读研究生学生科研能力及综合素质一览表.pdf】已下载712次</w:t>
      </w:r>
    </w:p>
    <w:p>
      <w:r>
        <w:t>footer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