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医学技术学院2027年优秀应届本科毕业生免试攻读研究生拟推荐人选公示</w:t>
      </w:r>
    </w:p>
    <w:p>
      <w:r>
        <w:t>top</w:t>
      </w:r>
    </w:p>
    <w:p>
      <w:r>
        <w:t>位置</w:t>
      </w:r>
    </w:p>
    <w:p>
      <w:r>
        <w:t>subite</w:t>
      </w:r>
    </w:p>
    <w:p>
      <w:pPr>
        <w:pStyle w:val="Heading2"/>
      </w:pPr>
      <w:r>
        <w:t>作者：来源：发布日期：2026年09月05日17:14点击：819</w:t>
      </w:r>
    </w:p>
    <w:p>
      <w:r>
        <w:t>根据《关于做好202 7年推荐优秀应届本科毕业生免试攻读研究生工作的通知》，经学生申请、学院审核、学院推荐免试研究生工作小组审议，医学检验技术专业、康复治疗学专业、听力与言语康复学专业共15名学生符合我校推荐免试攻读硕士学位研究生条件，现予以公示。</w:t>
      </w:r>
    </w:p>
    <w:p>
      <w:r>
        <w:t>公示时间：202 6年9月5日-9月7日。如有异议，请于公示期间，向学院“推免”工作小组申请复议。</w:t>
      </w:r>
    </w:p>
    <w:p>
      <w:r>
        <w:t>附件：1、23级医学检验技术专业拟推荐名单</w:t>
      </w:r>
    </w:p>
    <w:p>
      <w:r>
        <w:t>2、23级康复治疗学专业拟推荐名单</w:t>
      </w:r>
    </w:p>
    <w:p>
      <w:r>
        <w:t>3、23级听力与言语康复学专业拟推荐名单</w:t>
      </w:r>
    </w:p>
    <w:p>
      <w:r>
        <w:t>4、医学检验技术专业-2027届拟推荐免试攻读硕士研究生学生科研能力及综合素质加分一览表</w:t>
      </w:r>
    </w:p>
    <w:p>
      <w:r>
        <w:t>5、康复专业-2027届拟推荐免试攻读硕士研究生学生科研能力及综合素质加分一览表</w:t>
      </w:r>
    </w:p>
    <w:p>
      <w:r>
        <w:t>6、听力专业-2027届拟推荐免试攻读硕士研究生学生科研能力及综合素质加分一览表</w:t>
      </w:r>
    </w:p>
    <w:p>
      <w:r>
        <w:t>7、学习成绩统计及排序表</w:t>
      </w:r>
    </w:p>
    <w:p>
      <w:r>
        <w:t>医学技术学院</w:t>
      </w:r>
    </w:p>
    <w:p>
      <w:r>
        <w:t>202 6年9月5日</w:t>
      </w:r>
    </w:p>
    <w:p>
      <w:pPr>
        <w:pStyle w:val="ListBullet"/>
      </w:pPr>
      <w:r>
        <w:t>附件【附件1：23级医学检验技术专业拟推荐名单.doc】已下载426次</w:t>
      </w:r>
    </w:p>
    <w:p>
      <w:pPr>
        <w:pStyle w:val="ListBullet"/>
      </w:pPr>
      <w:r>
        <w:t>附件【附件2：23级康复治疗学专业拟推荐名单.docx】已下载190次</w:t>
      </w:r>
    </w:p>
    <w:p>
      <w:pPr>
        <w:pStyle w:val="ListBullet"/>
      </w:pPr>
      <w:r>
        <w:t>附件【附件3：23级听力与言语康复学专业拟推荐名单.docx】已下载143次</w:t>
      </w:r>
    </w:p>
    <w:p>
      <w:pPr>
        <w:pStyle w:val="ListBullet"/>
      </w:pPr>
      <w:r>
        <w:t>附件【附件4：医学检验技术专业-2027届拟推荐免试攻读硕士研究生学生科研能力及综合素质加分一览表.xlsx】已下载252次</w:t>
      </w:r>
    </w:p>
    <w:p>
      <w:pPr>
        <w:pStyle w:val="ListBullet"/>
      </w:pPr>
      <w:r>
        <w:t>附件【附件5：康复专业-2027届拟推荐免试攻读硕士研究生学生科研能力及综合素质加分一览表.xlsx】已下载88次</w:t>
      </w:r>
    </w:p>
    <w:p>
      <w:pPr>
        <w:pStyle w:val="ListBullet"/>
      </w:pPr>
      <w:r>
        <w:t>附件【附件6：听力专业-2027届拟推荐免试攻读硕士研究生学生科研能力及综合素质加分一览表.xlsx】已下载99次</w:t>
      </w:r>
    </w:p>
    <w:p>
      <w:pPr>
        <w:pStyle w:val="ListBullet"/>
      </w:pPr>
      <w:r>
        <w:t>附件【附件7：学习成绩统计及排序表.xlsx】已下载218次</w:t>
      </w:r>
    </w:p>
    <w:p>
      <w:r>
        <w:t>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