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医学技术学院2025年优秀应届本科毕业生免试攻读研究生拟推荐人选公示</w:t>
      </w:r>
    </w:p>
    <w:p>
      <w:r>
        <w:t>top</w:t>
      </w:r>
    </w:p>
    <w:p>
      <w:r>
        <w:t>位置</w:t>
      </w:r>
    </w:p>
    <w:p>
      <w:r>
        <w:t>subite</w:t>
      </w:r>
    </w:p>
    <w:p>
      <w:pPr>
        <w:pStyle w:val="Heading2"/>
      </w:pPr>
      <w:r>
        <w:t>作者：秦岭来源：教学办发布日期：2024年09月05日09:00点击：1780</w:t>
      </w:r>
    </w:p>
    <w:p>
      <w:r>
        <w:t>根据《关于进一步规范和加强推荐优秀应届本科毕业生免试攻读研究生工作的通知》(教学厅〔2020〕12号)、2024年7月30日全国推免工作视频会议精神和学校《关于印发&lt;徐州医科大学推荐优秀应届本科毕业生免试攻读硕士学位研究生工作细则（修订）&gt;的通知》（徐医大教字〔2021〕22号）规定，经学生申请、学院初审、专家审核小组论证、推荐免试研究生工作领导小组审议、党政联席会议议定，21级医学检验技术专业陆佳雯、郑蕊鑫、张梅、柳舒琪、赵昕冉、顾艺豪6名学生符合我校推荐免试攻读硕士学位研究生条件，现予以公示。</w:t>
      </w:r>
    </w:p>
    <w:p>
      <w:r>
        <w:t>公示时间：2024年9月5日-9月7日。如有异议，请于公示期间，向学院“推免”工作领导小组申请复议。</w:t>
      </w:r>
    </w:p>
    <w:p>
      <w:r>
        <w:t>联系电话：15862185470、18652198397</w:t>
      </w:r>
    </w:p>
    <w:p>
      <w:r>
        <w:t>附件：1.拟推荐名单</w:t>
      </w:r>
    </w:p>
    <w:p>
      <w:r>
        <w:t>2.学习成绩统计及排序表</w:t>
      </w:r>
    </w:p>
    <w:p>
      <w:r>
        <w:t>3.科研能力和综合素质得分依据及排序结果</w:t>
      </w:r>
    </w:p>
    <w:p>
      <w:r>
        <w:t>医学技术学院</w:t>
      </w:r>
    </w:p>
    <w:p>
      <w:r>
        <w:t>2024年9月5日</w:t>
      </w:r>
    </w:p>
    <w:p>
      <w:pPr>
        <w:pStyle w:val="ListBullet"/>
      </w:pPr>
      <w:r>
        <w:t>附件【附件1：拟推荐名单.docx】已下载677次</w:t>
      </w:r>
    </w:p>
    <w:p>
      <w:pPr>
        <w:pStyle w:val="ListBullet"/>
      </w:pPr>
      <w:r>
        <w:t>附件【附件2：学习成绩统计及排序表.xlsx】已下载489次</w:t>
      </w:r>
    </w:p>
    <w:p>
      <w:pPr>
        <w:pStyle w:val="ListBullet"/>
      </w:pPr>
      <w:r>
        <w:t>附件【附件3：2025届拟推荐免试攻读硕士研究生学生科研能力及综合素质加分一览表.xlsx】已下载616次</w:t>
      </w:r>
    </w:p>
    <w:p>
      <w:r>
        <w:t>footer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