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2019年医学影像学院推荐免试研究生情况公示</w:t>
      </w:r>
    </w:p>
    <w:p>
      <w:r>
        <w:t>根据《教育部办公厅关于进一步完善推荐优秀应届本科毕业生免试攻读研究生招生工作办法的通知》(教学厅〔2014〕5号)、《教育部办公厅关于做好2019年推荐优秀应届本科毕业生免试攻读研究生工作的通知》(教学厅〔2018〕10号)文件要求和学校《关于印发&lt;徐州医科大学推荐优秀应届本科毕业生免试攻读硕士学位研究生工作细则（修订）&gt;的通知》（徐医大〔2018〕108号）规定，经过本院推免工作小组的严格评审，现将本院申请推免学生的情况予以公示，如对公示内容持有异议，请及时提出，公示期为：2018年9月10日至2018年9月12日，联系电话：0516-83262161。</w:t>
      </w:r>
    </w:p>
    <w:p>
      <w:r>
        <w:t>附件：1. 2019年医学影像学院参与推免学生主要课程成绩统计表</w:t>
      </w:r>
    </w:p>
    <w:p>
      <w:r>
        <w:t>2. 2019年医学影像学院参与推免学生综合情况统计表</w:t>
      </w:r>
    </w:p>
    <w:p>
      <w:r>
        <w:t>3. 2019年医学影像学院优秀应届本科毕业生免试攻读研究生预选名单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