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徐州医科大学推荐优秀应届本科毕业生免试攻读硕士学位研究生公示</w:t>
      </w:r>
    </w:p>
    <w:p>
      <w:r>
        <w:t>根据徐州医科大学《徐州医科大学推荐优秀应届本科毕业生免试攻读硕士学位研究生实施办法》及《关于做好2017年推荐优秀应届本科毕业生免试攻读硕士研究生工作的通知》有关精神，医学影像学院组织“院系工作组”对申报人的学习成绩、科研成果和获奖情况等材料进行审核和初评，确定毛广玮等四位同学为2017年度优秀应届本科毕业生免试攻读硕士研究生候选人，具体名单如下：</w:t>
      </w:r>
    </w:p>
    <w:p>
      <w:r>
        <w:t>王军霞（医学影像学）、邱凯（医学影像学）</w:t>
      </w:r>
    </w:p>
    <w:p>
      <w:r>
        <w:t>毛广玮（生物医学工程）</w:t>
      </w:r>
    </w:p>
    <w:p>
      <w:r>
        <w:t>杨翠萍（医学影像技术）</w:t>
      </w:r>
    </w:p>
    <w:p>
      <w:r>
        <w:t>公示期为09月22日至09月25日，如有异议，请在公示期内向医学影像学院反映。地址：主校区主楼603室；邮箱：20550058@qq.com；监督电话：0516-83262161，13685192446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