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医学影像学院2015年推荐免试攻读硕士研究生名单公示</w:t>
      </w:r>
    </w:p>
    <w:p>
      <w:r>
        <w:t>经学生申请、学院审核，我院</w:t>
      </w:r>
    </w:p>
    <w:p>
      <w:r>
        <w:t>2015</w:t>
      </w:r>
    </w:p>
    <w:p>
      <w:r>
        <w:t>年推荐优秀应届本科毕业生免试攻读硕士学位研究生已完成推荐工作，现将拟推荐名单予以公示。</w:t>
      </w:r>
    </w:p>
    <w:p>
      <w:r>
        <w:t>如对公示对象有不同意见者，请于</w:t>
      </w:r>
    </w:p>
    <w:p>
      <w:r>
        <w:t>2014</w:t>
      </w:r>
    </w:p>
    <w:p>
      <w:r>
        <w:t>年</w:t>
      </w:r>
    </w:p>
    <w:p>
      <w:r>
        <w:t>9</w:t>
      </w:r>
    </w:p>
    <w:p>
      <w:r>
        <w:t>月</w:t>
      </w:r>
    </w:p>
    <w:p>
      <w:r>
        <w:t>18</w:t>
      </w:r>
    </w:p>
    <w:p>
      <w:r>
        <w:t>日下午</w:t>
      </w:r>
    </w:p>
    <w:p>
      <w:r>
        <w:t>5</w:t>
      </w:r>
    </w:p>
    <w:p>
      <w:r>
        <w:t>点前到医学影像学院电话或署名书信反映。</w:t>
      </w:r>
    </w:p>
    <w:p>
      <w:r>
        <w:t>联系电话：83262162</w:t>
      </w:r>
    </w:p>
    <w:p>
      <w:r>
        <w:t>医学影像学院</w:t>
      </w:r>
    </w:p>
    <w:p>
      <w:r>
        <w:t>2014年9月16日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