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2018年推荐优秀应届本科毕业生免试攻读硕士学位研究生结果公示</w:t>
      </w:r>
    </w:p>
    <w:p>
      <w:r>
        <w:t>根据学校《关于做好2018年推荐优秀应届本科毕业生免试攻读硕士学位研究生工作的通知》（徐医大〔2017〕112号）和《徐州医科大学推荐优秀应届本科毕业生免试攻读硕士学位研究生工作细则（修订）》（徐医大〔2017〕111号）文件精神，按照工作流程，现已完成2018年推荐优秀应届本科毕业生免试攻读硕士学位研究生工作，现将硕士推免结果公示。</w:t>
      </w:r>
    </w:p>
    <w:p>
      <w:r>
        <w:t>公示时间：2017年9月15日-9月17日</w:t>
      </w:r>
    </w:p>
    <w:p>
      <w:r>
        <w:t>对推免结果有异议的学生和任何个人，可以向“医学信息学院推免工作小组”办公室申请复议</w:t>
      </w:r>
    </w:p>
    <w:p>
      <w:r>
        <w:t>联系电话：83262561</w:t>
      </w:r>
    </w:p>
    <w:p>
      <w:r>
        <w:t>监督电话（校纪委、监察处）：83262246</w:t>
      </w:r>
    </w:p>
    <w:p>
      <w:r>
        <w:t>附件：徐州医科大学医学信息学院推荐免试攻读硕士学位研究生资格审核汇总表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