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关于医学人工智能学院拟推荐优秀应届本科毕业生免试攻读研究生人选公示</w:t>
      </w:r>
    </w:p>
    <w:p>
      <w:r>
        <w:t>根据《关于进一步规范和加强推荐优秀应届本科毕业生免试攻读研究生工作的通知》(教学厅〔2020〕12号)和学校《关于印发&lt;徐州医科大学推荐优秀应届本科毕业生免试攻读硕士学位研究生工作细则（修订）&gt;的通知》（徐医大教字〔2021〕22号）规定，按照《关于做好2027年推荐优秀应届本科毕业生免试攻读研究生工作的通知》要求的工作流程，经学生本人申请，学院核对，拟推荐医学信息工程专业吴皓文等5名同学、计算机科学与技术专业冯蕾等5名同学及智能医学工程专业陈凌俐等5名同学免试攻读硕士研究生，现对相关推免材料进行张贴公示。</w:t>
      </w:r>
    </w:p>
    <w:p>
      <w:r>
        <w:t>公示地点：主教学楼A406</w:t>
      </w:r>
    </w:p>
    <w:p>
      <w:r>
        <w:t>公示期：202 6年9月5日至9月7日</w:t>
      </w:r>
    </w:p>
    <w:p>
      <w:r>
        <w:t>公示期内如对公示内容有异议，请实名向学院教学管理办公室或学生管理办公室反馈。</w:t>
      </w:r>
    </w:p>
    <w:p>
      <w:r>
        <w:t>联系人及电话：</w:t>
      </w:r>
    </w:p>
    <w:p>
      <w:r>
        <w:t>余老师（0516-83262561）</w:t>
      </w:r>
    </w:p>
    <w:p>
      <w:r>
        <w:t>李老师（0516-83262517）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