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常州大学赵元任音乐与戏剧学院2027届推荐优秀应届本科毕业生免试攻读硕士学位研究生工作实施细则</w:t>
      </w:r>
    </w:p>
    <w:p>
      <w:r>
        <w:t>为进一步规范和加强推荐优秀应届本科毕业生免试攻读研究生工作，根据《全国高等学校推荐优秀应届本科毕业生免试攻读研究生工作管理规定》（教学厅〔2026〕1号）《常州大学推荐应届本科毕业生免试攻读硕士研究生实施办法》（常大〔2025〕47号）文件精神和教育部推荐优秀应届本科毕业生免试攻读研究生工作相关要求，并结合《关于做好2027届本科毕业生推荐免试攻读研究生工作的通知》文件要求及学院实际情况，制定本实施细则。</w:t>
      </w:r>
    </w:p>
    <w:p>
      <w:r>
        <w:t>一、组建学院推免生工作小组</w:t>
      </w:r>
    </w:p>
    <w:p>
      <w:r>
        <w:t>1.学院推免生遴选工作小组：熊祖鹏、褚衍松、赵一兆、王成文、仲一、罗扶摇、张欢欢</w:t>
      </w:r>
    </w:p>
    <w:p>
      <w:r>
        <w:t>2.学院推免工作监督小组：唐琳、褚衍松、张舒扬、崔倡、李继祯</w:t>
      </w:r>
    </w:p>
    <w:p>
      <w:r>
        <w:t>3.学院专家审核小组：熊祖鹏、赵一兆、王成文、柴广育、于晓晶、于晔、仲一</w:t>
      </w:r>
    </w:p>
    <w:p>
      <w:r>
        <w:t>监督电话：0519-88519084</w:t>
      </w:r>
    </w:p>
    <w:p>
      <w:r>
        <w:t>监督邮箱：cys @ cczu.edu.cn</w:t>
      </w:r>
    </w:p>
    <w:p>
      <w:r>
        <w:t>二、推免生工作要求</w:t>
      </w:r>
    </w:p>
    <w:p>
      <w:r>
        <w:t>坚持公平、公正、公开的原则。在综合测评学生平时学习和科研能力的基础上，重点考察学生的创新精神、创新能力、专业发展潜力及科研潜质，重视学生的专业兴趣和学业发展规划，全面衡量其知识水平、能力素质和综合素养，择优选拔。</w:t>
      </w:r>
    </w:p>
    <w:p>
      <w:r>
        <w:t>三、推免对象及遴选条件</w:t>
      </w:r>
    </w:p>
    <w:p>
      <w:r>
        <w:t>通过普通高考（含保送方式）招生录取或面向港澳台华侨学生招生录取的我院2027届全日制本科毕业生（不含专升本、专转本、各类分段培养、联合培养项目、第二学士学位、高等职业教育单独考试单独招生以及有其它规定不参加推免的学生），需满足以下条件：</w:t>
      </w:r>
    </w:p>
    <w:p>
      <w:r>
        <w:t>1.拥护中国共产党的领导，坚定社会主义信念，具备高尚的爱国主义情操和集体主义精神，社会责任感强，遵纪守法。</w:t>
      </w:r>
    </w:p>
    <w:p>
      <w:r>
        <w:t>2.积极向上，身心健康；品行表现优良，无任何违法违纪受处分记录；诚实守信，学风端正，无任何剽窃他人学术成果等学术不端记录。</w:t>
      </w:r>
    </w:p>
    <w:p>
      <w:r>
        <w:t>3.学习成绩优秀，须通过专业培养方案第1-6学期全部应修的必修课，必修课初修成绩的加权平均学分绩点（以下简称学分绩点）位于本专业排名前20%以内，且初修必修课中不及格课程不超过1门次。</w:t>
      </w:r>
    </w:p>
    <w:p>
      <w:r>
        <w:t>4.取得全国大学英语四级考试（CET4）成绩425分及以上（或托福成绩80分及以上、雅思成绩5.5分及以上）。外语为小语种者，外语水平考试成绩达到国家四级考试60分及以上。外语类专业学生取得本专业外语专业四级考试合格及以上成绩。</w:t>
      </w:r>
    </w:p>
    <w:p>
      <w:r>
        <w:t>5.综合能力强，具有从事科学研究、专业实践的能力和基础，以及较强的创新意识和潜质。</w:t>
      </w:r>
    </w:p>
    <w:p>
      <w:r>
        <w:t>四、推免名额分配</w:t>
      </w:r>
    </w:p>
    <w:p>
      <w:r>
        <w:t>1.本次学院推免生名额为3人，候补名额为3人。学院现有音乐学、表演、舞蹈表演三个专业，按照各专业推免名额1人、候补名额1人的标准执行，即各专业综合评价成绩排名第一的申请学生获得推免资格，排名第二的申请学生获得候补资格。各专业正式名额若出现放弃情况，由本专业候补名额顶替；若本专业候补人选不足或放弃，则空缺名额由学院推免生遴选工作小组统筹研究，另行处理。</w:t>
      </w:r>
    </w:p>
    <w:p>
      <w:r>
        <w:t>2.如学院候补推免名额使用完后仍有未完成名额，学校将未完成名额收回，由校推免委员会统一调配。</w:t>
      </w:r>
    </w:p>
    <w:p>
      <w:r>
        <w:t>五、推免工作要求</w:t>
      </w:r>
    </w:p>
    <w:p>
      <w:r>
        <w:t>根据教育部对推免工作的部署和进度安排，推荐和接收工作分为两个阶段分别开展，9月20日前为推荐阶段，10月20日前为接收阶段。学院须结合本院的具体情况制定推免工作实施细则，在学校规定的时间节点内做好各项工作，确保推免生的选拔质量。要求如下：</w:t>
      </w:r>
    </w:p>
    <w:p>
      <w:r>
        <w:t>1.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2.推免生遴选综合评价成绩由学分绩点折算分和发展素质评价分两部分组成，其中，学分绩点折算分占70%，发展素质评价分占30%。学分绩点折算分和发展素质评价分通过百分制量化计算，满分均为100分。</w:t>
      </w:r>
    </w:p>
    <w:p>
      <w:r>
        <w:t>学分绩点折算分应按照学生专业培养方案第1-6学期全部应修必修课程初修成绩计算，公式如下：</w:t>
      </w:r>
    </w:p>
    <w:p>
      <w:r>
        <w:t>学分绩点折算分=20×[∑（应修必修课程成绩×0.05×课程学分）/应修必修课程总学分]</w:t>
      </w:r>
    </w:p>
    <w:p>
      <w:r>
        <w:t>发展素质评价指标体系详见《常州大学推荐应届本科毕业生免试攻读硕士研究生实施办法》附件。</w:t>
      </w:r>
    </w:p>
    <w:p>
      <w:r>
        <w:t>3.推免工作实行报备和回避制度。推免相关工作人员有直系亲属或利益相关人员（如收费辅导教学等）报名参加推免招生的须主动申请回避，有非直系亲属等报名参加推免招生的要主动报备，《推免工作相关人员亲属或利益关系报备登记表》须递交学生所在学院。申请学生若有亲属（直系亲属和非直系亲属）或利益相关人员（如收费辅导教学等）参与学校或学院推免工作的，应主动向所在学院递交《推免工作相关人员亲属或利益关系报备登记表》，说明情况。对未按规定报备声明回避关系的推免相关工作人员，学校将依规依纪严肃处理；对未按规定报备声明回避关系且影响推免过程和结果公平公正的学生，学校将取消其推免资格。</w:t>
      </w:r>
    </w:p>
    <w:p>
      <w:r>
        <w:t>4.将学校和学院的推免政策及时准确传达至学生和导师，做好政策的解读和咨询工作。</w:t>
      </w:r>
    </w:p>
    <w:p>
      <w:r>
        <w:t>5.向学院推免生做好录取政策的宣传工作，帮助推免生正确选择和填报接收专业志愿，避免出现名额浪费的现象。</w:t>
      </w:r>
    </w:p>
    <w:p>
      <w:r>
        <w:t>6.学院将在学院网站（https://smf.cczu.edu.cn/）上开辟推免工作专栏，对所有应公示的材料按要求进行公示。</w:t>
      </w:r>
    </w:p>
    <w:p>
      <w:r>
        <w:t>六、工作程序</w:t>
      </w:r>
    </w:p>
    <w:p>
      <w:r>
        <w:t>1.推免工作通过学院动员、公布推免工作实施细则、学生申请、条件审核、确定拟推荐学生、学院公示和学校审定、学校公示等工作程序进行。工作时间安排见附件1。</w:t>
      </w:r>
    </w:p>
    <w:p>
      <w:r>
        <w:t>2.学院按照学校相关文件要求，制定推免工作实施细则，经教务处审定后备案、公布。</w:t>
      </w:r>
    </w:p>
    <w:p>
      <w:r>
        <w:t>3.学院督促相关学生于开学第一周内完成休学、复学等学籍异动的办理，确定学生2027届毕业生身份。</w:t>
      </w:r>
    </w:p>
    <w:p>
      <w:r>
        <w:t>4.学生在“常州大学本科生推免申请系统”（以下简称校推免系统）中自愿申请、上传材料。填写《学院推荐免试攻读研究生预审申请表》，并将申请表、成绩单和相应证明材料复印件（包括竞赛获奖、科研论文、发明专利、参军入伍服兵役、参加志愿服务、到国际组织实习、学生荣誉称号等）报所在学院。</w:t>
      </w:r>
    </w:p>
    <w:p>
      <w:r>
        <w:t>学生申请时校推免系统中显示的“平均学分绩点”、“专业排名”等为申请时间点采集的数据。“必修不及格记录课程门次”是指必修课有过不及格记录的门次；“必修不及格课程”是指经补考或重修后仍不及格的必修课程。如有疑问请尽快联系学院教务秘书核查处理。开学缓考结束，教务处将统一更新绩点、排名等信息。</w:t>
      </w:r>
    </w:p>
    <w:p>
      <w:r>
        <w:t>5.学院在校推免系统中完成对申请推免学生的资格初审，对发展素质评价材料进行审核鉴定，并根据综合评价指标体系得出申请学生的综合评价成绩，按照学校下达的名额按本学院实施细则遴选并进行排名，确定学院推荐名单（含候补名单，排名人数一般不超过推荐名额的1.2倍），拟推荐名单及综合评价成绩公示3日。学生对遴选结果如有疑义，可在公示期间向所在学院监督小组实名反映，学院监督小组限期受理解决，如学生对学院监督小组的处理意见仍有疑义，可向校纪检监察机构实名反映。公示无异议后，学院将《2027届推免生综合评价评分汇总表》、《学院推免工作相关人员亲属或利益关系报备登记》、公示截图等相关材料报送教务处。</w:t>
      </w:r>
    </w:p>
    <w:p>
      <w:r>
        <w:t>6.校推免委员会对推免生名单及材料进行审定，确定推荐名单，在教务处专栏网站公示7日。</w:t>
      </w:r>
    </w:p>
    <w:p>
      <w:r>
        <w:t>7.推免生在教育部学籍学历信息管理平台上查询并核对本人学籍信息，确保信息准确、完整，如有问题应尽快联系教务处学籍科。</w:t>
      </w:r>
    </w:p>
    <w:p>
      <w:r>
        <w:t>8.正式的推免生名单由学校报送教育部“推免服务系统”（网址：http://yz.chsi.com.cn/tm）。</w:t>
      </w:r>
    </w:p>
    <w:p>
      <w:r>
        <w:t>9.接收推免生的阶段，推免生可通过教育部“推免服务系统”查询招生单位信息、填报志愿，接收和确认复试和待录取通知。我校推免生接收工作由研究生院负责。</w:t>
      </w:r>
    </w:p>
    <w:p>
      <w:r>
        <w:t>10.推免生按报考单位要求提交推荐材料，收到接收函后，应及时与学院联系，学院做好相应的统计工作。</w:t>
      </w:r>
    </w:p>
    <w:p>
      <w:r>
        <w:t>七、相关事项</w:t>
      </w:r>
    </w:p>
    <w:p>
      <w:r>
        <w:t>1.推免申请学生所获成果应为本科在读期间获得，且第一完成单位为常州大学。成果截止日期为申请表提交学院时间。推免申请学生须如实填写相关信息、提供有关材料，由学院负责审核鉴定，保证材料的真实、准确。</w:t>
      </w:r>
    </w:p>
    <w:p>
      <w:r>
        <w:t>2.学院负责保存各类过程性材料，包括但不限于工作小组会议材料、学生申请名单和提交的各类证明材料、综合评价材料、专家审核及学生答辩（录音录像）材料等；教务处负责保管学校层面推免工作材料及学院报送的结果性材料，包括但不限于校推免委员会会议材料、校推免工作通知、学院推免工作实施细则和初选名单、最终推荐名单等。所有纸介质材料均须进行电子扫描保存，其中纸介质至少保留1年，电子扫描版至少保留5年，录音录像电子材料至少保留5年。</w:t>
      </w:r>
    </w:p>
    <w:p>
      <w:r>
        <w:t>3.为避免研究生入学资格审查时发生问题，推免生在报名后至研究生入学前不得更改本人姓名、身份证号、学籍信息等。</w:t>
      </w:r>
    </w:p>
    <w:p>
      <w:r>
        <w:t>4.学院应加强推免生的教育管理，指导推免生继续加强学习，不断提高自身综合素质和创新能力，为进入研究生阶段的学习做好充分准备。</w:t>
      </w:r>
    </w:p>
    <w:p>
      <w:r>
        <w:t>5.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6.校纪检监察机构对推免工作实行全程监督，充分保证学生反映问题以及申诉渠道畅通。对于推免相关工作人员未严格履行工作职责，违反推免招生政策规定，在推免工作中管理松懈、把关不严、未能尽到审核责任、未按相关政策要求开展推免工作的，学校将依照《普通高等学校招生违规行为处理暂行办法》（中华人民共和国教育部令第36条）进行严肃处理，追究直接责任人员的责任，造成严重后果和恶劣影响的，对有关责任人实行问责。</w:t>
      </w:r>
    </w:p>
    <w:p>
      <w:r>
        <w:t>监督电话：0519-86330025</w:t>
      </w:r>
    </w:p>
    <w:p>
      <w:r>
        <w:t>监督邮箱：jdjc@cczu.edu.cn</w:t>
      </w:r>
    </w:p>
    <w:p>
      <w:r>
        <w:t>7.本通知适用于2027届本科毕业生。未尽事宜，可咨询学生所在学院或教务处学籍科。</w:t>
      </w:r>
    </w:p>
    <w:p>
      <w:r>
        <w:t>赵元任音乐与戏剧学院</w:t>
      </w:r>
    </w:p>
    <w:p>
      <w:r>
        <w:t>2026年9月1日</w:t>
      </w:r>
    </w:p>
    <w:p>
      <w:r>
        <w:t>附件1：2027届本科毕业生推荐免试攻读研究生工作时间安排</w:t>
      </w:r>
    </w:p>
    <w:p>
      <w:r>
        <w:t>附件2：学院推荐免试攻读研究生预审申请表（学生填报）</w:t>
      </w:r>
    </w:p>
    <w:p>
      <w:r>
        <w:t>附件3：常州大学2027届推荐免试攻读研究生综合评价评分表</w:t>
      </w:r>
    </w:p>
    <w:p>
      <w:r>
        <w:t>附件4：学院2027届推免生竞赛获奖、科研论文、发明专利审核鉴定意见表</w:t>
      </w:r>
    </w:p>
    <w:p>
      <w:r>
        <w:t>附件5：学院2027届推免生综合评价评分汇总表</w:t>
      </w:r>
    </w:p>
    <w:p>
      <w:r>
        <w:t>附件6：学院推免工作相关人员亲属或利益关系报备登记表</w:t>
      </w:r>
    </w:p>
    <w:p>
      <w:r>
        <w:t>附件7：常州大学2027届推免工作人员承诺书</w:t>
      </w:r>
    </w:p>
    <w:p>
      <w:r>
        <w:t>附件1-7.docx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