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书记信箱 院长信箱</w:t>
      </w:r>
    </w:p>
    <w:p>
      <w:r>
        <w:t>header</w:t>
      </w:r>
    </w:p>
    <w:p>
      <w:r>
        <w:t>inner</w:t>
      </w:r>
    </w:p>
    <w:p>
      <w:r>
        <w:t>科教城校区：江苏省常州市武进区滆湖中路21号（邮编：213164）西太湖校区：江苏省常州市武进区延政西大道（邮编：213159）学校电话：86-519-88519085</w:t>
      </w:r>
    </w:p>
    <w:p>
      <w:r>
        <w:t>inner</w:t>
      </w:r>
    </w:p>
    <w:p>
      <w:r>
        <w:t>footer</w:t>
      </w:r>
    </w:p>
    <w:p>
      <w:r>
        <w:t>wrapper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