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赵元任音乐与戏剧学院2027届拟推免生竞赛获奖、科研论文、发明专利审核鉴定意见公示</w:t>
      </w:r>
    </w:p>
    <w:p>
      <w:r>
        <w:t>header</w:t>
      </w:r>
    </w:p>
    <w:p>
      <w:r>
        <w:t>content Begin</w:t>
      </w:r>
    </w:p>
    <w:p>
      <w:pPr>
        <w:pStyle w:val="Heading2"/>
      </w:pPr>
      <w:r>
        <w:t>发布时间: 2026-09-08访问次数: 225</w:t>
      </w:r>
    </w:p>
    <w:p>
      <w:r>
        <w:t>content End</w:t>
      </w:r>
    </w:p>
    <w:p>
      <w:r>
        <w:t>inner</w:t>
      </w:r>
    </w:p>
    <w:p>
      <w:r>
        <w:t>科教城校区：江苏省常州市武进区滆湖中路21号（邮编：213164）西太湖校区：江苏省常州市武进区延政西大道（邮编：213159）学校电话：86-519-88519085</w:t>
      </w:r>
    </w:p>
    <w:p>
      <w:r>
        <w:t>inner</w:t>
      </w:r>
    </w:p>
    <w:p>
      <w:r>
        <w:t>footer</w:t>
      </w:r>
    </w:p>
    <w:p>
      <w:r>
        <w:t>wrapper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