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赵元任音乐与戏剧学院推荐2027年优秀应届本科毕业生免试攻读研究生综合评价总分及初选名单</w:t>
      </w:r>
    </w:p>
    <w:p>
      <w:r>
        <w:t>header</w:t>
      </w:r>
    </w:p>
    <w:p>
      <w:r>
        <w:t>content Begin</w:t>
      </w:r>
    </w:p>
    <w:p>
      <w:pPr>
        <w:pStyle w:val="Heading2"/>
      </w:pPr>
      <w:r>
        <w:t>发布时间: 2026-09-07访问次数: 385</w:t>
      </w:r>
    </w:p>
    <w:p>
      <w:r>
        <w:t>公示时间为2026年9月7日15:00-9月9日15:00。</w:t>
      </w:r>
    </w:p>
    <w:p>
      <w:r>
        <w:t>content End</w:t>
      </w:r>
    </w:p>
    <w:p>
      <w:r>
        <w:t>inner</w:t>
      </w:r>
    </w:p>
    <w:p>
      <w:r>
        <w:t>科教城校区：江苏省常州市武进区滆湖中路21号（邮编：213164）西太湖校区：江苏省常州市武进区延政西大道（邮编：213159）学校电话：86-519-88519085</w:t>
      </w:r>
    </w:p>
    <w:p>
      <w:r>
        <w:t>inner</w:t>
      </w:r>
    </w:p>
    <w:p>
      <w:r>
        <w:t>footer</w:t>
      </w:r>
    </w:p>
    <w:p>
      <w:r>
        <w:t>wrapper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