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【结果公示】学院推荐2026届本科毕业生免试攻读硕士研究生初选名单公示</w:t>
      </w:r>
    </w:p>
    <w:p>
      <w:r>
        <w:t>根据《常州大学推荐应届本科毕业生免试攻读硕士研究生实施办法》、《学院推荐2026届本科毕业生免试攻读硕士研究生实施细则》，经个人自愿申请、资格初审、审核小组答辩、遴选工作小组讨论，现将计算机与人工智能学院阿里云大数据学院软件学院2026届拟推免硕士研究生名单进行公示，名单如下：</w:t>
      </w:r>
    </w:p>
    <w:p>
      <w:r>
        <w:t>计算机与人工智能学院阿里云大数据学院软件学院推荐2026届本科毕业生免试攻读硕士研究生综合评价总分及初选名单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</w:tblGrid>
      <w:tr>
        <w:tc>
          <w:tcPr>
            <w:tcW w:type="dxa" w:w="508"/>
          </w:tcPr>
          <w:p>
            <w:r>
              <w:t>序号</w:t>
            </w:r>
          </w:p>
        </w:tc>
        <w:tc>
          <w:tcPr>
            <w:tcW w:type="dxa" w:w="508"/>
          </w:tcPr>
          <w:p>
            <w:r>
              <w:t>班级</w:t>
            </w:r>
          </w:p>
        </w:tc>
        <w:tc>
          <w:tcPr>
            <w:tcW w:type="dxa" w:w="508"/>
          </w:tcPr>
          <w:p>
            <w:r>
              <w:t>姓名</w:t>
            </w:r>
          </w:p>
        </w:tc>
        <w:tc>
          <w:tcPr>
            <w:tcW w:type="dxa" w:w="508"/>
          </w:tcPr>
          <w:p>
            <w:r>
              <w:t>性别</w:t>
            </w:r>
          </w:p>
        </w:tc>
        <w:tc>
          <w:tcPr>
            <w:tcW w:type="dxa" w:w="508"/>
          </w:tcPr>
          <w:p>
            <w:r>
              <w:t>专业</w:t>
            </w:r>
          </w:p>
        </w:tc>
        <w:tc>
          <w:tcPr>
            <w:tcW w:type="dxa" w:w="508"/>
          </w:tcPr>
          <w:p>
            <w:r>
              <w:t>学分绩点折算得分（总分100）A</w:t>
            </w:r>
          </w:p>
        </w:tc>
        <w:tc>
          <w:tcPr>
            <w:tcW w:type="dxa" w:w="508"/>
          </w:tcPr>
          <w:p>
            <w:r>
              <w:t>发展素质评价得分（总分100）B</w:t>
            </w:r>
          </w:p>
        </w:tc>
        <w:tc>
          <w:tcPr>
            <w:tcW w:type="dxa" w:w="508"/>
          </w:tcPr>
          <w:p>
            <w:r>
              <w:t>综合评价分=A*70%+B*30%</w:t>
            </w:r>
          </w:p>
        </w:tc>
        <w:tc>
          <w:tcPr>
            <w:tcW w:type="dxa" w:w="508"/>
          </w:tcPr>
          <w:p>
            <w:r>
              <w:t>是否入选</w:t>
            </w:r>
          </w:p>
        </w:tc>
        <w:tc>
          <w:tcPr>
            <w:tcW w:type="dxa" w:w="508"/>
          </w:tcPr>
          <w:p>
            <w:r>
              <w:t>备注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竞赛获奖</w:t>
            </w:r>
          </w:p>
        </w:tc>
        <w:tc>
          <w:tcPr>
            <w:tcW w:type="dxa" w:w="508"/>
          </w:tcPr>
          <w:p>
            <w:r>
              <w:t>科研成果</w:t>
            </w:r>
          </w:p>
        </w:tc>
        <w:tc>
          <w:tcPr>
            <w:tcW w:type="dxa" w:w="508"/>
          </w:tcPr>
          <w:p>
            <w:r>
              <w:t>发明专利</w:t>
            </w:r>
          </w:p>
        </w:tc>
        <w:tc>
          <w:tcPr>
            <w:tcW w:type="dxa" w:w="508"/>
          </w:tcPr>
          <w:p>
            <w:r>
              <w:t>其他</w:t>
            </w:r>
          </w:p>
        </w:tc>
        <w:tc>
          <w:tcPr>
            <w:tcW w:type="dxa" w:w="508"/>
          </w:tcPr>
          <w:p>
            <w:r>
              <w:t>其他（不超过20分）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参军入伍</w:t>
            </w:r>
          </w:p>
        </w:tc>
        <w:tc>
          <w:tcPr>
            <w:tcW w:type="dxa" w:w="508"/>
          </w:tcPr>
          <w:p>
            <w:r>
              <w:t>国际组织实习</w:t>
            </w:r>
          </w:p>
        </w:tc>
        <w:tc>
          <w:tcPr>
            <w:tcW w:type="dxa" w:w="508"/>
          </w:tcPr>
          <w:p>
            <w:r>
              <w:t>志愿服务（不超过10分）</w:t>
            </w:r>
          </w:p>
        </w:tc>
        <w:tc>
          <w:tcPr>
            <w:tcW w:type="dxa" w:w="508"/>
          </w:tcPr>
          <w:p>
            <w:r>
              <w:t>荣誉称号（不超过5分）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>
              <w:t>1</w:t>
            </w:r>
          </w:p>
        </w:tc>
        <w:tc>
          <w:tcPr>
            <w:tcW w:type="dxa" w:w="508"/>
          </w:tcPr>
          <w:p>
            <w:r>
              <w:t>大数据223</w:t>
            </w:r>
          </w:p>
        </w:tc>
        <w:tc>
          <w:tcPr>
            <w:tcW w:type="dxa" w:w="508"/>
          </w:tcPr>
          <w:p>
            <w:r>
              <w:t>汪言浦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数据科学与大数据技术</w:t>
            </w:r>
          </w:p>
        </w:tc>
        <w:tc>
          <w:tcPr>
            <w:tcW w:type="dxa" w:w="508"/>
          </w:tcPr>
          <w:p>
            <w:r>
              <w:t>88.5000</w:t>
            </w:r>
          </w:p>
        </w:tc>
        <w:tc>
          <w:tcPr>
            <w:tcW w:type="dxa" w:w="508"/>
          </w:tcPr>
          <w:p>
            <w:r>
              <w:t>6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63.7500</w:t>
            </w:r>
          </w:p>
        </w:tc>
        <w:tc>
          <w:tcPr>
            <w:tcW w:type="dxa" w:w="508"/>
          </w:tcPr>
          <w:p>
            <w:r>
              <w:t>是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2</w:t>
            </w:r>
          </w:p>
        </w:tc>
        <w:tc>
          <w:tcPr>
            <w:tcW w:type="dxa" w:w="508"/>
          </w:tcPr>
          <w:p>
            <w:r>
              <w:t>人工智能222</w:t>
            </w:r>
          </w:p>
        </w:tc>
        <w:tc>
          <w:tcPr>
            <w:tcW w:type="dxa" w:w="508"/>
          </w:tcPr>
          <w:p>
            <w:r>
              <w:t>沙慧子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人工智能</w:t>
            </w:r>
          </w:p>
        </w:tc>
        <w:tc>
          <w:tcPr>
            <w:tcW w:type="dxa" w:w="508"/>
          </w:tcPr>
          <w:p>
            <w:r>
              <w:t>90.7420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63.5194</w:t>
            </w:r>
          </w:p>
        </w:tc>
        <w:tc>
          <w:tcPr>
            <w:tcW w:type="dxa" w:w="508"/>
          </w:tcPr>
          <w:p>
            <w:r>
              <w:t>是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3</w:t>
            </w:r>
          </w:p>
        </w:tc>
        <w:tc>
          <w:tcPr>
            <w:tcW w:type="dxa" w:w="508"/>
          </w:tcPr>
          <w:p>
            <w:r>
              <w:t>计算机222</w:t>
            </w:r>
          </w:p>
        </w:tc>
        <w:tc>
          <w:tcPr>
            <w:tcW w:type="dxa" w:w="508"/>
          </w:tcPr>
          <w:p>
            <w:r>
              <w:t>房子扬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计算机科学与技术</w:t>
            </w:r>
          </w:p>
        </w:tc>
        <w:tc>
          <w:tcPr>
            <w:tcW w:type="dxa" w:w="508"/>
          </w:tcPr>
          <w:p>
            <w:r>
              <w:t>89.7260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62.8082</w:t>
            </w:r>
          </w:p>
        </w:tc>
        <w:tc>
          <w:tcPr>
            <w:tcW w:type="dxa" w:w="508"/>
          </w:tcPr>
          <w:p>
            <w:r>
              <w:t>是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4</w:t>
            </w:r>
          </w:p>
        </w:tc>
        <w:tc>
          <w:tcPr>
            <w:tcW w:type="dxa" w:w="508"/>
          </w:tcPr>
          <w:p>
            <w:r>
              <w:t>人工智能222</w:t>
            </w:r>
          </w:p>
        </w:tc>
        <w:tc>
          <w:tcPr>
            <w:tcW w:type="dxa" w:w="508"/>
          </w:tcPr>
          <w:p>
            <w:r>
              <w:t>季彤娟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人工智能</w:t>
            </w:r>
          </w:p>
        </w:tc>
        <w:tc>
          <w:tcPr>
            <w:tcW w:type="dxa" w:w="508"/>
          </w:tcPr>
          <w:p>
            <w:r>
              <w:t>89.2420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62.4694</w:t>
            </w:r>
          </w:p>
        </w:tc>
        <w:tc>
          <w:tcPr>
            <w:tcW w:type="dxa" w:w="508"/>
          </w:tcPr>
          <w:p>
            <w:r>
              <w:t>是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软件222</w:t>
            </w:r>
          </w:p>
        </w:tc>
        <w:tc>
          <w:tcPr>
            <w:tcW w:type="dxa" w:w="508"/>
          </w:tcPr>
          <w:p>
            <w:r>
              <w:t>孙美娟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软件工程</w:t>
            </w:r>
          </w:p>
        </w:tc>
        <w:tc>
          <w:tcPr>
            <w:tcW w:type="dxa" w:w="508"/>
          </w:tcPr>
          <w:p>
            <w:r>
              <w:t>89.2080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62.4456</w:t>
            </w:r>
          </w:p>
        </w:tc>
        <w:tc>
          <w:tcPr>
            <w:tcW w:type="dxa" w:w="508"/>
          </w:tcPr>
          <w:p>
            <w:r>
              <w:t>是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6</w:t>
            </w:r>
          </w:p>
        </w:tc>
        <w:tc>
          <w:tcPr>
            <w:tcW w:type="dxa" w:w="508"/>
          </w:tcPr>
          <w:p>
            <w:r>
              <w:t>计算机221</w:t>
            </w:r>
          </w:p>
        </w:tc>
        <w:tc>
          <w:tcPr>
            <w:tcW w:type="dxa" w:w="508"/>
          </w:tcPr>
          <w:p>
            <w:r>
              <w:t>毛嘉唯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计算机科学与技术</w:t>
            </w:r>
          </w:p>
        </w:tc>
        <w:tc>
          <w:tcPr>
            <w:tcW w:type="dxa" w:w="508"/>
          </w:tcPr>
          <w:p>
            <w:r>
              <w:t>88.7740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62.1418</w:t>
            </w:r>
          </w:p>
        </w:tc>
        <w:tc>
          <w:tcPr>
            <w:tcW w:type="dxa" w:w="508"/>
          </w:tcPr>
          <w:p>
            <w:r>
              <w:t>是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7</w:t>
            </w:r>
          </w:p>
        </w:tc>
        <w:tc>
          <w:tcPr>
            <w:tcW w:type="dxa" w:w="508"/>
          </w:tcPr>
          <w:p>
            <w:r>
              <w:t>应数221</w:t>
            </w:r>
          </w:p>
        </w:tc>
        <w:tc>
          <w:tcPr>
            <w:tcW w:type="dxa" w:w="508"/>
          </w:tcPr>
          <w:p>
            <w:r>
              <w:t>吴颖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数学与应用数学</w:t>
            </w:r>
          </w:p>
        </w:tc>
        <w:tc>
          <w:tcPr>
            <w:tcW w:type="dxa" w:w="508"/>
          </w:tcPr>
          <w:p>
            <w:r>
              <w:t>88.6640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62.0648</w:t>
            </w:r>
          </w:p>
        </w:tc>
        <w:tc>
          <w:tcPr>
            <w:tcW w:type="dxa" w:w="508"/>
          </w:tcPr>
          <w:p>
            <w:r>
              <w:t>是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8</w:t>
            </w:r>
          </w:p>
        </w:tc>
        <w:tc>
          <w:tcPr>
            <w:tcW w:type="dxa" w:w="508"/>
          </w:tcPr>
          <w:p>
            <w:r>
              <w:t>大数据221</w:t>
            </w:r>
          </w:p>
        </w:tc>
        <w:tc>
          <w:tcPr>
            <w:tcW w:type="dxa" w:w="508"/>
          </w:tcPr>
          <w:p>
            <w:r>
              <w:t>王左蝶忻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数据科学与大数据技术</w:t>
            </w:r>
          </w:p>
        </w:tc>
        <w:tc>
          <w:tcPr>
            <w:tcW w:type="dxa" w:w="508"/>
          </w:tcPr>
          <w:p>
            <w:r>
              <w:t>88.6060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62.0242</w:t>
            </w:r>
          </w:p>
        </w:tc>
        <w:tc>
          <w:tcPr>
            <w:tcW w:type="dxa" w:w="508"/>
          </w:tcPr>
          <w:p>
            <w:r>
              <w:t>是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9</w:t>
            </w:r>
          </w:p>
        </w:tc>
        <w:tc>
          <w:tcPr>
            <w:tcW w:type="dxa" w:w="508"/>
          </w:tcPr>
          <w:p>
            <w:r>
              <w:t>大数据223</w:t>
            </w:r>
          </w:p>
        </w:tc>
        <w:tc>
          <w:tcPr>
            <w:tcW w:type="dxa" w:w="508"/>
          </w:tcPr>
          <w:p>
            <w:r>
              <w:t>张茜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数据科学与大数据技术</w:t>
            </w:r>
          </w:p>
        </w:tc>
        <w:tc>
          <w:tcPr>
            <w:tcW w:type="dxa" w:w="508"/>
          </w:tcPr>
          <w:p>
            <w:r>
              <w:t>87.8500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61.4950</w:t>
            </w:r>
          </w:p>
        </w:tc>
        <w:tc>
          <w:tcPr>
            <w:tcW w:type="dxa" w:w="508"/>
          </w:tcPr>
          <w:p>
            <w:r>
              <w:t>是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应数222</w:t>
            </w:r>
          </w:p>
        </w:tc>
        <w:tc>
          <w:tcPr>
            <w:tcW w:type="dxa" w:w="508"/>
          </w:tcPr>
          <w:p>
            <w:r>
              <w:t>林琳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数学与应用数学</w:t>
            </w:r>
          </w:p>
        </w:tc>
        <w:tc>
          <w:tcPr>
            <w:tcW w:type="dxa" w:w="508"/>
          </w:tcPr>
          <w:p>
            <w:r>
              <w:t>87.6240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61.3368</w:t>
            </w:r>
          </w:p>
        </w:tc>
        <w:tc>
          <w:tcPr>
            <w:tcW w:type="dxa" w:w="508"/>
          </w:tcPr>
          <w:p>
            <w:r>
              <w:t>候补1</w:t>
            </w:r>
          </w:p>
        </w:tc>
        <w:tc>
          <w:tcPr>
            <w:tcW w:type="dxa" w:w="508"/>
          </w:tcPr>
          <w:p>
            <w:r/>
          </w:p>
        </w:tc>
      </w:tr>
      <w:tr>
        <w:tc>
          <w:tcPr>
            <w:tcW w:type="dxa" w:w="508"/>
          </w:tcPr>
          <w:p>
            <w:r>
              <w:t>11</w:t>
            </w:r>
          </w:p>
        </w:tc>
        <w:tc>
          <w:tcPr>
            <w:tcW w:type="dxa" w:w="508"/>
          </w:tcPr>
          <w:p>
            <w:r>
              <w:t>软件222</w:t>
            </w:r>
          </w:p>
        </w:tc>
        <w:tc>
          <w:tcPr>
            <w:tcW w:type="dxa" w:w="508"/>
          </w:tcPr>
          <w:p>
            <w:r>
              <w:t>王楠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软件工程</w:t>
            </w:r>
          </w:p>
        </w:tc>
        <w:tc>
          <w:tcPr>
            <w:tcW w:type="dxa" w:w="508"/>
          </w:tcPr>
          <w:p>
            <w:r>
              <w:t>87.2920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61.1044</w:t>
            </w:r>
          </w:p>
        </w:tc>
        <w:tc>
          <w:tcPr>
            <w:tcW w:type="dxa" w:w="508"/>
          </w:tcPr>
          <w:p>
            <w:r>
              <w:t>候补2</w:t>
            </w:r>
          </w:p>
        </w:tc>
        <w:tc>
          <w:tcPr>
            <w:tcW w:type="dxa" w:w="508"/>
          </w:tcPr>
          <w:p>
            <w:r/>
          </w:p>
        </w:tc>
      </w:tr>
    </w:tbl>
    <w:p>
      <w:r>
        <w:t>公示时间：2025年9月8日-9月10日</w:t>
      </w:r>
    </w:p>
    <w:p>
      <w:r>
        <w:t>若对名单有异议者，可在公示期向学院监督小组实名反映。</w:t>
      </w:r>
    </w:p>
    <w:p>
      <w:r>
        <w:t>监督电话：0519-88519909</w:t>
      </w:r>
    </w:p>
    <w:p>
      <w:r>
        <w:t>监督邮箱：bigdata@cczu.edu.cn</w:t>
      </w:r>
    </w:p>
    <w:p>
      <w:r>
        <w:t>计算机与人工智能学院阿里云大数据学院软件学院</w:t>
      </w:r>
    </w:p>
    <w:p>
      <w:r>
        <w:t>2025年9月8日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