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美术与设计学院2026届拟推免研究生名单公示</w:t>
      </w:r>
    </w:p>
    <w:p>
      <w:r>
        <w:t>根据《常州大学推荐应届本科毕业生免试攻读硕士研究生实施办法》，经个人自愿申请、资格初审、审核小组讨论，现将美术与设计学院2026届拟推免研究生名单进行公示，名单如下：</w:t>
      </w:r>
    </w:p>
    <w:p>
      <w:r>
        <w:t>公示时间：2025年9月8日— 9月10日</w:t>
      </w:r>
    </w:p>
    <w:p>
      <w:r>
        <w:t>若对名单有异议者，可在公示期间向美术与设计学院推免工作监督小组实名反映。</w:t>
      </w:r>
    </w:p>
    <w:p>
      <w:r>
        <w:t>联系电话：0519-86330903联系邮箱：msxy@cczu.edu.cn</w:t>
      </w:r>
    </w:p>
    <w:p>
      <w:r>
        <w:t>美术与设计学院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